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416"/>
      </w:tblGrid>
      <w:tr w:rsidR="004D57B4" w14:paraId="10371BF2" w14:textId="77777777">
        <w:tc>
          <w:tcPr>
            <w:tcW w:w="23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FDFD0" w14:textId="77777777" w:rsidR="004D57B4" w:rsidRDefault="00363C6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32B0C2" wp14:editId="6DB3B700">
                  <wp:extent cx="1143000" cy="11962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000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96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9DD19" w14:textId="77777777" w:rsidR="004D57B4" w:rsidRDefault="00363C6F">
            <w:pPr>
              <w:spacing w:before="220" w:after="300"/>
              <w:jc w:val="center"/>
            </w:pPr>
            <w:r>
              <w:rPr>
                <w:sz w:val="32"/>
              </w:rPr>
              <w:t>Mountainville Academy</w:t>
            </w:r>
          </w:p>
          <w:p w14:paraId="51A3B3D7" w14:textId="77777777" w:rsidR="004D57B4" w:rsidRDefault="00363C6F">
            <w:pPr>
              <w:jc w:val="center"/>
            </w:pPr>
            <w:r>
              <w:rPr>
                <w:sz w:val="32"/>
              </w:rPr>
              <w:t>2026-27 Fee Schedule/Spend Plan</w:t>
            </w:r>
          </w:p>
        </w:tc>
      </w:tr>
    </w:tbl>
    <w:p w14:paraId="2D37C86A" w14:textId="77777777" w:rsidR="004D57B4" w:rsidRDefault="004D57B4">
      <w:pPr>
        <w:spacing w:after="1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4536"/>
        <w:gridCol w:w="3276"/>
        <w:gridCol w:w="254"/>
      </w:tblGrid>
      <w:tr w:rsidR="004D57B4" w14:paraId="1E205071" w14:textId="77777777">
        <w:tc>
          <w:tcPr>
            <w:tcW w:w="9792" w:type="dxa"/>
            <w:gridSpan w:val="4"/>
            <w:shd w:val="clear" w:color="auto" w:fill="ED1C2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05882" w14:textId="77777777" w:rsidR="004D57B4" w:rsidRDefault="00363C6F">
            <w:pPr>
              <w:spacing w:line="240" w:lineRule="auto"/>
            </w:pPr>
            <w:r>
              <w:rPr>
                <w:sz w:val="36"/>
              </w:rPr>
              <w:t xml:space="preserve"> </w:t>
            </w:r>
          </w:p>
        </w:tc>
      </w:tr>
      <w:tr w:rsidR="004D57B4" w14:paraId="249AEC2F" w14:textId="77777777">
        <w:trPr>
          <w:gridAfter w:val="1"/>
          <w:wAfter w:w="254" w:type="dxa"/>
        </w:trPr>
        <w:tc>
          <w:tcPr>
            <w:tcW w:w="1980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58BAB107" w14:textId="77777777" w:rsidR="00990C90" w:rsidRDefault="00363C6F">
            <w:pPr>
              <w:spacing w:line="240" w:lineRule="auto"/>
            </w:pPr>
            <w:r>
              <w:t>Yearbook</w:t>
            </w:r>
          </w:p>
        </w:tc>
        <w:tc>
          <w:tcPr>
            <w:tcW w:w="453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0D26394E" w14:textId="77777777" w:rsidR="00990C90" w:rsidRDefault="00363C6F">
            <w:pPr>
              <w:spacing w:line="240" w:lineRule="auto"/>
            </w:pPr>
            <w:r>
              <w:t>Optional</w:t>
            </w:r>
          </w:p>
        </w:tc>
        <w:tc>
          <w:tcPr>
            <w:tcW w:w="327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0E711E0F" w14:textId="77777777" w:rsidR="00990C90" w:rsidRDefault="00363C6F">
            <w:pPr>
              <w:spacing w:line="240" w:lineRule="auto"/>
            </w:pPr>
            <w:r>
              <w:t>$25</w:t>
            </w:r>
          </w:p>
        </w:tc>
      </w:tr>
      <w:tr w:rsidR="004D57B4" w14:paraId="439EF905" w14:textId="77777777">
        <w:trPr>
          <w:gridAfter w:val="1"/>
          <w:wAfter w:w="254" w:type="dxa"/>
        </w:trPr>
        <w:tc>
          <w:tcPr>
            <w:tcW w:w="1980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66638C88" w14:textId="77777777" w:rsidR="00990C90" w:rsidRDefault="00363C6F">
            <w:pPr>
              <w:spacing w:line="240" w:lineRule="auto"/>
            </w:pPr>
            <w:r>
              <w:t>Coding</w:t>
            </w:r>
          </w:p>
        </w:tc>
        <w:tc>
          <w:tcPr>
            <w:tcW w:w="453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141325DC" w14:textId="77777777" w:rsidR="00990C90" w:rsidRDefault="00363C6F">
            <w:pPr>
              <w:spacing w:line="240" w:lineRule="auto"/>
            </w:pPr>
            <w:r>
              <w:t>Afterschool Activity</w:t>
            </w:r>
          </w:p>
        </w:tc>
        <w:tc>
          <w:tcPr>
            <w:tcW w:w="327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3DA02457" w14:textId="77777777" w:rsidR="00990C90" w:rsidRDefault="00363C6F">
            <w:pPr>
              <w:spacing w:line="240" w:lineRule="auto"/>
            </w:pPr>
            <w:r>
              <w:t>$65 per semester</w:t>
            </w:r>
          </w:p>
        </w:tc>
      </w:tr>
      <w:tr w:rsidR="004D57B4" w14:paraId="2D1CDB85" w14:textId="77777777">
        <w:trPr>
          <w:gridAfter w:val="1"/>
          <w:wAfter w:w="254" w:type="dxa"/>
        </w:trPr>
        <w:tc>
          <w:tcPr>
            <w:tcW w:w="1980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44C3FF5F" w14:textId="77777777" w:rsidR="00990C90" w:rsidRDefault="00363C6F">
            <w:pPr>
              <w:spacing w:line="240" w:lineRule="auto"/>
            </w:pPr>
            <w:r>
              <w:t>Choir</w:t>
            </w:r>
          </w:p>
        </w:tc>
        <w:tc>
          <w:tcPr>
            <w:tcW w:w="453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2E28AF16" w14:textId="77777777" w:rsidR="00990C90" w:rsidRDefault="00363C6F">
            <w:pPr>
              <w:spacing w:line="240" w:lineRule="auto"/>
            </w:pPr>
            <w:r>
              <w:t>Afterschool Activity</w:t>
            </w:r>
          </w:p>
        </w:tc>
        <w:tc>
          <w:tcPr>
            <w:tcW w:w="327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69D1B515" w14:textId="77777777" w:rsidR="00990C90" w:rsidRDefault="00363C6F">
            <w:pPr>
              <w:spacing w:line="240" w:lineRule="auto"/>
            </w:pPr>
            <w:r>
              <w:t>$65 per semester</w:t>
            </w:r>
          </w:p>
        </w:tc>
      </w:tr>
      <w:tr w:rsidR="004D57B4" w14:paraId="6A0D6CF2" w14:textId="77777777">
        <w:trPr>
          <w:gridAfter w:val="1"/>
          <w:wAfter w:w="254" w:type="dxa"/>
        </w:trPr>
        <w:tc>
          <w:tcPr>
            <w:tcW w:w="1980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471E3E94" w14:textId="77777777" w:rsidR="00990C90" w:rsidRDefault="00363C6F">
            <w:pPr>
              <w:spacing w:line="240" w:lineRule="auto"/>
            </w:pPr>
            <w:r>
              <w:t>Chess</w:t>
            </w:r>
          </w:p>
        </w:tc>
        <w:tc>
          <w:tcPr>
            <w:tcW w:w="453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6E53959F" w14:textId="77777777" w:rsidR="00990C90" w:rsidRDefault="00363C6F">
            <w:pPr>
              <w:spacing w:line="240" w:lineRule="auto"/>
            </w:pPr>
            <w:r>
              <w:t>Afterschool Activity</w:t>
            </w:r>
          </w:p>
        </w:tc>
        <w:tc>
          <w:tcPr>
            <w:tcW w:w="327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179FD725" w14:textId="77777777" w:rsidR="00990C90" w:rsidRDefault="00363C6F">
            <w:pPr>
              <w:spacing w:line="240" w:lineRule="auto"/>
            </w:pPr>
            <w:r>
              <w:t>$110 per semester</w:t>
            </w:r>
          </w:p>
        </w:tc>
      </w:tr>
      <w:tr w:rsidR="004D57B4" w14:paraId="62DDF447" w14:textId="77777777">
        <w:trPr>
          <w:gridAfter w:val="1"/>
          <w:wAfter w:w="254" w:type="dxa"/>
        </w:trPr>
        <w:tc>
          <w:tcPr>
            <w:tcW w:w="1980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20197D32" w14:textId="77777777" w:rsidR="00990C90" w:rsidRDefault="00363C6F">
            <w:pPr>
              <w:spacing w:line="240" w:lineRule="auto"/>
            </w:pPr>
            <w:r>
              <w:t>Anatomy Club</w:t>
            </w:r>
          </w:p>
        </w:tc>
        <w:tc>
          <w:tcPr>
            <w:tcW w:w="453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0CE4B59E" w14:textId="77777777" w:rsidR="00990C90" w:rsidRDefault="00363C6F">
            <w:pPr>
              <w:spacing w:line="240" w:lineRule="auto"/>
            </w:pPr>
            <w:r>
              <w:t>Afterschool Activity</w:t>
            </w:r>
          </w:p>
        </w:tc>
        <w:tc>
          <w:tcPr>
            <w:tcW w:w="327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3D1828B1" w14:textId="77777777" w:rsidR="00990C90" w:rsidRDefault="00363C6F">
            <w:pPr>
              <w:spacing w:line="240" w:lineRule="auto"/>
            </w:pPr>
            <w:r>
              <w:t>$50 per semester</w:t>
            </w:r>
          </w:p>
        </w:tc>
      </w:tr>
      <w:tr w:rsidR="004D57B4" w14:paraId="483079D0" w14:textId="77777777">
        <w:trPr>
          <w:gridAfter w:val="1"/>
          <w:wAfter w:w="254" w:type="dxa"/>
        </w:trPr>
        <w:tc>
          <w:tcPr>
            <w:tcW w:w="1980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77F129CC" w14:textId="77777777" w:rsidR="00990C90" w:rsidRDefault="00363C6F">
            <w:pPr>
              <w:spacing w:line="240" w:lineRule="auto"/>
            </w:pPr>
            <w:r>
              <w:t>Snapology</w:t>
            </w:r>
          </w:p>
        </w:tc>
        <w:tc>
          <w:tcPr>
            <w:tcW w:w="453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79DD676C" w14:textId="77777777" w:rsidR="00990C90" w:rsidRDefault="00363C6F">
            <w:pPr>
              <w:spacing w:line="240" w:lineRule="auto"/>
            </w:pPr>
            <w:r>
              <w:t>Afterschool Activity</w:t>
            </w:r>
          </w:p>
        </w:tc>
        <w:tc>
          <w:tcPr>
            <w:tcW w:w="327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3DD5A53A" w14:textId="77777777" w:rsidR="00990C90" w:rsidRDefault="00363C6F">
            <w:pPr>
              <w:spacing w:line="240" w:lineRule="auto"/>
            </w:pPr>
            <w:r>
              <w:t>$100 per semester</w:t>
            </w:r>
          </w:p>
        </w:tc>
      </w:tr>
      <w:tr w:rsidR="004D57B4" w14:paraId="21CCA897" w14:textId="77777777">
        <w:trPr>
          <w:gridAfter w:val="1"/>
          <w:wAfter w:w="254" w:type="dxa"/>
        </w:trPr>
        <w:tc>
          <w:tcPr>
            <w:tcW w:w="1980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06BDEEF1" w14:textId="77777777" w:rsidR="00990C90" w:rsidRDefault="00363C6F">
            <w:pPr>
              <w:spacing w:line="240" w:lineRule="auto"/>
            </w:pPr>
            <w:r>
              <w:t>Zen Den</w:t>
            </w:r>
          </w:p>
        </w:tc>
        <w:tc>
          <w:tcPr>
            <w:tcW w:w="453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3F8446E1" w14:textId="77777777" w:rsidR="00990C90" w:rsidRDefault="00363C6F">
            <w:pPr>
              <w:spacing w:line="240" w:lineRule="auto"/>
            </w:pPr>
            <w:r>
              <w:t>Afterschool Activity</w:t>
            </w:r>
          </w:p>
        </w:tc>
        <w:tc>
          <w:tcPr>
            <w:tcW w:w="327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509FE979" w14:textId="77777777" w:rsidR="00990C90" w:rsidRDefault="00363C6F">
            <w:pPr>
              <w:spacing w:line="240" w:lineRule="auto"/>
            </w:pPr>
            <w:r>
              <w:t>$65 per semester</w:t>
            </w:r>
          </w:p>
        </w:tc>
      </w:tr>
      <w:tr w:rsidR="004D57B4" w14:paraId="5DED279E" w14:textId="77777777">
        <w:trPr>
          <w:gridAfter w:val="1"/>
          <w:wAfter w:w="254" w:type="dxa"/>
        </w:trPr>
        <w:tc>
          <w:tcPr>
            <w:tcW w:w="1980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436C7655" w14:textId="77777777" w:rsidR="00990C90" w:rsidRDefault="00363C6F">
            <w:pPr>
              <w:spacing w:line="240" w:lineRule="auto"/>
            </w:pPr>
            <w:r>
              <w:t>Vex Club</w:t>
            </w:r>
          </w:p>
        </w:tc>
        <w:tc>
          <w:tcPr>
            <w:tcW w:w="453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33046DAD" w14:textId="77777777" w:rsidR="00990C90" w:rsidRDefault="00363C6F">
            <w:pPr>
              <w:spacing w:line="240" w:lineRule="auto"/>
            </w:pPr>
            <w:r>
              <w:t>Afterschool Activity</w:t>
            </w:r>
          </w:p>
        </w:tc>
        <w:tc>
          <w:tcPr>
            <w:tcW w:w="327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4BF054AC" w14:textId="77777777" w:rsidR="00990C90" w:rsidRDefault="00363C6F">
            <w:pPr>
              <w:spacing w:line="240" w:lineRule="auto"/>
            </w:pPr>
            <w:r>
              <w:t>$150 per semester</w:t>
            </w:r>
          </w:p>
        </w:tc>
      </w:tr>
      <w:tr w:rsidR="004D57B4" w14:paraId="58143F91" w14:textId="77777777">
        <w:trPr>
          <w:gridAfter w:val="1"/>
          <w:wAfter w:w="254" w:type="dxa"/>
        </w:trPr>
        <w:tc>
          <w:tcPr>
            <w:tcW w:w="1980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6E15D022" w14:textId="77777777" w:rsidR="00990C90" w:rsidRDefault="00363C6F">
            <w:pPr>
              <w:spacing w:line="240" w:lineRule="auto"/>
            </w:pPr>
            <w:r>
              <w:t>Writing Club</w:t>
            </w:r>
          </w:p>
        </w:tc>
        <w:tc>
          <w:tcPr>
            <w:tcW w:w="453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55DE8C3B" w14:textId="77777777" w:rsidR="00990C90" w:rsidRDefault="00363C6F">
            <w:pPr>
              <w:spacing w:line="240" w:lineRule="auto"/>
            </w:pPr>
            <w:r>
              <w:t>Afterschool Activity</w:t>
            </w:r>
          </w:p>
        </w:tc>
        <w:tc>
          <w:tcPr>
            <w:tcW w:w="3276" w:type="dxa"/>
            <w:tcBorders>
              <w:bottom w:val="single" w:sz="4" w:space="0" w:color="808080"/>
            </w:tcBorders>
            <w:tcMar>
              <w:top w:w="185" w:type="dxa"/>
              <w:left w:w="110" w:type="dxa"/>
              <w:bottom w:w="185" w:type="dxa"/>
              <w:right w:w="110" w:type="dxa"/>
            </w:tcMar>
            <w:vAlign w:val="center"/>
          </w:tcPr>
          <w:p w14:paraId="55B69238" w14:textId="77777777" w:rsidR="00990C90" w:rsidRDefault="00363C6F">
            <w:pPr>
              <w:spacing w:line="240" w:lineRule="auto"/>
            </w:pPr>
            <w:r>
              <w:t>$65 per semester</w:t>
            </w:r>
          </w:p>
        </w:tc>
      </w:tr>
    </w:tbl>
    <w:p w14:paraId="1BD7739F" w14:textId="77777777" w:rsidR="00F32207" w:rsidRDefault="00F32207"/>
    <w:sectPr w:rsidR="00F32207" w:rsidSect="00034616">
      <w:pgSz w:w="12240" w:h="15840"/>
      <w:pgMar w:top="835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1020737">
    <w:abstractNumId w:val="8"/>
  </w:num>
  <w:num w:numId="2" w16cid:durableId="1249579036">
    <w:abstractNumId w:val="6"/>
  </w:num>
  <w:num w:numId="3" w16cid:durableId="327173517">
    <w:abstractNumId w:val="5"/>
  </w:num>
  <w:num w:numId="4" w16cid:durableId="1087725010">
    <w:abstractNumId w:val="4"/>
  </w:num>
  <w:num w:numId="5" w16cid:durableId="751699127">
    <w:abstractNumId w:val="7"/>
  </w:num>
  <w:num w:numId="6" w16cid:durableId="2116243107">
    <w:abstractNumId w:val="3"/>
  </w:num>
  <w:num w:numId="7" w16cid:durableId="276058663">
    <w:abstractNumId w:val="2"/>
  </w:num>
  <w:num w:numId="8" w16cid:durableId="1290819391">
    <w:abstractNumId w:val="1"/>
  </w:num>
  <w:num w:numId="9" w16cid:durableId="458452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5C98"/>
    <w:rsid w:val="0015074B"/>
    <w:rsid w:val="0029639D"/>
    <w:rsid w:val="00326F90"/>
    <w:rsid w:val="00363C6F"/>
    <w:rsid w:val="004B48D6"/>
    <w:rsid w:val="004D57B4"/>
    <w:rsid w:val="005653DC"/>
    <w:rsid w:val="005C2BEF"/>
    <w:rsid w:val="00990C90"/>
    <w:rsid w:val="00AA1D8D"/>
    <w:rsid w:val="00B47730"/>
    <w:rsid w:val="00B47CEE"/>
    <w:rsid w:val="00CB0664"/>
    <w:rsid w:val="00F322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55EC1B"/>
  <w14:defaultImageDpi w14:val="300"/>
  <w15:docId w15:val="{F4726FF3-DC02-40EF-BE52-B44DD01E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Mountainville Academy 2026-27 Fee Schedule/Spend Plan</dc:title>
  <dc:subject>Updated 2026-27 Fee Schedule</dc:subject>
  <dc:creator>Mountainville Academy</dc:creator>
  <cp:keywords/>
  <dc:description>generated by python-docx</dc:description>
  <cp:lastModifiedBy>Janese Vance</cp:lastModifiedBy>
  <cp:revision>2</cp:revision>
  <dcterms:created xsi:type="dcterms:W3CDTF">2026-09-03T20:37:00Z</dcterms:created>
  <dcterms:modified xsi:type="dcterms:W3CDTF">2026-09-03T20:37:00Z</dcterms:modified>
  <cp:category/>
</cp:coreProperties>
</file>