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A27EF" w14:textId="77777777" w:rsidR="00AA156C" w:rsidRDefault="00CC58C2">
      <w:pPr>
        <w:spacing w:after="40"/>
        <w:jc w:val="center"/>
      </w:pPr>
      <w:r>
        <w:rPr>
          <w:b/>
          <w:color w:val="1C3449"/>
          <w:sz w:val="34"/>
        </w:rPr>
        <w:t>DUCHESNE CITY</w:t>
      </w:r>
    </w:p>
    <w:p w14:paraId="131AD0A5" w14:textId="77777777" w:rsidR="00AA156C" w:rsidRDefault="00CC58C2">
      <w:pPr>
        <w:spacing w:after="180"/>
        <w:jc w:val="center"/>
      </w:pPr>
      <w:r>
        <w:rPr>
          <w:b/>
          <w:color w:val="1C3449"/>
          <w:sz w:val="26"/>
        </w:rPr>
        <w:t>2026 CITY COUNCIL MEETING CALENDAR</w:t>
      </w:r>
    </w:p>
    <w:p w14:paraId="06C31519" w14:textId="77777777" w:rsidR="00AA156C" w:rsidRPr="00B659BF" w:rsidRDefault="00CC58C2">
      <w:pPr>
        <w:spacing w:after="60"/>
        <w:jc w:val="center"/>
        <w:rPr>
          <w:sz w:val="24"/>
          <w:szCs w:val="24"/>
        </w:rPr>
      </w:pPr>
      <w:r w:rsidRPr="00B659BF">
        <w:rPr>
          <w:b/>
          <w:color w:val="1C3449"/>
          <w:sz w:val="24"/>
          <w:szCs w:val="24"/>
        </w:rPr>
        <w:t xml:space="preserve">2nd &amp; 4th Mondays of Each </w:t>
      </w:r>
      <w:proofErr w:type="gramStart"/>
      <w:r w:rsidRPr="00B659BF">
        <w:rPr>
          <w:b/>
          <w:color w:val="1C3449"/>
          <w:sz w:val="24"/>
          <w:szCs w:val="24"/>
        </w:rPr>
        <w:t>Month  |</w:t>
      </w:r>
      <w:proofErr w:type="gramEnd"/>
      <w:r w:rsidRPr="00B659BF">
        <w:rPr>
          <w:b/>
          <w:color w:val="1C3449"/>
          <w:sz w:val="24"/>
          <w:szCs w:val="24"/>
        </w:rPr>
        <w:t xml:space="preserve">  6:00 p.m.</w:t>
      </w:r>
    </w:p>
    <w:p w14:paraId="050D1AAE" w14:textId="77777777" w:rsidR="00AA156C" w:rsidRPr="00B659BF" w:rsidRDefault="00CC58C2">
      <w:pPr>
        <w:spacing w:after="180"/>
        <w:jc w:val="center"/>
        <w:rPr>
          <w:sz w:val="24"/>
          <w:szCs w:val="24"/>
        </w:rPr>
      </w:pPr>
      <w:r w:rsidRPr="00B659BF">
        <w:rPr>
          <w:color w:val="1C3449"/>
          <w:sz w:val="24"/>
          <w:szCs w:val="24"/>
        </w:rPr>
        <w:t xml:space="preserve">Duchesne City </w:t>
      </w:r>
      <w:proofErr w:type="gramStart"/>
      <w:r w:rsidRPr="00B659BF">
        <w:rPr>
          <w:color w:val="1C3449"/>
          <w:sz w:val="24"/>
          <w:szCs w:val="24"/>
        </w:rPr>
        <w:t>Hall  |</w:t>
      </w:r>
      <w:proofErr w:type="gramEnd"/>
      <w:r w:rsidRPr="00B659BF">
        <w:rPr>
          <w:color w:val="1C3449"/>
          <w:sz w:val="24"/>
          <w:szCs w:val="24"/>
        </w:rPr>
        <w:t xml:space="preserve">  500 East Main </w:t>
      </w:r>
      <w:proofErr w:type="gramStart"/>
      <w:r w:rsidRPr="00B659BF">
        <w:rPr>
          <w:color w:val="1C3449"/>
          <w:sz w:val="24"/>
          <w:szCs w:val="24"/>
        </w:rPr>
        <w:t>Street  |</w:t>
      </w:r>
      <w:proofErr w:type="gramEnd"/>
      <w:r w:rsidRPr="00B659BF">
        <w:rPr>
          <w:color w:val="1C3449"/>
          <w:sz w:val="24"/>
          <w:szCs w:val="24"/>
        </w:rPr>
        <w:t xml:space="preserve">  Duchesne, Utah 84021</w:t>
      </w:r>
    </w:p>
    <w:p w14:paraId="62C53A55" w14:textId="77777777" w:rsidR="00AA156C" w:rsidRDefault="00CC58C2">
      <w:pPr>
        <w:spacing w:after="180"/>
        <w:jc w:val="center"/>
        <w:rPr>
          <w:color w:val="1C3449"/>
          <w:sz w:val="24"/>
          <w:szCs w:val="24"/>
        </w:rPr>
      </w:pPr>
      <w:r w:rsidRPr="00B659BF">
        <w:rPr>
          <w:color w:val="1C3449"/>
          <w:sz w:val="24"/>
          <w:szCs w:val="24"/>
        </w:rPr>
        <w:t>Amended schedule pursuant to Ordinance No. 2026-04</w:t>
      </w:r>
    </w:p>
    <w:p w14:paraId="1A572059" w14:textId="77777777" w:rsidR="00B659BF" w:rsidRPr="00B659BF" w:rsidRDefault="00B659BF">
      <w:pPr>
        <w:spacing w:after="180"/>
        <w:jc w:val="center"/>
        <w:rPr>
          <w:sz w:val="24"/>
          <w:szCs w:val="24"/>
        </w:rPr>
      </w:pPr>
    </w:p>
    <w:p w14:paraId="435BC6C4" w14:textId="77777777" w:rsidR="00AA156C" w:rsidRDefault="00CC58C2">
      <w:pPr>
        <w:spacing w:before="100" w:after="60"/>
      </w:pPr>
      <w:r>
        <w:rPr>
          <w:b/>
          <w:color w:val="1C3449"/>
          <w:sz w:val="22"/>
        </w:rPr>
        <w:t>OCTOBER 2026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 w:rsidR="00AA156C" w14:paraId="3A871513" w14:textId="77777777">
        <w:tc>
          <w:tcPr>
            <w:tcW w:w="1454" w:type="dxa"/>
            <w:shd w:val="clear" w:color="auto" w:fill="DCE6EE"/>
          </w:tcPr>
          <w:p w14:paraId="32E518A8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SUN</w:t>
            </w:r>
          </w:p>
        </w:tc>
        <w:tc>
          <w:tcPr>
            <w:tcW w:w="1454" w:type="dxa"/>
            <w:shd w:val="clear" w:color="auto" w:fill="DCE6EE"/>
          </w:tcPr>
          <w:p w14:paraId="19EFBB80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MON</w:t>
            </w:r>
          </w:p>
        </w:tc>
        <w:tc>
          <w:tcPr>
            <w:tcW w:w="1454" w:type="dxa"/>
            <w:shd w:val="clear" w:color="auto" w:fill="DCE6EE"/>
          </w:tcPr>
          <w:p w14:paraId="1CF8E881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TUE</w:t>
            </w:r>
          </w:p>
        </w:tc>
        <w:tc>
          <w:tcPr>
            <w:tcW w:w="1454" w:type="dxa"/>
            <w:shd w:val="clear" w:color="auto" w:fill="DCE6EE"/>
          </w:tcPr>
          <w:p w14:paraId="13FC6FE3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WED</w:t>
            </w:r>
          </w:p>
        </w:tc>
        <w:tc>
          <w:tcPr>
            <w:tcW w:w="1454" w:type="dxa"/>
            <w:shd w:val="clear" w:color="auto" w:fill="DCE6EE"/>
          </w:tcPr>
          <w:p w14:paraId="565D14D5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THU</w:t>
            </w:r>
          </w:p>
        </w:tc>
        <w:tc>
          <w:tcPr>
            <w:tcW w:w="1454" w:type="dxa"/>
            <w:shd w:val="clear" w:color="auto" w:fill="DCE6EE"/>
          </w:tcPr>
          <w:p w14:paraId="4BF50027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FRI</w:t>
            </w:r>
          </w:p>
        </w:tc>
        <w:tc>
          <w:tcPr>
            <w:tcW w:w="1454" w:type="dxa"/>
            <w:shd w:val="clear" w:color="auto" w:fill="DCE6EE"/>
          </w:tcPr>
          <w:p w14:paraId="1113AAAB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SAT</w:t>
            </w:r>
          </w:p>
        </w:tc>
      </w:tr>
      <w:tr w:rsidR="00AA156C" w14:paraId="14F218C5" w14:textId="77777777">
        <w:tc>
          <w:tcPr>
            <w:tcW w:w="1461" w:type="dxa"/>
            <w:vAlign w:val="center"/>
          </w:tcPr>
          <w:p w14:paraId="6B404128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1B1091C5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65B4FE51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6B8D5BC4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29064F16" w14:textId="77777777" w:rsidR="00AA156C" w:rsidRDefault="00CC58C2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61" w:type="dxa"/>
            <w:vAlign w:val="center"/>
          </w:tcPr>
          <w:p w14:paraId="7214D395" w14:textId="77777777" w:rsidR="00AA156C" w:rsidRDefault="00CC58C2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61" w:type="dxa"/>
            <w:vAlign w:val="center"/>
          </w:tcPr>
          <w:p w14:paraId="2405FE1B" w14:textId="77777777" w:rsidR="00AA156C" w:rsidRDefault="00CC58C2">
            <w:pPr>
              <w:spacing w:before="60" w:after="60"/>
              <w:jc w:val="center"/>
            </w:pPr>
            <w:r>
              <w:t>3</w:t>
            </w:r>
          </w:p>
        </w:tc>
      </w:tr>
      <w:tr w:rsidR="00AA156C" w14:paraId="2C02CCDD" w14:textId="77777777">
        <w:tc>
          <w:tcPr>
            <w:tcW w:w="1461" w:type="dxa"/>
            <w:vAlign w:val="center"/>
          </w:tcPr>
          <w:p w14:paraId="26ACF192" w14:textId="77777777" w:rsidR="00AA156C" w:rsidRDefault="00CC58C2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1461" w:type="dxa"/>
            <w:vAlign w:val="center"/>
          </w:tcPr>
          <w:p w14:paraId="53BC23C3" w14:textId="77777777" w:rsidR="00AA156C" w:rsidRDefault="00CC58C2">
            <w:pPr>
              <w:spacing w:before="60" w:after="60"/>
              <w:jc w:val="center"/>
            </w:pPr>
            <w:r>
              <w:t>5</w:t>
            </w:r>
          </w:p>
        </w:tc>
        <w:tc>
          <w:tcPr>
            <w:tcW w:w="1461" w:type="dxa"/>
            <w:vAlign w:val="center"/>
          </w:tcPr>
          <w:p w14:paraId="73B4D2BE" w14:textId="77777777" w:rsidR="00AA156C" w:rsidRDefault="00CC58C2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1461" w:type="dxa"/>
            <w:vAlign w:val="center"/>
          </w:tcPr>
          <w:p w14:paraId="7B05BA3B" w14:textId="77777777" w:rsidR="00AA156C" w:rsidRDefault="00CC58C2">
            <w:pPr>
              <w:spacing w:before="60" w:after="60"/>
              <w:jc w:val="center"/>
            </w:pPr>
            <w:r>
              <w:t>7</w:t>
            </w:r>
          </w:p>
        </w:tc>
        <w:tc>
          <w:tcPr>
            <w:tcW w:w="1461" w:type="dxa"/>
            <w:vAlign w:val="center"/>
          </w:tcPr>
          <w:p w14:paraId="25C66957" w14:textId="77777777" w:rsidR="00AA156C" w:rsidRDefault="00CC58C2">
            <w:pPr>
              <w:spacing w:before="60" w:after="60"/>
              <w:jc w:val="center"/>
            </w:pPr>
            <w:r>
              <w:t>8</w:t>
            </w:r>
          </w:p>
        </w:tc>
        <w:tc>
          <w:tcPr>
            <w:tcW w:w="1461" w:type="dxa"/>
            <w:vAlign w:val="center"/>
          </w:tcPr>
          <w:p w14:paraId="47C3E47B" w14:textId="77777777" w:rsidR="00AA156C" w:rsidRDefault="00CC58C2">
            <w:pPr>
              <w:spacing w:before="60" w:after="60"/>
              <w:jc w:val="center"/>
            </w:pPr>
            <w:r>
              <w:t>9</w:t>
            </w:r>
          </w:p>
        </w:tc>
        <w:tc>
          <w:tcPr>
            <w:tcW w:w="1461" w:type="dxa"/>
            <w:vAlign w:val="center"/>
          </w:tcPr>
          <w:p w14:paraId="41210D2A" w14:textId="77777777" w:rsidR="00AA156C" w:rsidRDefault="00CC58C2">
            <w:pPr>
              <w:spacing w:before="60" w:after="60"/>
              <w:jc w:val="center"/>
            </w:pPr>
            <w:r>
              <w:t>10</w:t>
            </w:r>
          </w:p>
        </w:tc>
      </w:tr>
      <w:tr w:rsidR="00AA156C" w14:paraId="54601AAB" w14:textId="77777777">
        <w:tc>
          <w:tcPr>
            <w:tcW w:w="1461" w:type="dxa"/>
            <w:vAlign w:val="center"/>
          </w:tcPr>
          <w:p w14:paraId="027A1481" w14:textId="77777777" w:rsidR="00AA156C" w:rsidRDefault="00CC58C2">
            <w:pPr>
              <w:spacing w:before="60" w:after="60"/>
              <w:jc w:val="center"/>
            </w:pPr>
            <w:r>
              <w:t>11</w:t>
            </w:r>
          </w:p>
        </w:tc>
        <w:tc>
          <w:tcPr>
            <w:tcW w:w="1461" w:type="dxa"/>
            <w:shd w:val="clear" w:color="auto" w:fill="E6F2E8"/>
            <w:vAlign w:val="center"/>
          </w:tcPr>
          <w:p w14:paraId="207140A7" w14:textId="77777777" w:rsidR="00AA156C" w:rsidRDefault="00CC58C2">
            <w:pPr>
              <w:spacing w:before="60" w:after="60"/>
              <w:jc w:val="center"/>
            </w:pPr>
            <w:r>
              <w:rPr>
                <w:b/>
              </w:rPr>
              <w:t>12</w:t>
            </w:r>
            <w:r>
              <w:rPr>
                <w:sz w:val="14"/>
              </w:rPr>
              <w:br/>
              <w:t>6:00 PM</w:t>
            </w:r>
          </w:p>
        </w:tc>
        <w:tc>
          <w:tcPr>
            <w:tcW w:w="1461" w:type="dxa"/>
            <w:vAlign w:val="center"/>
          </w:tcPr>
          <w:p w14:paraId="33CA0B75" w14:textId="77777777" w:rsidR="00AA156C" w:rsidRDefault="00CC58C2">
            <w:pPr>
              <w:spacing w:before="60" w:after="60"/>
              <w:jc w:val="center"/>
            </w:pPr>
            <w:r>
              <w:t>13</w:t>
            </w:r>
          </w:p>
        </w:tc>
        <w:tc>
          <w:tcPr>
            <w:tcW w:w="1461" w:type="dxa"/>
            <w:vAlign w:val="center"/>
          </w:tcPr>
          <w:p w14:paraId="6926483D" w14:textId="77777777" w:rsidR="00AA156C" w:rsidRDefault="00CC58C2">
            <w:pPr>
              <w:spacing w:before="60" w:after="60"/>
              <w:jc w:val="center"/>
            </w:pPr>
            <w:r>
              <w:t>14</w:t>
            </w:r>
          </w:p>
        </w:tc>
        <w:tc>
          <w:tcPr>
            <w:tcW w:w="1461" w:type="dxa"/>
            <w:vAlign w:val="center"/>
          </w:tcPr>
          <w:p w14:paraId="7CAE49F6" w14:textId="77777777" w:rsidR="00AA156C" w:rsidRDefault="00CC58C2">
            <w:pPr>
              <w:spacing w:before="60" w:after="60"/>
              <w:jc w:val="center"/>
            </w:pPr>
            <w:r>
              <w:t>15</w:t>
            </w:r>
          </w:p>
        </w:tc>
        <w:tc>
          <w:tcPr>
            <w:tcW w:w="1461" w:type="dxa"/>
            <w:vAlign w:val="center"/>
          </w:tcPr>
          <w:p w14:paraId="45586198" w14:textId="77777777" w:rsidR="00AA156C" w:rsidRDefault="00CC58C2">
            <w:pPr>
              <w:spacing w:before="60" w:after="60"/>
              <w:jc w:val="center"/>
            </w:pPr>
            <w:r>
              <w:t>16</w:t>
            </w:r>
          </w:p>
        </w:tc>
        <w:tc>
          <w:tcPr>
            <w:tcW w:w="1461" w:type="dxa"/>
            <w:vAlign w:val="center"/>
          </w:tcPr>
          <w:p w14:paraId="6AA4EE8A" w14:textId="77777777" w:rsidR="00AA156C" w:rsidRDefault="00CC58C2">
            <w:pPr>
              <w:spacing w:before="60" w:after="60"/>
              <w:jc w:val="center"/>
            </w:pPr>
            <w:r>
              <w:t>17</w:t>
            </w:r>
          </w:p>
        </w:tc>
      </w:tr>
      <w:tr w:rsidR="00AA156C" w14:paraId="62406297" w14:textId="77777777">
        <w:tc>
          <w:tcPr>
            <w:tcW w:w="1461" w:type="dxa"/>
            <w:vAlign w:val="center"/>
          </w:tcPr>
          <w:p w14:paraId="05EBF99A" w14:textId="77777777" w:rsidR="00AA156C" w:rsidRDefault="00CC58C2">
            <w:pPr>
              <w:spacing w:before="60" w:after="60"/>
              <w:jc w:val="center"/>
            </w:pPr>
            <w:r>
              <w:t>18</w:t>
            </w:r>
          </w:p>
        </w:tc>
        <w:tc>
          <w:tcPr>
            <w:tcW w:w="1461" w:type="dxa"/>
            <w:vAlign w:val="center"/>
          </w:tcPr>
          <w:p w14:paraId="48D33680" w14:textId="77777777" w:rsidR="00AA156C" w:rsidRDefault="00CC58C2">
            <w:pPr>
              <w:spacing w:before="60" w:after="60"/>
              <w:jc w:val="center"/>
            </w:pPr>
            <w:r>
              <w:t>19</w:t>
            </w:r>
          </w:p>
        </w:tc>
        <w:tc>
          <w:tcPr>
            <w:tcW w:w="1461" w:type="dxa"/>
            <w:vAlign w:val="center"/>
          </w:tcPr>
          <w:p w14:paraId="69DEB71F" w14:textId="77777777" w:rsidR="00AA156C" w:rsidRDefault="00CC58C2">
            <w:pPr>
              <w:spacing w:before="60" w:after="60"/>
              <w:jc w:val="center"/>
            </w:pPr>
            <w:r>
              <w:t>20</w:t>
            </w:r>
          </w:p>
        </w:tc>
        <w:tc>
          <w:tcPr>
            <w:tcW w:w="1461" w:type="dxa"/>
            <w:vAlign w:val="center"/>
          </w:tcPr>
          <w:p w14:paraId="20240C50" w14:textId="77777777" w:rsidR="00AA156C" w:rsidRDefault="00CC58C2">
            <w:pPr>
              <w:spacing w:before="60" w:after="60"/>
              <w:jc w:val="center"/>
            </w:pPr>
            <w:r>
              <w:t>21</w:t>
            </w:r>
          </w:p>
        </w:tc>
        <w:tc>
          <w:tcPr>
            <w:tcW w:w="1461" w:type="dxa"/>
            <w:vAlign w:val="center"/>
          </w:tcPr>
          <w:p w14:paraId="21F909B1" w14:textId="77777777" w:rsidR="00AA156C" w:rsidRDefault="00CC58C2">
            <w:pPr>
              <w:spacing w:before="60" w:after="60"/>
              <w:jc w:val="center"/>
            </w:pPr>
            <w:r>
              <w:t>22</w:t>
            </w:r>
          </w:p>
        </w:tc>
        <w:tc>
          <w:tcPr>
            <w:tcW w:w="1461" w:type="dxa"/>
            <w:vAlign w:val="center"/>
          </w:tcPr>
          <w:p w14:paraId="69F5A0B8" w14:textId="77777777" w:rsidR="00AA156C" w:rsidRDefault="00CC58C2">
            <w:pPr>
              <w:spacing w:before="60" w:after="60"/>
              <w:jc w:val="center"/>
            </w:pPr>
            <w:r>
              <w:t>23</w:t>
            </w:r>
          </w:p>
        </w:tc>
        <w:tc>
          <w:tcPr>
            <w:tcW w:w="1461" w:type="dxa"/>
            <w:vAlign w:val="center"/>
          </w:tcPr>
          <w:p w14:paraId="0F238F62" w14:textId="77777777" w:rsidR="00AA156C" w:rsidRDefault="00CC58C2">
            <w:pPr>
              <w:spacing w:before="60" w:after="60"/>
              <w:jc w:val="center"/>
            </w:pPr>
            <w:r>
              <w:t>24</w:t>
            </w:r>
          </w:p>
        </w:tc>
      </w:tr>
      <w:tr w:rsidR="00AA156C" w14:paraId="3EAFAF51" w14:textId="77777777">
        <w:tc>
          <w:tcPr>
            <w:tcW w:w="1461" w:type="dxa"/>
            <w:vAlign w:val="center"/>
          </w:tcPr>
          <w:p w14:paraId="5B131957" w14:textId="77777777" w:rsidR="00AA156C" w:rsidRDefault="00CC58C2">
            <w:pPr>
              <w:spacing w:before="60" w:after="60"/>
              <w:jc w:val="center"/>
            </w:pPr>
            <w:r>
              <w:t>25</w:t>
            </w:r>
          </w:p>
        </w:tc>
        <w:tc>
          <w:tcPr>
            <w:tcW w:w="1461" w:type="dxa"/>
            <w:shd w:val="clear" w:color="auto" w:fill="FBE7E5"/>
            <w:vAlign w:val="center"/>
          </w:tcPr>
          <w:p w14:paraId="06BFFA52" w14:textId="77777777" w:rsidR="00AA156C" w:rsidRDefault="00CC58C2">
            <w:pPr>
              <w:spacing w:before="60" w:after="60"/>
              <w:jc w:val="center"/>
            </w:pPr>
            <w:r>
              <w:rPr>
                <w:b/>
                <w:color w:val="9D2B23"/>
              </w:rPr>
              <w:t>26</w:t>
            </w:r>
            <w:r>
              <w:rPr>
                <w:b/>
                <w:color w:val="9D2B23"/>
                <w:sz w:val="14"/>
              </w:rPr>
              <w:br/>
              <w:t>CANCELED</w:t>
            </w:r>
          </w:p>
        </w:tc>
        <w:tc>
          <w:tcPr>
            <w:tcW w:w="1461" w:type="dxa"/>
            <w:vAlign w:val="center"/>
          </w:tcPr>
          <w:p w14:paraId="0DF2DBDB" w14:textId="77777777" w:rsidR="00AA156C" w:rsidRDefault="00CC58C2">
            <w:pPr>
              <w:spacing w:before="60" w:after="60"/>
              <w:jc w:val="center"/>
            </w:pPr>
            <w:r>
              <w:t>27</w:t>
            </w:r>
          </w:p>
        </w:tc>
        <w:tc>
          <w:tcPr>
            <w:tcW w:w="1461" w:type="dxa"/>
            <w:vAlign w:val="center"/>
          </w:tcPr>
          <w:p w14:paraId="38E91FA6" w14:textId="77777777" w:rsidR="00AA156C" w:rsidRDefault="00CC58C2">
            <w:pPr>
              <w:spacing w:before="60" w:after="60"/>
              <w:jc w:val="center"/>
            </w:pPr>
            <w:r>
              <w:t>28</w:t>
            </w:r>
          </w:p>
        </w:tc>
        <w:tc>
          <w:tcPr>
            <w:tcW w:w="1461" w:type="dxa"/>
            <w:vAlign w:val="center"/>
          </w:tcPr>
          <w:p w14:paraId="626FFAE5" w14:textId="77777777" w:rsidR="00AA156C" w:rsidRDefault="00CC58C2">
            <w:pPr>
              <w:spacing w:before="60" w:after="60"/>
              <w:jc w:val="center"/>
            </w:pPr>
            <w:r>
              <w:t>29</w:t>
            </w:r>
          </w:p>
        </w:tc>
        <w:tc>
          <w:tcPr>
            <w:tcW w:w="1461" w:type="dxa"/>
            <w:vAlign w:val="center"/>
          </w:tcPr>
          <w:p w14:paraId="7CF909FD" w14:textId="77777777" w:rsidR="00AA156C" w:rsidRDefault="00CC58C2">
            <w:pPr>
              <w:spacing w:before="60" w:after="60"/>
              <w:jc w:val="center"/>
            </w:pPr>
            <w:r>
              <w:t>30</w:t>
            </w:r>
          </w:p>
        </w:tc>
        <w:tc>
          <w:tcPr>
            <w:tcW w:w="1461" w:type="dxa"/>
            <w:vAlign w:val="center"/>
          </w:tcPr>
          <w:p w14:paraId="79013734" w14:textId="77777777" w:rsidR="00AA156C" w:rsidRDefault="00CC58C2">
            <w:pPr>
              <w:spacing w:before="60" w:after="60"/>
              <w:jc w:val="center"/>
            </w:pPr>
            <w:r>
              <w:t>31</w:t>
            </w:r>
          </w:p>
        </w:tc>
      </w:tr>
    </w:tbl>
    <w:p w14:paraId="74E57FC7" w14:textId="77777777" w:rsidR="00AA156C" w:rsidRDefault="00CC58C2">
      <w:pPr>
        <w:spacing w:before="100" w:after="60"/>
      </w:pPr>
      <w:r>
        <w:rPr>
          <w:b/>
          <w:color w:val="1C3449"/>
          <w:sz w:val="22"/>
        </w:rPr>
        <w:t>NOVEMBER 2026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 w:rsidR="00AA156C" w14:paraId="0E1BE3FB" w14:textId="77777777">
        <w:tc>
          <w:tcPr>
            <w:tcW w:w="1454" w:type="dxa"/>
            <w:shd w:val="clear" w:color="auto" w:fill="DCE6EE"/>
          </w:tcPr>
          <w:p w14:paraId="2363EED4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SUN</w:t>
            </w:r>
          </w:p>
        </w:tc>
        <w:tc>
          <w:tcPr>
            <w:tcW w:w="1454" w:type="dxa"/>
            <w:shd w:val="clear" w:color="auto" w:fill="DCE6EE"/>
          </w:tcPr>
          <w:p w14:paraId="4BCE0678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MON</w:t>
            </w:r>
          </w:p>
        </w:tc>
        <w:tc>
          <w:tcPr>
            <w:tcW w:w="1454" w:type="dxa"/>
            <w:shd w:val="clear" w:color="auto" w:fill="DCE6EE"/>
          </w:tcPr>
          <w:p w14:paraId="39DB0010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TUE</w:t>
            </w:r>
          </w:p>
        </w:tc>
        <w:tc>
          <w:tcPr>
            <w:tcW w:w="1454" w:type="dxa"/>
            <w:shd w:val="clear" w:color="auto" w:fill="DCE6EE"/>
          </w:tcPr>
          <w:p w14:paraId="219E30D1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WED</w:t>
            </w:r>
          </w:p>
        </w:tc>
        <w:tc>
          <w:tcPr>
            <w:tcW w:w="1454" w:type="dxa"/>
            <w:shd w:val="clear" w:color="auto" w:fill="DCE6EE"/>
          </w:tcPr>
          <w:p w14:paraId="4CC394F2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THU</w:t>
            </w:r>
          </w:p>
        </w:tc>
        <w:tc>
          <w:tcPr>
            <w:tcW w:w="1454" w:type="dxa"/>
            <w:shd w:val="clear" w:color="auto" w:fill="DCE6EE"/>
          </w:tcPr>
          <w:p w14:paraId="0635EBA6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FRI</w:t>
            </w:r>
          </w:p>
        </w:tc>
        <w:tc>
          <w:tcPr>
            <w:tcW w:w="1454" w:type="dxa"/>
            <w:shd w:val="clear" w:color="auto" w:fill="DCE6EE"/>
          </w:tcPr>
          <w:p w14:paraId="5D9DE9B6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SAT</w:t>
            </w:r>
          </w:p>
        </w:tc>
      </w:tr>
      <w:tr w:rsidR="00AA156C" w14:paraId="56ACB97D" w14:textId="77777777">
        <w:tc>
          <w:tcPr>
            <w:tcW w:w="1461" w:type="dxa"/>
            <w:vAlign w:val="center"/>
          </w:tcPr>
          <w:p w14:paraId="5F05C722" w14:textId="77777777" w:rsidR="00AA156C" w:rsidRDefault="00CC58C2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61" w:type="dxa"/>
            <w:vAlign w:val="center"/>
          </w:tcPr>
          <w:p w14:paraId="7BB550F8" w14:textId="77777777" w:rsidR="00AA156C" w:rsidRDefault="00CC58C2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61" w:type="dxa"/>
            <w:vAlign w:val="center"/>
          </w:tcPr>
          <w:p w14:paraId="75F03054" w14:textId="77777777" w:rsidR="00AA156C" w:rsidRDefault="00CC58C2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1461" w:type="dxa"/>
            <w:vAlign w:val="center"/>
          </w:tcPr>
          <w:p w14:paraId="1A7AF8A2" w14:textId="77777777" w:rsidR="00AA156C" w:rsidRDefault="00CC58C2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1461" w:type="dxa"/>
            <w:vAlign w:val="center"/>
          </w:tcPr>
          <w:p w14:paraId="7AA12AE7" w14:textId="77777777" w:rsidR="00AA156C" w:rsidRDefault="00CC58C2">
            <w:pPr>
              <w:spacing w:before="60" w:after="60"/>
              <w:jc w:val="center"/>
            </w:pPr>
            <w:r>
              <w:t>5</w:t>
            </w:r>
          </w:p>
        </w:tc>
        <w:tc>
          <w:tcPr>
            <w:tcW w:w="1461" w:type="dxa"/>
            <w:vAlign w:val="center"/>
          </w:tcPr>
          <w:p w14:paraId="13F7C7C6" w14:textId="77777777" w:rsidR="00AA156C" w:rsidRDefault="00CC58C2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1461" w:type="dxa"/>
            <w:vAlign w:val="center"/>
          </w:tcPr>
          <w:p w14:paraId="23B7A11E" w14:textId="77777777" w:rsidR="00AA156C" w:rsidRDefault="00CC58C2">
            <w:pPr>
              <w:spacing w:before="60" w:after="60"/>
              <w:jc w:val="center"/>
            </w:pPr>
            <w:r>
              <w:t>7</w:t>
            </w:r>
          </w:p>
        </w:tc>
      </w:tr>
      <w:tr w:rsidR="00AA156C" w14:paraId="0441A867" w14:textId="77777777">
        <w:tc>
          <w:tcPr>
            <w:tcW w:w="1461" w:type="dxa"/>
            <w:vAlign w:val="center"/>
          </w:tcPr>
          <w:p w14:paraId="3B54D617" w14:textId="77777777" w:rsidR="00AA156C" w:rsidRDefault="00CC58C2">
            <w:pPr>
              <w:spacing w:before="60" w:after="60"/>
              <w:jc w:val="center"/>
            </w:pPr>
            <w:r>
              <w:t>8</w:t>
            </w:r>
          </w:p>
        </w:tc>
        <w:tc>
          <w:tcPr>
            <w:tcW w:w="1461" w:type="dxa"/>
            <w:shd w:val="clear" w:color="auto" w:fill="E6F2E8"/>
            <w:vAlign w:val="center"/>
          </w:tcPr>
          <w:p w14:paraId="40A5F67D" w14:textId="77777777" w:rsidR="00AA156C" w:rsidRDefault="00CC58C2">
            <w:pPr>
              <w:spacing w:before="60" w:after="60"/>
              <w:jc w:val="center"/>
            </w:pPr>
            <w:r>
              <w:rPr>
                <w:b/>
              </w:rPr>
              <w:t>9</w:t>
            </w:r>
            <w:r>
              <w:rPr>
                <w:sz w:val="14"/>
              </w:rPr>
              <w:br/>
              <w:t>6:00 PM</w:t>
            </w:r>
          </w:p>
        </w:tc>
        <w:tc>
          <w:tcPr>
            <w:tcW w:w="1461" w:type="dxa"/>
            <w:vAlign w:val="center"/>
          </w:tcPr>
          <w:p w14:paraId="39EDF3D9" w14:textId="77777777" w:rsidR="00AA156C" w:rsidRDefault="00CC58C2">
            <w:pPr>
              <w:spacing w:before="60" w:after="60"/>
              <w:jc w:val="center"/>
            </w:pPr>
            <w:r>
              <w:t>10</w:t>
            </w:r>
          </w:p>
        </w:tc>
        <w:tc>
          <w:tcPr>
            <w:tcW w:w="1461" w:type="dxa"/>
            <w:vAlign w:val="center"/>
          </w:tcPr>
          <w:p w14:paraId="78B0AEE2" w14:textId="77777777" w:rsidR="00AA156C" w:rsidRDefault="00CC58C2">
            <w:pPr>
              <w:spacing w:before="60" w:after="60"/>
              <w:jc w:val="center"/>
            </w:pPr>
            <w:r>
              <w:t>11</w:t>
            </w:r>
          </w:p>
        </w:tc>
        <w:tc>
          <w:tcPr>
            <w:tcW w:w="1461" w:type="dxa"/>
            <w:vAlign w:val="center"/>
          </w:tcPr>
          <w:p w14:paraId="2D321940" w14:textId="77777777" w:rsidR="00AA156C" w:rsidRDefault="00CC58C2">
            <w:pPr>
              <w:spacing w:before="60" w:after="60"/>
              <w:jc w:val="center"/>
            </w:pPr>
            <w:r>
              <w:t>12</w:t>
            </w:r>
          </w:p>
        </w:tc>
        <w:tc>
          <w:tcPr>
            <w:tcW w:w="1461" w:type="dxa"/>
            <w:vAlign w:val="center"/>
          </w:tcPr>
          <w:p w14:paraId="75FF7D8B" w14:textId="77777777" w:rsidR="00AA156C" w:rsidRDefault="00CC58C2">
            <w:pPr>
              <w:spacing w:before="60" w:after="60"/>
              <w:jc w:val="center"/>
            </w:pPr>
            <w:r>
              <w:t>13</w:t>
            </w:r>
          </w:p>
        </w:tc>
        <w:tc>
          <w:tcPr>
            <w:tcW w:w="1461" w:type="dxa"/>
            <w:vAlign w:val="center"/>
          </w:tcPr>
          <w:p w14:paraId="658040C5" w14:textId="77777777" w:rsidR="00AA156C" w:rsidRDefault="00CC58C2">
            <w:pPr>
              <w:spacing w:before="60" w:after="60"/>
              <w:jc w:val="center"/>
            </w:pPr>
            <w:r>
              <w:t>14</w:t>
            </w:r>
          </w:p>
        </w:tc>
      </w:tr>
      <w:tr w:rsidR="00AA156C" w14:paraId="5A1636AA" w14:textId="77777777">
        <w:tc>
          <w:tcPr>
            <w:tcW w:w="1461" w:type="dxa"/>
            <w:vAlign w:val="center"/>
          </w:tcPr>
          <w:p w14:paraId="65E61AEF" w14:textId="77777777" w:rsidR="00AA156C" w:rsidRDefault="00CC58C2">
            <w:pPr>
              <w:spacing w:before="60" w:after="60"/>
              <w:jc w:val="center"/>
            </w:pPr>
            <w:r>
              <w:t>15</w:t>
            </w:r>
          </w:p>
        </w:tc>
        <w:tc>
          <w:tcPr>
            <w:tcW w:w="1461" w:type="dxa"/>
            <w:vAlign w:val="center"/>
          </w:tcPr>
          <w:p w14:paraId="47A42069" w14:textId="77777777" w:rsidR="00AA156C" w:rsidRDefault="00CC58C2">
            <w:pPr>
              <w:spacing w:before="60" w:after="60"/>
              <w:jc w:val="center"/>
            </w:pPr>
            <w:r>
              <w:t>16</w:t>
            </w:r>
          </w:p>
        </w:tc>
        <w:tc>
          <w:tcPr>
            <w:tcW w:w="1461" w:type="dxa"/>
            <w:vAlign w:val="center"/>
          </w:tcPr>
          <w:p w14:paraId="7E7C30F6" w14:textId="77777777" w:rsidR="00AA156C" w:rsidRDefault="00CC58C2">
            <w:pPr>
              <w:spacing w:before="60" w:after="60"/>
              <w:jc w:val="center"/>
            </w:pPr>
            <w:r>
              <w:t>17</w:t>
            </w:r>
          </w:p>
        </w:tc>
        <w:tc>
          <w:tcPr>
            <w:tcW w:w="1461" w:type="dxa"/>
            <w:vAlign w:val="center"/>
          </w:tcPr>
          <w:p w14:paraId="7D6F3EE1" w14:textId="77777777" w:rsidR="00AA156C" w:rsidRDefault="00CC58C2">
            <w:pPr>
              <w:spacing w:before="60" w:after="60"/>
              <w:jc w:val="center"/>
            </w:pPr>
            <w:r>
              <w:t>18</w:t>
            </w:r>
          </w:p>
        </w:tc>
        <w:tc>
          <w:tcPr>
            <w:tcW w:w="1461" w:type="dxa"/>
            <w:vAlign w:val="center"/>
          </w:tcPr>
          <w:p w14:paraId="2FCC4523" w14:textId="77777777" w:rsidR="00AA156C" w:rsidRDefault="00CC58C2">
            <w:pPr>
              <w:spacing w:before="60" w:after="60"/>
              <w:jc w:val="center"/>
            </w:pPr>
            <w:r>
              <w:t>19</w:t>
            </w:r>
          </w:p>
        </w:tc>
        <w:tc>
          <w:tcPr>
            <w:tcW w:w="1461" w:type="dxa"/>
            <w:vAlign w:val="center"/>
          </w:tcPr>
          <w:p w14:paraId="4A850BE2" w14:textId="77777777" w:rsidR="00AA156C" w:rsidRDefault="00CC58C2">
            <w:pPr>
              <w:spacing w:before="60" w:after="60"/>
              <w:jc w:val="center"/>
            </w:pPr>
            <w:r>
              <w:t>20</w:t>
            </w:r>
          </w:p>
        </w:tc>
        <w:tc>
          <w:tcPr>
            <w:tcW w:w="1461" w:type="dxa"/>
            <w:vAlign w:val="center"/>
          </w:tcPr>
          <w:p w14:paraId="6D25B178" w14:textId="77777777" w:rsidR="00AA156C" w:rsidRDefault="00CC58C2">
            <w:pPr>
              <w:spacing w:before="60" w:after="60"/>
              <w:jc w:val="center"/>
            </w:pPr>
            <w:r>
              <w:t>21</w:t>
            </w:r>
          </w:p>
        </w:tc>
      </w:tr>
      <w:tr w:rsidR="00AA156C" w14:paraId="2D1A76BD" w14:textId="77777777">
        <w:tc>
          <w:tcPr>
            <w:tcW w:w="1461" w:type="dxa"/>
            <w:vAlign w:val="center"/>
          </w:tcPr>
          <w:p w14:paraId="213BEB28" w14:textId="77777777" w:rsidR="00AA156C" w:rsidRDefault="00CC58C2">
            <w:pPr>
              <w:spacing w:before="60" w:after="60"/>
              <w:jc w:val="center"/>
            </w:pPr>
            <w:r>
              <w:t>22</w:t>
            </w:r>
          </w:p>
        </w:tc>
        <w:tc>
          <w:tcPr>
            <w:tcW w:w="1461" w:type="dxa"/>
            <w:shd w:val="clear" w:color="auto" w:fill="E6F2E8"/>
            <w:vAlign w:val="center"/>
          </w:tcPr>
          <w:p w14:paraId="12B91761" w14:textId="77777777" w:rsidR="00AA156C" w:rsidRDefault="00CC58C2">
            <w:pPr>
              <w:spacing w:before="60" w:after="60"/>
              <w:jc w:val="center"/>
            </w:pPr>
            <w:r>
              <w:rPr>
                <w:b/>
              </w:rPr>
              <w:t>23</w:t>
            </w:r>
            <w:r>
              <w:rPr>
                <w:sz w:val="14"/>
              </w:rPr>
              <w:br/>
              <w:t>6:00 PM</w:t>
            </w:r>
          </w:p>
        </w:tc>
        <w:tc>
          <w:tcPr>
            <w:tcW w:w="1461" w:type="dxa"/>
            <w:vAlign w:val="center"/>
          </w:tcPr>
          <w:p w14:paraId="61C2A067" w14:textId="77777777" w:rsidR="00AA156C" w:rsidRDefault="00CC58C2">
            <w:pPr>
              <w:spacing w:before="60" w:after="60"/>
              <w:jc w:val="center"/>
            </w:pPr>
            <w:r>
              <w:t>24</w:t>
            </w:r>
          </w:p>
        </w:tc>
        <w:tc>
          <w:tcPr>
            <w:tcW w:w="1461" w:type="dxa"/>
            <w:vAlign w:val="center"/>
          </w:tcPr>
          <w:p w14:paraId="02908A28" w14:textId="77777777" w:rsidR="00AA156C" w:rsidRDefault="00CC58C2">
            <w:pPr>
              <w:spacing w:before="60" w:after="60"/>
              <w:jc w:val="center"/>
            </w:pPr>
            <w:r>
              <w:t>25</w:t>
            </w:r>
          </w:p>
        </w:tc>
        <w:tc>
          <w:tcPr>
            <w:tcW w:w="1461" w:type="dxa"/>
            <w:vAlign w:val="center"/>
          </w:tcPr>
          <w:p w14:paraId="7E10C1DF" w14:textId="77777777" w:rsidR="00AA156C" w:rsidRDefault="00CC58C2">
            <w:pPr>
              <w:spacing w:before="60" w:after="60"/>
              <w:jc w:val="center"/>
            </w:pPr>
            <w:r>
              <w:t>26</w:t>
            </w:r>
          </w:p>
        </w:tc>
        <w:tc>
          <w:tcPr>
            <w:tcW w:w="1461" w:type="dxa"/>
            <w:vAlign w:val="center"/>
          </w:tcPr>
          <w:p w14:paraId="63EA81B2" w14:textId="77777777" w:rsidR="00AA156C" w:rsidRDefault="00CC58C2">
            <w:pPr>
              <w:spacing w:before="60" w:after="60"/>
              <w:jc w:val="center"/>
            </w:pPr>
            <w:r>
              <w:t>27</w:t>
            </w:r>
          </w:p>
        </w:tc>
        <w:tc>
          <w:tcPr>
            <w:tcW w:w="1461" w:type="dxa"/>
            <w:vAlign w:val="center"/>
          </w:tcPr>
          <w:p w14:paraId="367E79FC" w14:textId="77777777" w:rsidR="00AA156C" w:rsidRDefault="00CC58C2">
            <w:pPr>
              <w:spacing w:before="60" w:after="60"/>
              <w:jc w:val="center"/>
            </w:pPr>
            <w:r>
              <w:t>28</w:t>
            </w:r>
          </w:p>
        </w:tc>
      </w:tr>
      <w:tr w:rsidR="00AA156C" w14:paraId="7AC82149" w14:textId="77777777">
        <w:tc>
          <w:tcPr>
            <w:tcW w:w="1461" w:type="dxa"/>
            <w:vAlign w:val="center"/>
          </w:tcPr>
          <w:p w14:paraId="6B4A015B" w14:textId="77777777" w:rsidR="00AA156C" w:rsidRDefault="00CC58C2">
            <w:pPr>
              <w:spacing w:before="60" w:after="60"/>
              <w:jc w:val="center"/>
            </w:pPr>
            <w:r>
              <w:t>29</w:t>
            </w:r>
          </w:p>
        </w:tc>
        <w:tc>
          <w:tcPr>
            <w:tcW w:w="1461" w:type="dxa"/>
            <w:vAlign w:val="center"/>
          </w:tcPr>
          <w:p w14:paraId="1122F1F4" w14:textId="77777777" w:rsidR="00AA156C" w:rsidRDefault="00CC58C2">
            <w:pPr>
              <w:spacing w:before="60" w:after="60"/>
              <w:jc w:val="center"/>
            </w:pPr>
            <w:r>
              <w:t>30</w:t>
            </w:r>
          </w:p>
        </w:tc>
        <w:tc>
          <w:tcPr>
            <w:tcW w:w="1461" w:type="dxa"/>
            <w:vAlign w:val="center"/>
          </w:tcPr>
          <w:p w14:paraId="04A8D4B8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5BF5375C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6959BE2E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32E1CAEC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1B327BE8" w14:textId="77777777" w:rsidR="00AA156C" w:rsidRDefault="00AA156C">
            <w:pPr>
              <w:spacing w:before="60" w:after="60"/>
              <w:jc w:val="center"/>
            </w:pPr>
          </w:p>
        </w:tc>
      </w:tr>
    </w:tbl>
    <w:p w14:paraId="6AB1DB96" w14:textId="77777777" w:rsidR="00AA156C" w:rsidRDefault="00CC58C2">
      <w:pPr>
        <w:spacing w:before="100" w:after="60"/>
      </w:pPr>
      <w:r>
        <w:rPr>
          <w:b/>
          <w:color w:val="1C3449"/>
          <w:sz w:val="22"/>
        </w:rPr>
        <w:t>DECEMBER 2026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 w:rsidR="00AA156C" w14:paraId="665E1961" w14:textId="77777777">
        <w:tc>
          <w:tcPr>
            <w:tcW w:w="1454" w:type="dxa"/>
            <w:shd w:val="clear" w:color="auto" w:fill="DCE6EE"/>
          </w:tcPr>
          <w:p w14:paraId="44420340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SUN</w:t>
            </w:r>
          </w:p>
        </w:tc>
        <w:tc>
          <w:tcPr>
            <w:tcW w:w="1454" w:type="dxa"/>
            <w:shd w:val="clear" w:color="auto" w:fill="DCE6EE"/>
          </w:tcPr>
          <w:p w14:paraId="33838E76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MON</w:t>
            </w:r>
          </w:p>
        </w:tc>
        <w:tc>
          <w:tcPr>
            <w:tcW w:w="1454" w:type="dxa"/>
            <w:shd w:val="clear" w:color="auto" w:fill="DCE6EE"/>
          </w:tcPr>
          <w:p w14:paraId="58FD0109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TUE</w:t>
            </w:r>
          </w:p>
        </w:tc>
        <w:tc>
          <w:tcPr>
            <w:tcW w:w="1454" w:type="dxa"/>
            <w:shd w:val="clear" w:color="auto" w:fill="DCE6EE"/>
          </w:tcPr>
          <w:p w14:paraId="7D1D8AA3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WED</w:t>
            </w:r>
          </w:p>
        </w:tc>
        <w:tc>
          <w:tcPr>
            <w:tcW w:w="1454" w:type="dxa"/>
            <w:shd w:val="clear" w:color="auto" w:fill="DCE6EE"/>
          </w:tcPr>
          <w:p w14:paraId="715C7D48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THU</w:t>
            </w:r>
          </w:p>
        </w:tc>
        <w:tc>
          <w:tcPr>
            <w:tcW w:w="1454" w:type="dxa"/>
            <w:shd w:val="clear" w:color="auto" w:fill="DCE6EE"/>
          </w:tcPr>
          <w:p w14:paraId="043F2CEB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FRI</w:t>
            </w:r>
          </w:p>
        </w:tc>
        <w:tc>
          <w:tcPr>
            <w:tcW w:w="1454" w:type="dxa"/>
            <w:shd w:val="clear" w:color="auto" w:fill="DCE6EE"/>
          </w:tcPr>
          <w:p w14:paraId="06AAED4B" w14:textId="77777777" w:rsidR="00AA156C" w:rsidRDefault="00CC58C2">
            <w:pPr>
              <w:jc w:val="center"/>
            </w:pPr>
            <w:r>
              <w:rPr>
                <w:b/>
                <w:sz w:val="16"/>
              </w:rPr>
              <w:t>SAT</w:t>
            </w:r>
          </w:p>
        </w:tc>
      </w:tr>
      <w:tr w:rsidR="00AA156C" w14:paraId="538B9584" w14:textId="77777777">
        <w:tc>
          <w:tcPr>
            <w:tcW w:w="1461" w:type="dxa"/>
            <w:vAlign w:val="center"/>
          </w:tcPr>
          <w:p w14:paraId="430094DA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085B3748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2E646E98" w14:textId="77777777" w:rsidR="00AA156C" w:rsidRDefault="00CC58C2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61" w:type="dxa"/>
            <w:vAlign w:val="center"/>
          </w:tcPr>
          <w:p w14:paraId="5DF381DA" w14:textId="77777777" w:rsidR="00AA156C" w:rsidRDefault="00CC58C2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61" w:type="dxa"/>
            <w:vAlign w:val="center"/>
          </w:tcPr>
          <w:p w14:paraId="61C970B8" w14:textId="77777777" w:rsidR="00AA156C" w:rsidRDefault="00CC58C2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1461" w:type="dxa"/>
            <w:vAlign w:val="center"/>
          </w:tcPr>
          <w:p w14:paraId="07F62B99" w14:textId="77777777" w:rsidR="00AA156C" w:rsidRDefault="00CC58C2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1461" w:type="dxa"/>
            <w:vAlign w:val="center"/>
          </w:tcPr>
          <w:p w14:paraId="09F33D84" w14:textId="77777777" w:rsidR="00AA156C" w:rsidRDefault="00CC58C2">
            <w:pPr>
              <w:spacing w:before="60" w:after="60"/>
              <w:jc w:val="center"/>
            </w:pPr>
            <w:r>
              <w:t>5</w:t>
            </w:r>
          </w:p>
        </w:tc>
      </w:tr>
      <w:tr w:rsidR="00AA156C" w14:paraId="45E7C5BA" w14:textId="77777777">
        <w:tc>
          <w:tcPr>
            <w:tcW w:w="1461" w:type="dxa"/>
            <w:vAlign w:val="center"/>
          </w:tcPr>
          <w:p w14:paraId="2CF3DB5F" w14:textId="77777777" w:rsidR="00AA156C" w:rsidRDefault="00CC58C2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1461" w:type="dxa"/>
            <w:vAlign w:val="center"/>
          </w:tcPr>
          <w:p w14:paraId="22338D00" w14:textId="77777777" w:rsidR="00AA156C" w:rsidRDefault="00CC58C2">
            <w:pPr>
              <w:spacing w:before="60" w:after="60"/>
              <w:jc w:val="center"/>
            </w:pPr>
            <w:r>
              <w:t>7</w:t>
            </w:r>
          </w:p>
        </w:tc>
        <w:tc>
          <w:tcPr>
            <w:tcW w:w="1461" w:type="dxa"/>
            <w:vAlign w:val="center"/>
          </w:tcPr>
          <w:p w14:paraId="2EB50966" w14:textId="77777777" w:rsidR="00AA156C" w:rsidRDefault="00CC58C2">
            <w:pPr>
              <w:spacing w:before="60" w:after="60"/>
              <w:jc w:val="center"/>
            </w:pPr>
            <w:r>
              <w:t>8</w:t>
            </w:r>
          </w:p>
        </w:tc>
        <w:tc>
          <w:tcPr>
            <w:tcW w:w="1461" w:type="dxa"/>
            <w:vAlign w:val="center"/>
          </w:tcPr>
          <w:p w14:paraId="72366412" w14:textId="77777777" w:rsidR="00AA156C" w:rsidRDefault="00CC58C2">
            <w:pPr>
              <w:spacing w:before="60" w:after="60"/>
              <w:jc w:val="center"/>
            </w:pPr>
            <w:r>
              <w:t>9</w:t>
            </w:r>
          </w:p>
        </w:tc>
        <w:tc>
          <w:tcPr>
            <w:tcW w:w="1461" w:type="dxa"/>
            <w:vAlign w:val="center"/>
          </w:tcPr>
          <w:p w14:paraId="2BA9F476" w14:textId="77777777" w:rsidR="00AA156C" w:rsidRDefault="00CC58C2">
            <w:pPr>
              <w:spacing w:before="60" w:after="60"/>
              <w:jc w:val="center"/>
            </w:pPr>
            <w:r>
              <w:t>10</w:t>
            </w:r>
          </w:p>
        </w:tc>
        <w:tc>
          <w:tcPr>
            <w:tcW w:w="1461" w:type="dxa"/>
            <w:vAlign w:val="center"/>
          </w:tcPr>
          <w:p w14:paraId="32141854" w14:textId="77777777" w:rsidR="00AA156C" w:rsidRDefault="00CC58C2">
            <w:pPr>
              <w:spacing w:before="60" w:after="60"/>
              <w:jc w:val="center"/>
            </w:pPr>
            <w:r>
              <w:t>11</w:t>
            </w:r>
          </w:p>
        </w:tc>
        <w:tc>
          <w:tcPr>
            <w:tcW w:w="1461" w:type="dxa"/>
            <w:vAlign w:val="center"/>
          </w:tcPr>
          <w:p w14:paraId="47F6109A" w14:textId="77777777" w:rsidR="00AA156C" w:rsidRDefault="00CC58C2">
            <w:pPr>
              <w:spacing w:before="60" w:after="60"/>
              <w:jc w:val="center"/>
            </w:pPr>
            <w:r>
              <w:t>12</w:t>
            </w:r>
          </w:p>
        </w:tc>
      </w:tr>
      <w:tr w:rsidR="00AA156C" w14:paraId="65D0DD58" w14:textId="77777777">
        <w:tc>
          <w:tcPr>
            <w:tcW w:w="1461" w:type="dxa"/>
            <w:vAlign w:val="center"/>
          </w:tcPr>
          <w:p w14:paraId="67994BFB" w14:textId="77777777" w:rsidR="00AA156C" w:rsidRDefault="00CC58C2">
            <w:pPr>
              <w:spacing w:before="60" w:after="60"/>
              <w:jc w:val="center"/>
            </w:pPr>
            <w:r>
              <w:t>13</w:t>
            </w:r>
          </w:p>
        </w:tc>
        <w:tc>
          <w:tcPr>
            <w:tcW w:w="1461" w:type="dxa"/>
            <w:shd w:val="clear" w:color="auto" w:fill="E6F2E8"/>
            <w:vAlign w:val="center"/>
          </w:tcPr>
          <w:p w14:paraId="7F04CD19" w14:textId="77777777" w:rsidR="00AA156C" w:rsidRDefault="00CC58C2">
            <w:pPr>
              <w:spacing w:before="60" w:after="60"/>
              <w:jc w:val="center"/>
            </w:pPr>
            <w:r>
              <w:rPr>
                <w:b/>
              </w:rPr>
              <w:t>14</w:t>
            </w:r>
            <w:r>
              <w:rPr>
                <w:sz w:val="14"/>
              </w:rPr>
              <w:br/>
              <w:t>6:00 PM</w:t>
            </w:r>
          </w:p>
        </w:tc>
        <w:tc>
          <w:tcPr>
            <w:tcW w:w="1461" w:type="dxa"/>
            <w:vAlign w:val="center"/>
          </w:tcPr>
          <w:p w14:paraId="763D2E04" w14:textId="77777777" w:rsidR="00AA156C" w:rsidRDefault="00CC58C2">
            <w:pPr>
              <w:spacing w:before="60" w:after="60"/>
              <w:jc w:val="center"/>
            </w:pPr>
            <w:r>
              <w:t>15</w:t>
            </w:r>
          </w:p>
        </w:tc>
        <w:tc>
          <w:tcPr>
            <w:tcW w:w="1461" w:type="dxa"/>
            <w:vAlign w:val="center"/>
          </w:tcPr>
          <w:p w14:paraId="241B4C10" w14:textId="77777777" w:rsidR="00AA156C" w:rsidRDefault="00CC58C2">
            <w:pPr>
              <w:spacing w:before="60" w:after="60"/>
              <w:jc w:val="center"/>
            </w:pPr>
            <w:r>
              <w:t>16</w:t>
            </w:r>
          </w:p>
        </w:tc>
        <w:tc>
          <w:tcPr>
            <w:tcW w:w="1461" w:type="dxa"/>
            <w:vAlign w:val="center"/>
          </w:tcPr>
          <w:p w14:paraId="4641B7FC" w14:textId="77777777" w:rsidR="00AA156C" w:rsidRDefault="00CC58C2">
            <w:pPr>
              <w:spacing w:before="60" w:after="60"/>
              <w:jc w:val="center"/>
            </w:pPr>
            <w:r>
              <w:t>17</w:t>
            </w:r>
          </w:p>
        </w:tc>
        <w:tc>
          <w:tcPr>
            <w:tcW w:w="1461" w:type="dxa"/>
            <w:vAlign w:val="center"/>
          </w:tcPr>
          <w:p w14:paraId="623C24E6" w14:textId="77777777" w:rsidR="00AA156C" w:rsidRDefault="00CC58C2">
            <w:pPr>
              <w:spacing w:before="60" w:after="60"/>
              <w:jc w:val="center"/>
            </w:pPr>
            <w:r>
              <w:t>18</w:t>
            </w:r>
          </w:p>
        </w:tc>
        <w:tc>
          <w:tcPr>
            <w:tcW w:w="1461" w:type="dxa"/>
            <w:vAlign w:val="center"/>
          </w:tcPr>
          <w:p w14:paraId="38606A0A" w14:textId="77777777" w:rsidR="00AA156C" w:rsidRDefault="00CC58C2">
            <w:pPr>
              <w:spacing w:before="60" w:after="60"/>
              <w:jc w:val="center"/>
            </w:pPr>
            <w:r>
              <w:t>19</w:t>
            </w:r>
          </w:p>
        </w:tc>
      </w:tr>
      <w:tr w:rsidR="00AA156C" w14:paraId="72FF9E3A" w14:textId="77777777">
        <w:tc>
          <w:tcPr>
            <w:tcW w:w="1461" w:type="dxa"/>
            <w:vAlign w:val="center"/>
          </w:tcPr>
          <w:p w14:paraId="18C85F66" w14:textId="77777777" w:rsidR="00AA156C" w:rsidRDefault="00CC58C2">
            <w:pPr>
              <w:spacing w:before="60" w:after="60"/>
              <w:jc w:val="center"/>
            </w:pPr>
            <w:r>
              <w:t>20</w:t>
            </w:r>
          </w:p>
        </w:tc>
        <w:tc>
          <w:tcPr>
            <w:tcW w:w="1461" w:type="dxa"/>
            <w:vAlign w:val="center"/>
          </w:tcPr>
          <w:p w14:paraId="5A008B25" w14:textId="77777777" w:rsidR="00AA156C" w:rsidRDefault="00CC58C2">
            <w:pPr>
              <w:spacing w:before="60" w:after="60"/>
              <w:jc w:val="center"/>
            </w:pPr>
            <w:r>
              <w:t>21</w:t>
            </w:r>
          </w:p>
        </w:tc>
        <w:tc>
          <w:tcPr>
            <w:tcW w:w="1461" w:type="dxa"/>
            <w:vAlign w:val="center"/>
          </w:tcPr>
          <w:p w14:paraId="61E6E208" w14:textId="77777777" w:rsidR="00AA156C" w:rsidRDefault="00CC58C2">
            <w:pPr>
              <w:spacing w:before="60" w:after="60"/>
              <w:jc w:val="center"/>
            </w:pPr>
            <w:r>
              <w:t>22</w:t>
            </w:r>
          </w:p>
        </w:tc>
        <w:tc>
          <w:tcPr>
            <w:tcW w:w="1461" w:type="dxa"/>
            <w:vAlign w:val="center"/>
          </w:tcPr>
          <w:p w14:paraId="717A33B5" w14:textId="77777777" w:rsidR="00AA156C" w:rsidRDefault="00CC58C2">
            <w:pPr>
              <w:spacing w:before="60" w:after="60"/>
              <w:jc w:val="center"/>
            </w:pPr>
            <w:r>
              <w:t>23</w:t>
            </w:r>
          </w:p>
        </w:tc>
        <w:tc>
          <w:tcPr>
            <w:tcW w:w="1461" w:type="dxa"/>
            <w:vAlign w:val="center"/>
          </w:tcPr>
          <w:p w14:paraId="781E88AF" w14:textId="77777777" w:rsidR="00AA156C" w:rsidRDefault="00CC58C2">
            <w:pPr>
              <w:spacing w:before="60" w:after="60"/>
              <w:jc w:val="center"/>
            </w:pPr>
            <w:r>
              <w:t>24</w:t>
            </w:r>
          </w:p>
        </w:tc>
        <w:tc>
          <w:tcPr>
            <w:tcW w:w="1461" w:type="dxa"/>
            <w:vAlign w:val="center"/>
          </w:tcPr>
          <w:p w14:paraId="466E8B00" w14:textId="77777777" w:rsidR="00AA156C" w:rsidRDefault="00CC58C2">
            <w:pPr>
              <w:spacing w:before="60" w:after="60"/>
              <w:jc w:val="center"/>
            </w:pPr>
            <w:r>
              <w:t>25</w:t>
            </w:r>
          </w:p>
        </w:tc>
        <w:tc>
          <w:tcPr>
            <w:tcW w:w="1461" w:type="dxa"/>
            <w:vAlign w:val="center"/>
          </w:tcPr>
          <w:p w14:paraId="19D7485C" w14:textId="77777777" w:rsidR="00AA156C" w:rsidRDefault="00CC58C2">
            <w:pPr>
              <w:spacing w:before="60" w:after="60"/>
              <w:jc w:val="center"/>
            </w:pPr>
            <w:r>
              <w:t>26</w:t>
            </w:r>
          </w:p>
        </w:tc>
      </w:tr>
      <w:tr w:rsidR="00AA156C" w14:paraId="24B26539" w14:textId="77777777">
        <w:tc>
          <w:tcPr>
            <w:tcW w:w="1461" w:type="dxa"/>
            <w:vAlign w:val="center"/>
          </w:tcPr>
          <w:p w14:paraId="536608BC" w14:textId="77777777" w:rsidR="00AA156C" w:rsidRDefault="00CC58C2">
            <w:pPr>
              <w:spacing w:before="60" w:after="60"/>
              <w:jc w:val="center"/>
            </w:pPr>
            <w:r>
              <w:t>27</w:t>
            </w:r>
          </w:p>
        </w:tc>
        <w:tc>
          <w:tcPr>
            <w:tcW w:w="1461" w:type="dxa"/>
            <w:shd w:val="clear" w:color="auto" w:fill="E6F2E8"/>
            <w:vAlign w:val="center"/>
          </w:tcPr>
          <w:p w14:paraId="0C6A0345" w14:textId="77777777" w:rsidR="00AA156C" w:rsidRDefault="00CC58C2">
            <w:pPr>
              <w:spacing w:before="60" w:after="60"/>
              <w:jc w:val="center"/>
            </w:pPr>
            <w:r>
              <w:rPr>
                <w:b/>
              </w:rPr>
              <w:t>28</w:t>
            </w:r>
            <w:r>
              <w:rPr>
                <w:sz w:val="14"/>
              </w:rPr>
              <w:br/>
              <w:t>6:00 PM</w:t>
            </w:r>
          </w:p>
        </w:tc>
        <w:tc>
          <w:tcPr>
            <w:tcW w:w="1461" w:type="dxa"/>
            <w:vAlign w:val="center"/>
          </w:tcPr>
          <w:p w14:paraId="5A0C21EA" w14:textId="77777777" w:rsidR="00AA156C" w:rsidRDefault="00CC58C2">
            <w:pPr>
              <w:spacing w:before="60" w:after="60"/>
              <w:jc w:val="center"/>
            </w:pPr>
            <w:r>
              <w:t>29</w:t>
            </w:r>
          </w:p>
        </w:tc>
        <w:tc>
          <w:tcPr>
            <w:tcW w:w="1461" w:type="dxa"/>
            <w:vAlign w:val="center"/>
          </w:tcPr>
          <w:p w14:paraId="1E7E0286" w14:textId="77777777" w:rsidR="00AA156C" w:rsidRDefault="00CC58C2">
            <w:pPr>
              <w:spacing w:before="60" w:after="60"/>
              <w:jc w:val="center"/>
            </w:pPr>
            <w:r>
              <w:t>30</w:t>
            </w:r>
          </w:p>
        </w:tc>
        <w:tc>
          <w:tcPr>
            <w:tcW w:w="1461" w:type="dxa"/>
            <w:vAlign w:val="center"/>
          </w:tcPr>
          <w:p w14:paraId="63339376" w14:textId="77777777" w:rsidR="00AA156C" w:rsidRDefault="00CC58C2">
            <w:pPr>
              <w:spacing w:before="60" w:after="60"/>
              <w:jc w:val="center"/>
            </w:pPr>
            <w:r>
              <w:t>31</w:t>
            </w:r>
          </w:p>
        </w:tc>
        <w:tc>
          <w:tcPr>
            <w:tcW w:w="1461" w:type="dxa"/>
            <w:vAlign w:val="center"/>
          </w:tcPr>
          <w:p w14:paraId="4CAD0C54" w14:textId="77777777" w:rsidR="00AA156C" w:rsidRDefault="00AA156C">
            <w:pPr>
              <w:spacing w:before="60" w:after="60"/>
              <w:jc w:val="center"/>
            </w:pPr>
          </w:p>
        </w:tc>
        <w:tc>
          <w:tcPr>
            <w:tcW w:w="1461" w:type="dxa"/>
            <w:vAlign w:val="center"/>
          </w:tcPr>
          <w:p w14:paraId="25BED306" w14:textId="77777777" w:rsidR="00AA156C" w:rsidRDefault="00AA156C">
            <w:pPr>
              <w:spacing w:before="60" w:after="60"/>
              <w:jc w:val="center"/>
            </w:pPr>
          </w:p>
        </w:tc>
      </w:tr>
    </w:tbl>
    <w:p w14:paraId="6AE1FF97" w14:textId="77777777" w:rsidR="00AA156C" w:rsidRPr="00B659BF" w:rsidRDefault="00CC58C2">
      <w:pPr>
        <w:spacing w:before="160"/>
        <w:rPr>
          <w:sz w:val="24"/>
          <w:szCs w:val="24"/>
        </w:rPr>
      </w:pPr>
      <w:r w:rsidRPr="00B659BF">
        <w:rPr>
          <w:b/>
          <w:sz w:val="24"/>
          <w:szCs w:val="24"/>
        </w:rPr>
        <w:t>October 26 meeting canceled — Utah League of Cities and Towns training.</w:t>
      </w:r>
    </w:p>
    <w:p w14:paraId="7B17336C" w14:textId="77777777" w:rsidR="00AA156C" w:rsidRDefault="00CC58C2">
      <w:pPr>
        <w:spacing w:after="0"/>
      </w:pPr>
      <w:r w:rsidRPr="00B659BF">
        <w:rPr>
          <w:sz w:val="16"/>
          <w:szCs w:val="16"/>
        </w:rPr>
        <w:t>Meeting dates may be changed or canceled with appropriate public notice. Agendas are posted separately in accordance with Utah law</w:t>
      </w:r>
      <w:r>
        <w:rPr>
          <w:sz w:val="16"/>
        </w:rPr>
        <w:t>.</w:t>
      </w:r>
    </w:p>
    <w:sectPr w:rsidR="00AA156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8174141">
    <w:abstractNumId w:val="8"/>
  </w:num>
  <w:num w:numId="2" w16cid:durableId="1584103059">
    <w:abstractNumId w:val="6"/>
  </w:num>
  <w:num w:numId="3" w16cid:durableId="1027215728">
    <w:abstractNumId w:val="5"/>
  </w:num>
  <w:num w:numId="4" w16cid:durableId="1999571014">
    <w:abstractNumId w:val="4"/>
  </w:num>
  <w:num w:numId="5" w16cid:durableId="986974147">
    <w:abstractNumId w:val="7"/>
  </w:num>
  <w:num w:numId="6" w16cid:durableId="760302419">
    <w:abstractNumId w:val="3"/>
  </w:num>
  <w:num w:numId="7" w16cid:durableId="1777409848">
    <w:abstractNumId w:val="2"/>
  </w:num>
  <w:num w:numId="8" w16cid:durableId="1951669914">
    <w:abstractNumId w:val="1"/>
  </w:num>
  <w:num w:numId="9" w16cid:durableId="1684817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56C"/>
    <w:rsid w:val="00AA1D8D"/>
    <w:rsid w:val="00AC7715"/>
    <w:rsid w:val="00B47730"/>
    <w:rsid w:val="00B659BF"/>
    <w:rsid w:val="00CB0664"/>
    <w:rsid w:val="00CC58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855B1"/>
  <w14:defaultImageDpi w14:val="300"/>
  <w15:docId w15:val="{850C2FB8-8FD2-4AE1-9360-4FD2757E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North</cp:lastModifiedBy>
  <cp:revision>2</cp:revision>
  <dcterms:created xsi:type="dcterms:W3CDTF">2026-10-15T16:14:00Z</dcterms:created>
  <dcterms:modified xsi:type="dcterms:W3CDTF">2026-10-15T16:14:00Z</dcterms:modified>
  <cp:category/>
</cp:coreProperties>
</file>