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4172A" w14:textId="77777777" w:rsidR="00F57895" w:rsidRPr="00A27CE1" w:rsidRDefault="00FE125B">
      <w:pPr>
        <w:jc w:val="center"/>
        <w:rPr>
          <w:rFonts w:cs="Times New Roman"/>
        </w:rPr>
      </w:pPr>
      <w:r w:rsidRPr="00A27CE1">
        <w:rPr>
          <w:rFonts w:cs="Times New Roman"/>
          <w:b/>
        </w:rPr>
        <w:t>MT. PLEASANT CITY, UTAH</w:t>
      </w:r>
    </w:p>
    <w:p w14:paraId="3EF9723C" w14:textId="7058E09B" w:rsidR="00F57895" w:rsidRPr="00A27CE1" w:rsidRDefault="00FE125B">
      <w:pPr>
        <w:jc w:val="center"/>
        <w:rPr>
          <w:rFonts w:cs="Times New Roman"/>
        </w:rPr>
      </w:pPr>
      <w:r w:rsidRPr="00A27CE1">
        <w:rPr>
          <w:rFonts w:cs="Times New Roman"/>
          <w:b/>
        </w:rPr>
        <w:t>ORDINANCE NO. 2026-1</w:t>
      </w:r>
      <w:r w:rsidR="00A27CE1" w:rsidRPr="00A27CE1">
        <w:rPr>
          <w:rFonts w:cs="Times New Roman"/>
          <w:b/>
        </w:rPr>
        <w:t>4</w:t>
      </w:r>
    </w:p>
    <w:p w14:paraId="02A048AF" w14:textId="77777777" w:rsidR="00F57895" w:rsidRPr="00A27CE1" w:rsidRDefault="00FE125B">
      <w:pPr>
        <w:jc w:val="center"/>
        <w:rPr>
          <w:rFonts w:cs="Times New Roman"/>
        </w:rPr>
      </w:pPr>
      <w:r w:rsidRPr="00A27CE1">
        <w:rPr>
          <w:rFonts w:cs="Times New Roman"/>
          <w:b/>
        </w:rPr>
        <w:t>AN ORDINANCE ESTABLISHING A FAIR AND TRANSPARENT TIE-BREAKING PROCEDURE FOR THE APPOINTMENT OF INDIVIDUALS TO FILL VACANCIES IN MUNICIPAL OFFICE</w:t>
      </w:r>
    </w:p>
    <w:p w14:paraId="5A110FBB" w14:textId="77777777" w:rsidR="00F57895" w:rsidRPr="00A27CE1" w:rsidRDefault="00FE125B">
      <w:pPr>
        <w:rPr>
          <w:rFonts w:cs="Times New Roman"/>
        </w:rPr>
      </w:pPr>
      <w:proofErr w:type="gramStart"/>
      <w:r w:rsidRPr="00A27CE1">
        <w:rPr>
          <w:rFonts w:cs="Times New Roman"/>
        </w:rPr>
        <w:t>WHEREAS,</w:t>
      </w:r>
      <w:proofErr w:type="gramEnd"/>
      <w:r w:rsidRPr="00A27CE1">
        <w:rPr>
          <w:rFonts w:cs="Times New Roman"/>
        </w:rPr>
        <w:t xml:space="preserve"> Utah Code § 20A-1-510 establishes procedures for filling midterm vacancies in municipal offices; and</w:t>
      </w:r>
    </w:p>
    <w:p w14:paraId="5B954E94" w14:textId="77777777" w:rsidR="00F57895" w:rsidRPr="00A27CE1" w:rsidRDefault="00FE125B">
      <w:pPr>
        <w:rPr>
          <w:rFonts w:cs="Times New Roman"/>
        </w:rPr>
      </w:pPr>
      <w:proofErr w:type="gramStart"/>
      <w:r w:rsidRPr="00A27CE1">
        <w:rPr>
          <w:rFonts w:cs="Times New Roman"/>
        </w:rPr>
        <w:t>WHEREAS,</w:t>
      </w:r>
      <w:proofErr w:type="gramEnd"/>
      <w:r w:rsidRPr="00A27CE1">
        <w:rPr>
          <w:rFonts w:cs="Times New Roman"/>
        </w:rPr>
        <w:t xml:space="preserve"> Utah Code § 20A-1-510 requires the municipal legislative body, before the meeting at which candidates for a vacancy are interviewed, to adopt by resolution or ordinance a fair and transparent method for eliminating candidates by lot in certain circumstances involving tied candidates; and</w:t>
      </w:r>
    </w:p>
    <w:p w14:paraId="09F465DA" w14:textId="77777777" w:rsidR="00F57895" w:rsidRPr="00A27CE1" w:rsidRDefault="00FE125B">
      <w:pPr>
        <w:rPr>
          <w:rFonts w:cs="Times New Roman"/>
        </w:rPr>
      </w:pPr>
      <w:proofErr w:type="gramStart"/>
      <w:r w:rsidRPr="00A27CE1">
        <w:rPr>
          <w:rFonts w:cs="Times New Roman"/>
        </w:rPr>
        <w:t>WHEREAS,</w:t>
      </w:r>
      <w:proofErr w:type="gramEnd"/>
      <w:r w:rsidRPr="00A27CE1">
        <w:rPr>
          <w:rFonts w:cs="Times New Roman"/>
        </w:rPr>
        <w:t xml:space="preserve"> the Mt. Pleasant City Council </w:t>
      </w:r>
      <w:proofErr w:type="gramStart"/>
      <w:r w:rsidRPr="00A27CE1">
        <w:rPr>
          <w:rFonts w:cs="Times New Roman"/>
        </w:rPr>
        <w:t>desires</w:t>
      </w:r>
      <w:proofErr w:type="gramEnd"/>
      <w:r w:rsidRPr="00A27CE1">
        <w:rPr>
          <w:rFonts w:cs="Times New Roman"/>
        </w:rPr>
        <w:t xml:space="preserve"> to establish a procedure that provides each tied </w:t>
      </w:r>
      <w:proofErr w:type="gramStart"/>
      <w:r w:rsidRPr="00A27CE1">
        <w:rPr>
          <w:rFonts w:cs="Times New Roman"/>
        </w:rPr>
        <w:t>candidate</w:t>
      </w:r>
      <w:proofErr w:type="gramEnd"/>
      <w:r w:rsidRPr="00A27CE1">
        <w:rPr>
          <w:rFonts w:cs="Times New Roman"/>
        </w:rPr>
        <w:t xml:space="preserve"> an equal opportunity and that may be conducted openly and transparently during a public meeting;</w:t>
      </w:r>
    </w:p>
    <w:p w14:paraId="7FF406C0" w14:textId="77777777" w:rsidR="00F57895" w:rsidRPr="00A27CE1" w:rsidRDefault="00FE125B">
      <w:pPr>
        <w:rPr>
          <w:rFonts w:cs="Times New Roman"/>
        </w:rPr>
      </w:pPr>
      <w:r w:rsidRPr="00A27CE1">
        <w:rPr>
          <w:rFonts w:cs="Times New Roman"/>
          <w:b/>
        </w:rPr>
        <w:t xml:space="preserve">NOW, THEREFORE, </w:t>
      </w:r>
      <w:proofErr w:type="gramStart"/>
      <w:r w:rsidRPr="00A27CE1">
        <w:rPr>
          <w:rFonts w:cs="Times New Roman"/>
          <w:b/>
        </w:rPr>
        <w:t>BE IT</w:t>
      </w:r>
      <w:proofErr w:type="gramEnd"/>
      <w:r w:rsidRPr="00A27CE1">
        <w:rPr>
          <w:rFonts w:cs="Times New Roman"/>
          <w:b/>
        </w:rPr>
        <w:t xml:space="preserve"> ORDAINED BY THE CITY COUNCIL OF MT. PLEASANT CITY, UTAH, AS FOLLOWS:</w:t>
      </w:r>
    </w:p>
    <w:p w14:paraId="4FB3FA8C" w14:textId="77777777" w:rsidR="00F57895" w:rsidRPr="00A27CE1" w:rsidRDefault="00FE125B">
      <w:pPr>
        <w:rPr>
          <w:rFonts w:cs="Times New Roman"/>
        </w:rPr>
      </w:pPr>
      <w:r w:rsidRPr="00A27CE1">
        <w:rPr>
          <w:rFonts w:cs="Times New Roman"/>
          <w:b/>
        </w:rPr>
        <w:t>SECTION 1. PURPOSE</w:t>
      </w:r>
    </w:p>
    <w:p w14:paraId="469F9E02" w14:textId="77777777" w:rsidR="00F57895" w:rsidRPr="00A27CE1" w:rsidRDefault="00FE125B">
      <w:pPr>
        <w:rPr>
          <w:rFonts w:cs="Times New Roman"/>
        </w:rPr>
      </w:pPr>
      <w:r w:rsidRPr="00A27CE1">
        <w:rPr>
          <w:rFonts w:cs="Times New Roman"/>
        </w:rPr>
        <w:t>The purpose of this Ordinance is to establish the method Mt. Pleasant City will use to eliminate candidates by lot when required in connection with filling a vacancy in municipal office pursuant to Utah Code § 20A-1-510.</w:t>
      </w:r>
    </w:p>
    <w:p w14:paraId="747D81B3" w14:textId="77777777" w:rsidR="00F57895" w:rsidRPr="00A27CE1" w:rsidRDefault="00FE125B">
      <w:pPr>
        <w:rPr>
          <w:rFonts w:cs="Times New Roman"/>
        </w:rPr>
      </w:pPr>
      <w:r w:rsidRPr="00A27CE1">
        <w:rPr>
          <w:rFonts w:cs="Times New Roman"/>
          <w:b/>
        </w:rPr>
        <w:t>SECTION 2. METHOD OF DRAWING BY LOT</w:t>
      </w:r>
    </w:p>
    <w:p w14:paraId="0DE59B1A" w14:textId="77777777" w:rsidR="00F57895" w:rsidRPr="00A27CE1" w:rsidRDefault="00FE125B">
      <w:pPr>
        <w:rPr>
          <w:rFonts w:cs="Times New Roman"/>
        </w:rPr>
      </w:pPr>
      <w:r w:rsidRPr="00A27CE1">
        <w:rPr>
          <w:rFonts w:cs="Times New Roman"/>
        </w:rPr>
        <w:t>When Utah Code § 20A-1-510 requires tied candidates to be reduced by lot, the Mt. Pleasant City Recorder shall conduct the drawing during an open and public meeting in the presence of the City Council.</w:t>
      </w:r>
    </w:p>
    <w:p w14:paraId="3C7BFDA7" w14:textId="77777777" w:rsidR="00F57895" w:rsidRPr="00A27CE1" w:rsidRDefault="00FE125B">
      <w:pPr>
        <w:rPr>
          <w:rFonts w:cs="Times New Roman"/>
        </w:rPr>
      </w:pPr>
      <w:r w:rsidRPr="00A27CE1">
        <w:rPr>
          <w:rFonts w:cs="Times New Roman"/>
        </w:rPr>
        <w:t>The drawing shall be conducted as follows:</w:t>
      </w:r>
    </w:p>
    <w:p w14:paraId="7BBEB4E6" w14:textId="77777777" w:rsidR="00F57895" w:rsidRPr="00A27CE1" w:rsidRDefault="00FE125B">
      <w:pPr>
        <w:rPr>
          <w:rFonts w:cs="Times New Roman"/>
        </w:rPr>
      </w:pPr>
      <w:r w:rsidRPr="00A27CE1">
        <w:rPr>
          <w:rFonts w:cs="Times New Roman"/>
        </w:rPr>
        <w:t>1</w:t>
      </w:r>
      <w:proofErr w:type="gramStart"/>
      <w:r w:rsidRPr="00A27CE1">
        <w:rPr>
          <w:rFonts w:cs="Times New Roman"/>
        </w:rPr>
        <w:t>.  The</w:t>
      </w:r>
      <w:proofErr w:type="gramEnd"/>
      <w:r w:rsidRPr="00A27CE1">
        <w:rPr>
          <w:rFonts w:cs="Times New Roman"/>
        </w:rPr>
        <w:t xml:space="preserve"> City Recorder shall prepare one identical slip of paper for each candidate involved in the tie.</w:t>
      </w:r>
    </w:p>
    <w:p w14:paraId="5E2ED576" w14:textId="77777777" w:rsidR="00F57895" w:rsidRPr="00A27CE1" w:rsidRDefault="00FE125B">
      <w:pPr>
        <w:rPr>
          <w:rFonts w:cs="Times New Roman"/>
        </w:rPr>
      </w:pPr>
      <w:r w:rsidRPr="00A27CE1">
        <w:rPr>
          <w:rFonts w:cs="Times New Roman"/>
        </w:rPr>
        <w:t>2</w:t>
      </w:r>
      <w:proofErr w:type="gramStart"/>
      <w:r w:rsidRPr="00A27CE1">
        <w:rPr>
          <w:rFonts w:cs="Times New Roman"/>
        </w:rPr>
        <w:t>.  Each</w:t>
      </w:r>
      <w:proofErr w:type="gramEnd"/>
      <w:r w:rsidRPr="00A27CE1">
        <w:rPr>
          <w:rFonts w:cs="Times New Roman"/>
        </w:rPr>
        <w:t xml:space="preserve"> slip shall contain the name of one tied candidate.</w:t>
      </w:r>
    </w:p>
    <w:p w14:paraId="45BFFE16" w14:textId="77777777" w:rsidR="00F57895" w:rsidRPr="00A27CE1" w:rsidRDefault="00FE125B">
      <w:pPr>
        <w:rPr>
          <w:rFonts w:cs="Times New Roman"/>
        </w:rPr>
      </w:pPr>
      <w:r w:rsidRPr="00A27CE1">
        <w:rPr>
          <w:rFonts w:cs="Times New Roman"/>
        </w:rPr>
        <w:t>3</w:t>
      </w:r>
      <w:proofErr w:type="gramStart"/>
      <w:r w:rsidRPr="00A27CE1">
        <w:rPr>
          <w:rFonts w:cs="Times New Roman"/>
        </w:rPr>
        <w:t>.  The</w:t>
      </w:r>
      <w:proofErr w:type="gramEnd"/>
      <w:r w:rsidRPr="00A27CE1">
        <w:rPr>
          <w:rFonts w:cs="Times New Roman"/>
        </w:rPr>
        <w:t xml:space="preserve"> slips shall be folded in an identical manner so that the candidate names cannot be seen and shall be placed into an opaque container.</w:t>
      </w:r>
    </w:p>
    <w:p w14:paraId="7183733F" w14:textId="77777777" w:rsidR="00F57895" w:rsidRPr="00A27CE1" w:rsidRDefault="00FE125B">
      <w:pPr>
        <w:rPr>
          <w:rFonts w:cs="Times New Roman"/>
        </w:rPr>
      </w:pPr>
      <w:r w:rsidRPr="00A27CE1">
        <w:rPr>
          <w:rFonts w:cs="Times New Roman"/>
        </w:rPr>
        <w:t>4</w:t>
      </w:r>
      <w:proofErr w:type="gramStart"/>
      <w:r w:rsidRPr="00A27CE1">
        <w:rPr>
          <w:rFonts w:cs="Times New Roman"/>
        </w:rPr>
        <w:t>.  The</w:t>
      </w:r>
      <w:proofErr w:type="gramEnd"/>
      <w:r w:rsidRPr="00A27CE1">
        <w:rPr>
          <w:rFonts w:cs="Times New Roman"/>
        </w:rPr>
        <w:t xml:space="preserve"> City Recorder shall mix the slips thoroughly before each drawing.</w:t>
      </w:r>
    </w:p>
    <w:p w14:paraId="5AE92F3F" w14:textId="77777777" w:rsidR="00F57895" w:rsidRPr="00A27CE1" w:rsidRDefault="00FE125B">
      <w:pPr>
        <w:rPr>
          <w:rFonts w:cs="Times New Roman"/>
        </w:rPr>
      </w:pPr>
      <w:r w:rsidRPr="00A27CE1">
        <w:rPr>
          <w:rFonts w:cs="Times New Roman"/>
        </w:rPr>
        <w:t>5</w:t>
      </w:r>
      <w:proofErr w:type="gramStart"/>
      <w:r w:rsidRPr="00A27CE1">
        <w:rPr>
          <w:rFonts w:cs="Times New Roman"/>
        </w:rPr>
        <w:t>.  The</w:t>
      </w:r>
      <w:proofErr w:type="gramEnd"/>
      <w:r w:rsidRPr="00A27CE1">
        <w:rPr>
          <w:rFonts w:cs="Times New Roman"/>
        </w:rPr>
        <w:t xml:space="preserve"> City Recorder shall randomly draw one slip from the container.</w:t>
      </w:r>
    </w:p>
    <w:p w14:paraId="3EC66B5D" w14:textId="77777777" w:rsidR="00F57895" w:rsidRPr="00A27CE1" w:rsidRDefault="00FE125B">
      <w:pPr>
        <w:rPr>
          <w:rFonts w:cs="Times New Roman"/>
        </w:rPr>
      </w:pPr>
      <w:r w:rsidRPr="00A27CE1">
        <w:rPr>
          <w:rFonts w:cs="Times New Roman"/>
        </w:rPr>
        <w:t>6</w:t>
      </w:r>
      <w:proofErr w:type="gramStart"/>
      <w:r w:rsidRPr="00A27CE1">
        <w:rPr>
          <w:rFonts w:cs="Times New Roman"/>
        </w:rPr>
        <w:t>.  The</w:t>
      </w:r>
      <w:proofErr w:type="gramEnd"/>
      <w:r w:rsidRPr="00A27CE1">
        <w:rPr>
          <w:rFonts w:cs="Times New Roman"/>
        </w:rPr>
        <w:t xml:space="preserve"> candidate whose name is drawn shall be eliminated from further consideration in that round of voting. The </w:t>
      </w:r>
      <w:proofErr w:type="gramStart"/>
      <w:r w:rsidRPr="00A27CE1">
        <w:rPr>
          <w:rFonts w:cs="Times New Roman"/>
        </w:rPr>
        <w:t>remaining candidate or</w:t>
      </w:r>
      <w:proofErr w:type="gramEnd"/>
      <w:r w:rsidRPr="00A27CE1">
        <w:rPr>
          <w:rFonts w:cs="Times New Roman"/>
        </w:rPr>
        <w:t xml:space="preserve"> candidates shall continue in the selection process in accordance with Utah Code § 20A-1-510.</w:t>
      </w:r>
    </w:p>
    <w:p w14:paraId="5D11A2B4" w14:textId="77777777" w:rsidR="00F57895" w:rsidRPr="00A27CE1" w:rsidRDefault="00FE125B">
      <w:pPr>
        <w:rPr>
          <w:rFonts w:cs="Times New Roman"/>
        </w:rPr>
      </w:pPr>
      <w:r w:rsidRPr="00A27CE1">
        <w:rPr>
          <w:rFonts w:cs="Times New Roman"/>
        </w:rPr>
        <w:t>7</w:t>
      </w:r>
      <w:proofErr w:type="gramStart"/>
      <w:r w:rsidRPr="00A27CE1">
        <w:rPr>
          <w:rFonts w:cs="Times New Roman"/>
        </w:rPr>
        <w:t>.  If</w:t>
      </w:r>
      <w:proofErr w:type="gramEnd"/>
      <w:r w:rsidRPr="00A27CE1">
        <w:rPr>
          <w:rFonts w:cs="Times New Roman"/>
        </w:rPr>
        <w:t xml:space="preserve"> additional candidates must be eliminated, the City Recorder shall repeat the drawing process using only the names of the remaining tied candidates until the required number of candidates remains.</w:t>
      </w:r>
    </w:p>
    <w:p w14:paraId="089BBE04" w14:textId="77777777" w:rsidR="00F57895" w:rsidRPr="00A27CE1" w:rsidRDefault="00FE125B">
      <w:pPr>
        <w:rPr>
          <w:rFonts w:cs="Times New Roman"/>
        </w:rPr>
      </w:pPr>
      <w:r w:rsidRPr="00A27CE1">
        <w:rPr>
          <w:rFonts w:cs="Times New Roman"/>
        </w:rPr>
        <w:t>8</w:t>
      </w:r>
      <w:proofErr w:type="gramStart"/>
      <w:r w:rsidRPr="00A27CE1">
        <w:rPr>
          <w:rFonts w:cs="Times New Roman"/>
        </w:rPr>
        <w:t>.  The</w:t>
      </w:r>
      <w:proofErr w:type="gramEnd"/>
      <w:r w:rsidRPr="00A27CE1">
        <w:rPr>
          <w:rFonts w:cs="Times New Roman"/>
        </w:rPr>
        <w:t xml:space="preserve"> City Recorder shall announce each result immediately, and the result shall be entered into the official minutes of the meeting.</w:t>
      </w:r>
    </w:p>
    <w:p w14:paraId="59D56523" w14:textId="77777777" w:rsidR="00F57895" w:rsidRDefault="00FE125B">
      <w:pPr>
        <w:rPr>
          <w:rFonts w:cs="Times New Roman"/>
        </w:rPr>
      </w:pPr>
      <w:r w:rsidRPr="00A27CE1">
        <w:rPr>
          <w:rFonts w:cs="Times New Roman"/>
        </w:rPr>
        <w:t>The procedure shall be conducted so that each tied candidate has an equal chance of elimination.</w:t>
      </w:r>
    </w:p>
    <w:p w14:paraId="5EDA962F" w14:textId="77777777" w:rsidR="00A27CE1" w:rsidRDefault="00A27CE1">
      <w:pPr>
        <w:rPr>
          <w:rFonts w:cs="Times New Roman"/>
        </w:rPr>
      </w:pPr>
    </w:p>
    <w:p w14:paraId="2BB624A0" w14:textId="77777777" w:rsidR="00A27CE1" w:rsidRPr="00A27CE1" w:rsidRDefault="00A27CE1">
      <w:pPr>
        <w:rPr>
          <w:rFonts w:cs="Times New Roman"/>
        </w:rPr>
      </w:pPr>
    </w:p>
    <w:p w14:paraId="6A95C6B4" w14:textId="77777777" w:rsidR="00F57895" w:rsidRPr="00A27CE1" w:rsidRDefault="00FE125B">
      <w:pPr>
        <w:rPr>
          <w:rFonts w:cs="Times New Roman"/>
        </w:rPr>
      </w:pPr>
      <w:r w:rsidRPr="00A27CE1">
        <w:rPr>
          <w:rFonts w:cs="Times New Roman"/>
          <w:b/>
        </w:rPr>
        <w:lastRenderedPageBreak/>
        <w:t>SECTION 3. APPLICATION OF PROCEDURE</w:t>
      </w:r>
    </w:p>
    <w:p w14:paraId="0EF4E32D" w14:textId="77777777" w:rsidR="00F57895" w:rsidRPr="00A27CE1" w:rsidRDefault="00FE125B">
      <w:pPr>
        <w:rPr>
          <w:rFonts w:cs="Times New Roman"/>
        </w:rPr>
      </w:pPr>
      <w:r w:rsidRPr="00A27CE1">
        <w:rPr>
          <w:rFonts w:cs="Times New Roman"/>
        </w:rPr>
        <w:t>A. Tie Among Three or More Candidates. When three or more candidates are tied and the tie prevents the City Council from identifying the two candidates who received the most votes, candidates shall be eliminated by lot pursuant to Section 2 until only two candidates remain.</w:t>
      </w:r>
    </w:p>
    <w:p w14:paraId="63BBEB85" w14:textId="77777777" w:rsidR="00F57895" w:rsidRPr="00A27CE1" w:rsidRDefault="00FE125B">
      <w:pPr>
        <w:rPr>
          <w:rFonts w:cs="Times New Roman"/>
        </w:rPr>
      </w:pPr>
      <w:r w:rsidRPr="00A27CE1">
        <w:rPr>
          <w:rFonts w:cs="Times New Roman"/>
        </w:rPr>
        <w:t>B. Tie for Second-Highest Vote. When one candidate receives the most votes but does not receive a majority, and two or more candidates are tied for the second-highest number of votes, candidates tied for second shall be eliminated by lot pursuant to Section 2 until only one of the tied candidates remains.</w:t>
      </w:r>
    </w:p>
    <w:p w14:paraId="3B4733AB" w14:textId="77777777" w:rsidR="00F57895" w:rsidRPr="00A27CE1" w:rsidRDefault="00FE125B">
      <w:pPr>
        <w:rPr>
          <w:rFonts w:cs="Times New Roman"/>
        </w:rPr>
      </w:pPr>
      <w:r w:rsidRPr="00A27CE1">
        <w:rPr>
          <w:rFonts w:cs="Times New Roman"/>
        </w:rPr>
        <w:t>The two remaining candidates shall then proceed to the second vote as required by Utah Code § 20A-1-510.</w:t>
      </w:r>
    </w:p>
    <w:p w14:paraId="3596059B" w14:textId="77777777" w:rsidR="00F57895" w:rsidRPr="00A27CE1" w:rsidRDefault="00FE125B">
      <w:pPr>
        <w:rPr>
          <w:rFonts w:cs="Times New Roman"/>
        </w:rPr>
      </w:pPr>
      <w:r w:rsidRPr="00A27CE1">
        <w:rPr>
          <w:rFonts w:cs="Times New Roman"/>
          <w:b/>
        </w:rPr>
        <w:t>SECTION 4. SECOND VOTE TIE</w:t>
      </w:r>
    </w:p>
    <w:p w14:paraId="5761E705" w14:textId="77777777" w:rsidR="00F57895" w:rsidRPr="00A27CE1" w:rsidRDefault="00FE125B">
      <w:pPr>
        <w:rPr>
          <w:rFonts w:cs="Times New Roman"/>
        </w:rPr>
      </w:pPr>
      <w:r w:rsidRPr="00A27CE1">
        <w:rPr>
          <w:rFonts w:cs="Times New Roman"/>
        </w:rPr>
        <w:t>If neither of the two remaining candidates receives the required majority vote on the second vote, the vacancy shall be determined by a coin toss between the two candidates, as required by Utah Code § 20A-1-510.</w:t>
      </w:r>
    </w:p>
    <w:p w14:paraId="61E8913E" w14:textId="77777777" w:rsidR="00F57895" w:rsidRPr="00A27CE1" w:rsidRDefault="00FE125B">
      <w:pPr>
        <w:rPr>
          <w:rFonts w:cs="Times New Roman"/>
        </w:rPr>
      </w:pPr>
      <w:r w:rsidRPr="00A27CE1">
        <w:rPr>
          <w:rFonts w:cs="Times New Roman"/>
        </w:rPr>
        <w:t>The coin toss shall be conducted by the Mt. Pleasant City Recorder during the public meeting and in the presence of the City Council.</w:t>
      </w:r>
    </w:p>
    <w:p w14:paraId="3218DCFA" w14:textId="77777777" w:rsidR="00F57895" w:rsidRPr="00A27CE1" w:rsidRDefault="00FE125B">
      <w:pPr>
        <w:rPr>
          <w:rFonts w:cs="Times New Roman"/>
        </w:rPr>
      </w:pPr>
      <w:r w:rsidRPr="00A27CE1">
        <w:rPr>
          <w:rFonts w:cs="Times New Roman"/>
        </w:rPr>
        <w:t>Before the coin toss, the City Recorder shall assign one candidate to “heads” and the other candidate to “tails” by random drawing. The City Recorder shall then toss the coin. Once the coin comes to rest, the City Recorder shall announce “heads” or “tails,” depending on which side of the coin is facing upward. The candidate corresponding to the result of the coin toss shall be appointed to fill the vacancy.</w:t>
      </w:r>
    </w:p>
    <w:p w14:paraId="7EE23A68" w14:textId="77777777" w:rsidR="00F57895" w:rsidRPr="00A27CE1" w:rsidRDefault="00FE125B">
      <w:pPr>
        <w:rPr>
          <w:rFonts w:cs="Times New Roman"/>
        </w:rPr>
      </w:pPr>
      <w:r w:rsidRPr="00A27CE1">
        <w:rPr>
          <w:rFonts w:cs="Times New Roman"/>
          <w:b/>
        </w:rPr>
        <w:t>SECTION 5. COMPLIANCE WITH STATE LAW</w:t>
      </w:r>
    </w:p>
    <w:p w14:paraId="47E7B4F2" w14:textId="77777777" w:rsidR="00F57895" w:rsidRPr="00A27CE1" w:rsidRDefault="00FE125B">
      <w:pPr>
        <w:rPr>
          <w:rFonts w:cs="Times New Roman"/>
        </w:rPr>
      </w:pPr>
      <w:r w:rsidRPr="00A27CE1">
        <w:rPr>
          <w:rFonts w:cs="Times New Roman"/>
        </w:rPr>
        <w:t>This Ordinance shall be interpreted and applied consistently with Utah Code § 20A-1-510, as amended. If any provision of this Ordinance conflicts with applicable state law, state law shall control.</w:t>
      </w:r>
    </w:p>
    <w:p w14:paraId="1F1589D9" w14:textId="77777777" w:rsidR="00F57895" w:rsidRPr="00A27CE1" w:rsidRDefault="00FE125B">
      <w:pPr>
        <w:rPr>
          <w:rFonts w:cs="Times New Roman"/>
        </w:rPr>
      </w:pPr>
      <w:r w:rsidRPr="00A27CE1">
        <w:rPr>
          <w:rFonts w:cs="Times New Roman"/>
          <w:b/>
        </w:rPr>
        <w:t>SECTION 6. SEVERABILITY</w:t>
      </w:r>
    </w:p>
    <w:p w14:paraId="18560CD2" w14:textId="77777777" w:rsidR="00F57895" w:rsidRPr="00A27CE1" w:rsidRDefault="00FE125B">
      <w:pPr>
        <w:rPr>
          <w:rFonts w:cs="Times New Roman"/>
        </w:rPr>
      </w:pPr>
      <w:r w:rsidRPr="00A27CE1">
        <w:rPr>
          <w:rFonts w:cs="Times New Roman"/>
        </w:rPr>
        <w:t>If any section, clause, or provision of this Ordinance is determined to be invalid or unenforceable by a court of competent jurisdiction, the remaining provisions shall continue in full force and effect.</w:t>
      </w:r>
    </w:p>
    <w:p w14:paraId="3836969A" w14:textId="77777777" w:rsidR="00F57895" w:rsidRPr="00A27CE1" w:rsidRDefault="00FE125B">
      <w:pPr>
        <w:rPr>
          <w:rFonts w:cs="Times New Roman"/>
        </w:rPr>
      </w:pPr>
      <w:r w:rsidRPr="00A27CE1">
        <w:rPr>
          <w:rFonts w:cs="Times New Roman"/>
          <w:b/>
        </w:rPr>
        <w:t>SECTION 7. EFFECTIVE DATE</w:t>
      </w:r>
    </w:p>
    <w:p w14:paraId="213C6245" w14:textId="77777777" w:rsidR="00F57895" w:rsidRPr="00A27CE1" w:rsidRDefault="00FE125B">
      <w:pPr>
        <w:rPr>
          <w:rFonts w:cs="Times New Roman"/>
        </w:rPr>
      </w:pPr>
      <w:r w:rsidRPr="00A27CE1">
        <w:rPr>
          <w:rFonts w:cs="Times New Roman"/>
        </w:rPr>
        <w:t>This Ordinance shall become effective as provided by Utah law following its passage and publication or posting as required by law.</w:t>
      </w:r>
    </w:p>
    <w:p w14:paraId="2492C01E" w14:textId="77777777" w:rsidR="00F57895" w:rsidRPr="00A27CE1" w:rsidRDefault="00FE125B">
      <w:pPr>
        <w:rPr>
          <w:rFonts w:cs="Times New Roman"/>
        </w:rPr>
      </w:pPr>
      <w:r w:rsidRPr="00A27CE1">
        <w:rPr>
          <w:rFonts w:cs="Times New Roman"/>
          <w:b/>
        </w:rPr>
        <w:t>PASSED AND ADOPTED by the City Council of Mt. Pleasant City, Utah, this _____ day of ____________________, 2026.</w:t>
      </w:r>
    </w:p>
    <w:p w14:paraId="2619FE6D" w14:textId="36524821" w:rsidR="00A27CE1" w:rsidRPr="00B774E0" w:rsidRDefault="00A27CE1" w:rsidP="00A27CE1">
      <w:pPr>
        <w:spacing w:line="240" w:lineRule="auto"/>
        <w:rPr>
          <w:rFonts w:cs="Times New Roman"/>
        </w:rPr>
      </w:pPr>
      <w:r w:rsidRPr="00B774E0">
        <w:rPr>
          <w:rFonts w:cs="Times New Roman"/>
        </w:rPr>
        <w:br/>
      </w:r>
    </w:p>
    <w:p w14:paraId="4E42590A" w14:textId="77777777" w:rsidR="00A27CE1" w:rsidRPr="00B774E0" w:rsidRDefault="00A27CE1" w:rsidP="00A27CE1">
      <w:pPr>
        <w:spacing w:line="240" w:lineRule="auto"/>
        <w:jc w:val="both"/>
        <w:rPr>
          <w:rFonts w:cs="Times New Roman"/>
        </w:rPr>
      </w:pPr>
      <w:r w:rsidRPr="00B774E0">
        <w:rPr>
          <w:rFonts w:cs="Times New Roman"/>
        </w:rPr>
        <w:t>________________________________</w:t>
      </w:r>
    </w:p>
    <w:p w14:paraId="625EAC5F" w14:textId="77777777" w:rsidR="00A27CE1" w:rsidRPr="00B774E0" w:rsidRDefault="00A27CE1" w:rsidP="00A27CE1">
      <w:pPr>
        <w:spacing w:line="240" w:lineRule="auto"/>
        <w:jc w:val="both"/>
        <w:rPr>
          <w:rFonts w:cs="Times New Roman"/>
        </w:rPr>
      </w:pPr>
      <w:r w:rsidRPr="00B774E0">
        <w:rPr>
          <w:rFonts w:cs="Times New Roman"/>
        </w:rPr>
        <w:t>Michael T. Olsen, Mayor</w:t>
      </w:r>
    </w:p>
    <w:p w14:paraId="6507AD40" w14:textId="77777777" w:rsidR="00A27CE1" w:rsidRPr="00B774E0" w:rsidRDefault="00A27CE1" w:rsidP="00A27CE1">
      <w:pPr>
        <w:spacing w:line="240" w:lineRule="auto"/>
        <w:jc w:val="both"/>
        <w:rPr>
          <w:rFonts w:cs="Times New Roman"/>
        </w:rPr>
      </w:pPr>
      <w:r w:rsidRPr="00B774E0">
        <w:rPr>
          <w:rFonts w:cs="Times New Roman"/>
        </w:rPr>
        <w:br/>
        <w:t>ATTEST:</w:t>
      </w:r>
      <w:r w:rsidRPr="00B774E0">
        <w:rPr>
          <w:rFonts w:cs="Times New Roman"/>
        </w:rPr>
        <w:br/>
      </w:r>
    </w:p>
    <w:p w14:paraId="728E49F0" w14:textId="77777777" w:rsidR="00A27CE1" w:rsidRPr="00B774E0" w:rsidRDefault="00A27CE1" w:rsidP="00A27CE1">
      <w:pPr>
        <w:spacing w:line="240" w:lineRule="auto"/>
        <w:jc w:val="both"/>
        <w:rPr>
          <w:rFonts w:cs="Times New Roman"/>
        </w:rPr>
      </w:pPr>
      <w:r w:rsidRPr="00B774E0">
        <w:rPr>
          <w:rFonts w:cs="Times New Roman"/>
        </w:rPr>
        <w:t>________________________________</w:t>
      </w:r>
    </w:p>
    <w:p w14:paraId="57B76649" w14:textId="77777777" w:rsidR="00A27CE1" w:rsidRDefault="00A27CE1" w:rsidP="00A27CE1">
      <w:pPr>
        <w:spacing w:line="240" w:lineRule="auto"/>
        <w:jc w:val="both"/>
        <w:rPr>
          <w:rFonts w:cs="Times New Roman"/>
        </w:rPr>
      </w:pPr>
      <w:r w:rsidRPr="00B774E0">
        <w:rPr>
          <w:rFonts w:cs="Times New Roman"/>
        </w:rPr>
        <w:t>Natalie Crosby, City Recorder</w:t>
      </w:r>
    </w:p>
    <w:p w14:paraId="32655F3E" w14:textId="77777777" w:rsidR="00A27CE1" w:rsidRPr="00B774E0" w:rsidRDefault="00A27CE1" w:rsidP="00A27CE1">
      <w:pPr>
        <w:spacing w:line="240" w:lineRule="auto"/>
        <w:jc w:val="both"/>
        <w:rPr>
          <w:rFonts w:cs="Times New Roman"/>
        </w:rPr>
      </w:pPr>
    </w:p>
    <w:p w14:paraId="31DBE027" w14:textId="77777777" w:rsidR="00A27CE1" w:rsidRPr="00B774E0" w:rsidRDefault="00A27CE1" w:rsidP="00A27CE1">
      <w:pPr>
        <w:jc w:val="both"/>
        <w:rPr>
          <w:rFonts w:cs="Times New Roman"/>
        </w:rPr>
      </w:pPr>
      <w:r w:rsidRPr="00B774E0">
        <w:rPr>
          <w:rFonts w:cs="Times New Roman"/>
        </w:rPr>
        <w:br/>
        <w:t xml:space="preserve">City Council Member Russell Keisel      </w:t>
      </w:r>
      <w:r>
        <w:rPr>
          <w:rFonts w:cs="Times New Roman"/>
        </w:rPr>
        <w:t xml:space="preserve">  </w:t>
      </w:r>
      <w:r w:rsidRPr="00B774E0">
        <w:rPr>
          <w:rFonts w:cs="Times New Roman"/>
        </w:rPr>
        <w:t xml:space="preserve">Yea___ </w:t>
      </w:r>
      <w:proofErr w:type="spellStart"/>
      <w:r w:rsidRPr="00B774E0">
        <w:rPr>
          <w:rFonts w:cs="Times New Roman"/>
        </w:rPr>
        <w:t>Nay__</w:t>
      </w:r>
      <w:r>
        <w:rPr>
          <w:rFonts w:cs="Times New Roman"/>
        </w:rPr>
        <w:t>__</w:t>
      </w:r>
      <w:r w:rsidRPr="00B774E0">
        <w:rPr>
          <w:rFonts w:cs="Times New Roman"/>
        </w:rPr>
        <w:t>Absent</w:t>
      </w:r>
      <w:proofErr w:type="spellEnd"/>
      <w:r w:rsidRPr="00B774E0">
        <w:rPr>
          <w:rFonts w:cs="Times New Roman"/>
        </w:rPr>
        <w:t>___</w:t>
      </w:r>
    </w:p>
    <w:p w14:paraId="4F6C5DBD" w14:textId="77777777" w:rsidR="00A27CE1" w:rsidRPr="00B774E0" w:rsidRDefault="00A27CE1" w:rsidP="00A27CE1">
      <w:pPr>
        <w:jc w:val="both"/>
        <w:rPr>
          <w:rFonts w:cs="Times New Roman"/>
        </w:rPr>
      </w:pPr>
      <w:r w:rsidRPr="00B774E0">
        <w:rPr>
          <w:rFonts w:cs="Times New Roman"/>
        </w:rPr>
        <w:t xml:space="preserve">City Council Member Rondy Black        </w:t>
      </w:r>
      <w:r>
        <w:rPr>
          <w:rFonts w:cs="Times New Roman"/>
        </w:rPr>
        <w:t xml:space="preserve">   </w:t>
      </w:r>
      <w:r w:rsidRPr="00B774E0">
        <w:rPr>
          <w:rFonts w:cs="Times New Roman"/>
        </w:rPr>
        <w:t xml:space="preserve">Yea___ </w:t>
      </w:r>
      <w:proofErr w:type="spellStart"/>
      <w:r w:rsidRPr="00B774E0">
        <w:rPr>
          <w:rFonts w:cs="Times New Roman"/>
        </w:rPr>
        <w:t>Nay___</w:t>
      </w:r>
      <w:r>
        <w:rPr>
          <w:rFonts w:cs="Times New Roman"/>
        </w:rPr>
        <w:t>_</w:t>
      </w:r>
      <w:r w:rsidRPr="00B774E0">
        <w:rPr>
          <w:rFonts w:cs="Times New Roman"/>
        </w:rPr>
        <w:t>Absent</w:t>
      </w:r>
      <w:proofErr w:type="spellEnd"/>
      <w:r w:rsidRPr="00B774E0">
        <w:rPr>
          <w:rFonts w:cs="Times New Roman"/>
        </w:rPr>
        <w:t>___</w:t>
      </w:r>
    </w:p>
    <w:p w14:paraId="0B54EA7D" w14:textId="77777777" w:rsidR="00A27CE1" w:rsidRPr="00B774E0" w:rsidRDefault="00A27CE1" w:rsidP="00A27CE1">
      <w:pPr>
        <w:jc w:val="both"/>
        <w:rPr>
          <w:rFonts w:cs="Times New Roman"/>
        </w:rPr>
      </w:pPr>
      <w:r w:rsidRPr="00B774E0">
        <w:rPr>
          <w:rFonts w:cs="Times New Roman"/>
        </w:rPr>
        <w:t xml:space="preserve">City Council Member Lynn Beesley       </w:t>
      </w:r>
      <w:r>
        <w:rPr>
          <w:rFonts w:cs="Times New Roman"/>
        </w:rPr>
        <w:t xml:space="preserve">   </w:t>
      </w:r>
      <w:r w:rsidRPr="00B774E0">
        <w:rPr>
          <w:rFonts w:cs="Times New Roman"/>
        </w:rPr>
        <w:t xml:space="preserve">Yea___ </w:t>
      </w:r>
      <w:proofErr w:type="spellStart"/>
      <w:r w:rsidRPr="00B774E0">
        <w:rPr>
          <w:rFonts w:cs="Times New Roman"/>
        </w:rPr>
        <w:t>Nay__</w:t>
      </w:r>
      <w:r>
        <w:rPr>
          <w:rFonts w:cs="Times New Roman"/>
        </w:rPr>
        <w:t>__</w:t>
      </w:r>
      <w:r w:rsidRPr="00B774E0">
        <w:rPr>
          <w:rFonts w:cs="Times New Roman"/>
        </w:rPr>
        <w:t>Absent</w:t>
      </w:r>
      <w:proofErr w:type="spellEnd"/>
      <w:r w:rsidRPr="00B774E0">
        <w:rPr>
          <w:rFonts w:cs="Times New Roman"/>
        </w:rPr>
        <w:t>___</w:t>
      </w:r>
    </w:p>
    <w:p w14:paraId="53B4742F" w14:textId="77777777" w:rsidR="00A27CE1" w:rsidRDefault="00A27CE1" w:rsidP="00A27CE1">
      <w:pPr>
        <w:jc w:val="both"/>
        <w:rPr>
          <w:rFonts w:cs="Times New Roman"/>
        </w:rPr>
      </w:pPr>
      <w:r w:rsidRPr="00B774E0">
        <w:rPr>
          <w:rFonts w:cs="Times New Roman"/>
        </w:rPr>
        <w:t xml:space="preserve">City Council Member Cade Beck        </w:t>
      </w:r>
      <w:r>
        <w:rPr>
          <w:rFonts w:cs="Times New Roman"/>
        </w:rPr>
        <w:t xml:space="preserve">    </w:t>
      </w:r>
      <w:r w:rsidRPr="00B774E0">
        <w:rPr>
          <w:rFonts w:cs="Times New Roman"/>
        </w:rPr>
        <w:t xml:space="preserve">  </w:t>
      </w:r>
      <w:r>
        <w:rPr>
          <w:rFonts w:cs="Times New Roman"/>
        </w:rPr>
        <w:t xml:space="preserve"> </w:t>
      </w:r>
      <w:r w:rsidRPr="00B774E0">
        <w:rPr>
          <w:rFonts w:cs="Times New Roman"/>
        </w:rPr>
        <w:t xml:space="preserve">Yea___ </w:t>
      </w:r>
      <w:proofErr w:type="spellStart"/>
      <w:proofErr w:type="gramStart"/>
      <w:r w:rsidRPr="00B774E0">
        <w:rPr>
          <w:rFonts w:cs="Times New Roman"/>
        </w:rPr>
        <w:t>Nay__</w:t>
      </w:r>
      <w:proofErr w:type="gramEnd"/>
      <w:r w:rsidRPr="00B774E0">
        <w:rPr>
          <w:rFonts w:cs="Times New Roman"/>
        </w:rPr>
        <w:t>_</w:t>
      </w:r>
      <w:r>
        <w:rPr>
          <w:rFonts w:cs="Times New Roman"/>
        </w:rPr>
        <w:t>_</w:t>
      </w:r>
      <w:r w:rsidRPr="00B774E0">
        <w:rPr>
          <w:rFonts w:cs="Times New Roman"/>
        </w:rPr>
        <w:t>Absent</w:t>
      </w:r>
      <w:proofErr w:type="spellEnd"/>
      <w:r w:rsidRPr="00B774E0">
        <w:rPr>
          <w:rFonts w:cs="Times New Roman"/>
        </w:rPr>
        <w:t>___</w:t>
      </w:r>
    </w:p>
    <w:p w14:paraId="0110DC50" w14:textId="77777777" w:rsidR="00A27CE1" w:rsidRDefault="00A27CE1" w:rsidP="00A27CE1">
      <w:pPr>
        <w:jc w:val="both"/>
        <w:rPr>
          <w:rFonts w:cs="Times New Roman"/>
        </w:rPr>
      </w:pPr>
    </w:p>
    <w:p w14:paraId="4BB25277" w14:textId="21F1673C" w:rsidR="00F57895" w:rsidRDefault="00FE125B" w:rsidP="00A27CE1">
      <w:pPr>
        <w:rPr>
          <w:rFonts w:cs="Times New Roman"/>
        </w:rPr>
      </w:pPr>
      <w:r w:rsidRPr="00A27CE1">
        <w:rPr>
          <w:rFonts w:cs="Times New Roman"/>
          <w:b/>
        </w:rPr>
        <w:t>VOTING RE</w:t>
      </w:r>
      <w:r w:rsidRPr="00A27CE1">
        <w:rPr>
          <w:rFonts w:cs="Times New Roman"/>
        </w:rPr>
        <w:t>VACANT COUNCIL SEAT: Formerly held by Jakob Howcroft, whose resignation became effective October 7, 2026. No vote recorded.</w:t>
      </w:r>
    </w:p>
    <w:p w14:paraId="085B3D66" w14:textId="77777777" w:rsidR="00A27CE1" w:rsidRPr="00A27CE1" w:rsidRDefault="00A27CE1" w:rsidP="00A27CE1">
      <w:pPr>
        <w:rPr>
          <w:rFonts w:cs="Times New Roman"/>
        </w:rPr>
      </w:pPr>
    </w:p>
    <w:p w14:paraId="13126DFC" w14:textId="77777777" w:rsidR="00F57895" w:rsidRDefault="00FE125B">
      <w:pPr>
        <w:rPr>
          <w:rFonts w:cs="Times New Roman"/>
        </w:rPr>
      </w:pPr>
      <w:r w:rsidRPr="00A27CE1">
        <w:rPr>
          <w:rFonts w:cs="Times New Roman"/>
        </w:rPr>
        <w:t xml:space="preserve">Mayor Michael T. Olsen — Tie-breaking vote, if applicable: </w:t>
      </w:r>
      <w:proofErr w:type="gramStart"/>
      <w:r w:rsidRPr="00A27CE1">
        <w:rPr>
          <w:rFonts w:cs="Times New Roman"/>
        </w:rPr>
        <w:t>Yes</w:t>
      </w:r>
      <w:proofErr w:type="gramEnd"/>
      <w:r w:rsidRPr="00A27CE1">
        <w:rPr>
          <w:rFonts w:cs="Times New Roman"/>
        </w:rPr>
        <w:t xml:space="preserve"> ___</w:t>
      </w:r>
      <w:proofErr w:type="gramStart"/>
      <w:r w:rsidRPr="00A27CE1">
        <w:rPr>
          <w:rFonts w:cs="Times New Roman"/>
        </w:rPr>
        <w:t>_  No</w:t>
      </w:r>
      <w:proofErr w:type="gramEnd"/>
      <w:r w:rsidRPr="00A27CE1">
        <w:rPr>
          <w:rFonts w:cs="Times New Roman"/>
        </w:rPr>
        <w:t xml:space="preserve"> ___</w:t>
      </w:r>
      <w:proofErr w:type="gramStart"/>
      <w:r w:rsidRPr="00A27CE1">
        <w:rPr>
          <w:rFonts w:cs="Times New Roman"/>
        </w:rPr>
        <w:t>_  N</w:t>
      </w:r>
      <w:proofErr w:type="gramEnd"/>
      <w:r w:rsidRPr="00A27CE1">
        <w:rPr>
          <w:rFonts w:cs="Times New Roman"/>
        </w:rPr>
        <w:t>/A ____</w:t>
      </w:r>
    </w:p>
    <w:p w14:paraId="09CA2ACF" w14:textId="77777777" w:rsidR="00A27CE1" w:rsidRPr="00A27CE1" w:rsidRDefault="00A27CE1">
      <w:pPr>
        <w:rPr>
          <w:rFonts w:cs="Times New Roman"/>
        </w:rPr>
      </w:pPr>
    </w:p>
    <w:p w14:paraId="45120C5A" w14:textId="77777777" w:rsidR="00F57895" w:rsidRPr="00A27CE1" w:rsidRDefault="00FE125B">
      <w:pPr>
        <w:rPr>
          <w:rFonts w:cs="Times New Roman"/>
        </w:rPr>
      </w:pPr>
      <w:r w:rsidRPr="00A27CE1">
        <w:rPr>
          <w:rFonts w:cs="Times New Roman"/>
          <w:b/>
        </w:rPr>
        <w:t>ATTEST:</w:t>
      </w:r>
    </w:p>
    <w:p w14:paraId="6070AE30" w14:textId="77777777" w:rsidR="00F57895" w:rsidRPr="00A27CE1" w:rsidRDefault="00FE125B">
      <w:pPr>
        <w:rPr>
          <w:rFonts w:cs="Times New Roman"/>
        </w:rPr>
      </w:pPr>
      <w:r w:rsidRPr="00A27CE1">
        <w:rPr>
          <w:rFonts w:cs="Times New Roman"/>
        </w:rPr>
        <w:t>______________________________________</w:t>
      </w:r>
    </w:p>
    <w:p w14:paraId="5DD74AF1" w14:textId="77777777" w:rsidR="00F57895" w:rsidRPr="00A27CE1" w:rsidRDefault="00FE125B">
      <w:pPr>
        <w:rPr>
          <w:rFonts w:cs="Times New Roman"/>
        </w:rPr>
      </w:pPr>
      <w:r w:rsidRPr="00A27CE1">
        <w:rPr>
          <w:rFonts w:cs="Times New Roman"/>
          <w:b/>
        </w:rPr>
        <w:t>Natalie Crosby, City Recorder</w:t>
      </w:r>
    </w:p>
    <w:sectPr w:rsidR="00F57895" w:rsidRPr="00A27CE1" w:rsidSect="00034616">
      <w:footerReference w:type="default" r:id="rId8"/>
      <w:pgSz w:w="12240" w:h="15840"/>
      <w:pgMar w:top="1152"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1426E" w14:textId="77777777" w:rsidR="00FE125B" w:rsidRDefault="00FE125B" w:rsidP="00A27CE1">
      <w:pPr>
        <w:spacing w:after="0" w:line="240" w:lineRule="auto"/>
      </w:pPr>
      <w:r>
        <w:separator/>
      </w:r>
    </w:p>
  </w:endnote>
  <w:endnote w:type="continuationSeparator" w:id="0">
    <w:p w14:paraId="229537EB" w14:textId="77777777" w:rsidR="00FE125B" w:rsidRDefault="00FE125B" w:rsidP="00A27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8D348" w14:textId="546A8713" w:rsidR="00A27CE1" w:rsidRDefault="00A27CE1">
    <w:pPr>
      <w:pStyle w:val="Footer"/>
    </w:pPr>
    <w:r>
      <w:t>Mt. Pleasant City Ordinance 2026-14</w:t>
    </w:r>
  </w:p>
  <w:p w14:paraId="03983710" w14:textId="77777777" w:rsidR="00A27CE1" w:rsidRDefault="00A27C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EAD4D" w14:textId="77777777" w:rsidR="00FE125B" w:rsidRDefault="00FE125B" w:rsidP="00A27CE1">
      <w:pPr>
        <w:spacing w:after="0" w:line="240" w:lineRule="auto"/>
      </w:pPr>
      <w:r>
        <w:separator/>
      </w:r>
    </w:p>
  </w:footnote>
  <w:footnote w:type="continuationSeparator" w:id="0">
    <w:p w14:paraId="1173FC1A" w14:textId="77777777" w:rsidR="00FE125B" w:rsidRDefault="00FE125B" w:rsidP="00A27C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3199057">
    <w:abstractNumId w:val="8"/>
  </w:num>
  <w:num w:numId="2" w16cid:durableId="282885897">
    <w:abstractNumId w:val="6"/>
  </w:num>
  <w:num w:numId="3" w16cid:durableId="1399861415">
    <w:abstractNumId w:val="5"/>
  </w:num>
  <w:num w:numId="4" w16cid:durableId="1184514376">
    <w:abstractNumId w:val="4"/>
  </w:num>
  <w:num w:numId="5" w16cid:durableId="1847818596">
    <w:abstractNumId w:val="7"/>
  </w:num>
  <w:num w:numId="6" w16cid:durableId="341974429">
    <w:abstractNumId w:val="3"/>
  </w:num>
  <w:num w:numId="7" w16cid:durableId="54819320">
    <w:abstractNumId w:val="2"/>
  </w:num>
  <w:num w:numId="8" w16cid:durableId="628239664">
    <w:abstractNumId w:val="1"/>
  </w:num>
  <w:num w:numId="9" w16cid:durableId="171376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C5C25"/>
    <w:rsid w:val="00A27CE1"/>
    <w:rsid w:val="00AA1D8D"/>
    <w:rsid w:val="00B47730"/>
    <w:rsid w:val="00CB0664"/>
    <w:rsid w:val="00F57895"/>
    <w:rsid w:val="00FC693F"/>
    <w:rsid w:val="00FE12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39EC1B"/>
  <w14:defaultImageDpi w14:val="300"/>
  <w15:docId w15:val="{C5F232C1-DAC8-44B2-959C-CCB594045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816</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Natalie Crosby</cp:lastModifiedBy>
  <cp:revision>2</cp:revision>
  <dcterms:created xsi:type="dcterms:W3CDTF">2013-12-23T23:15:00Z</dcterms:created>
  <dcterms:modified xsi:type="dcterms:W3CDTF">2026-10-09T15:46:00Z</dcterms:modified>
  <cp:category/>
</cp:coreProperties>
</file>