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34A78"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MT. PLEASANT CITY, UTAH</w:t>
      </w:r>
    </w:p>
    <w:p w14:paraId="0F4CD1D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CITY COUNCIL VACANCY</w:t>
      </w:r>
    </w:p>
    <w:p w14:paraId="1119C18D"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Applicant Packet - 2026</w:t>
      </w:r>
    </w:p>
    <w:p w14:paraId="2422FF6A" w14:textId="7E89729A"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 xml:space="preserve">Interim appointment beginning after </w:t>
      </w:r>
      <w:r w:rsidR="007C51E9" w:rsidRPr="007C51E9">
        <w:rPr>
          <w:rFonts w:ascii="Times New Roman" w:hAnsi="Times New Roman" w:cs="Times New Roman"/>
          <w:b/>
          <w:sz w:val="22"/>
        </w:rPr>
        <w:t>October</w:t>
      </w:r>
      <w:r w:rsidRPr="007C51E9">
        <w:rPr>
          <w:rFonts w:ascii="Times New Roman" w:hAnsi="Times New Roman" w:cs="Times New Roman"/>
          <w:b/>
          <w:sz w:val="22"/>
        </w:rPr>
        <w:t xml:space="preserve"> 7, </w:t>
      </w:r>
      <w:r w:rsidR="007C51E9" w:rsidRPr="007C51E9">
        <w:rPr>
          <w:rFonts w:ascii="Times New Roman" w:hAnsi="Times New Roman" w:cs="Times New Roman"/>
          <w:b/>
          <w:sz w:val="22"/>
        </w:rPr>
        <w:t>2026,</w:t>
      </w:r>
      <w:r w:rsidRPr="007C51E9">
        <w:rPr>
          <w:rFonts w:ascii="Times New Roman" w:hAnsi="Times New Roman" w:cs="Times New Roman"/>
          <w:b/>
          <w:sz w:val="22"/>
        </w:rPr>
        <w:t xml:space="preserve"> vacancy</w:t>
      </w:r>
    </w:p>
    <w:p w14:paraId="6DAD3A08" w14:textId="77777777" w:rsidR="001A35E2" w:rsidRDefault="00457C6E" w:rsidP="007C51E9">
      <w:pPr>
        <w:pStyle w:val="Heading1"/>
        <w:jc w:val="center"/>
        <w:rPr>
          <w:rFonts w:ascii="Times New Roman" w:hAnsi="Times New Roman" w:cs="Times New Roman"/>
          <w:color w:val="auto"/>
          <w:sz w:val="22"/>
          <w:szCs w:val="22"/>
        </w:rPr>
      </w:pPr>
      <w:r w:rsidRPr="007C51E9">
        <w:rPr>
          <w:rFonts w:ascii="Times New Roman" w:hAnsi="Times New Roman" w:cs="Times New Roman"/>
          <w:color w:val="auto"/>
          <w:sz w:val="22"/>
          <w:szCs w:val="22"/>
        </w:rPr>
        <w:t>Applicant Checklist</w:t>
      </w:r>
    </w:p>
    <w:p w14:paraId="31F5783E" w14:textId="77777777" w:rsidR="007C51E9" w:rsidRPr="007C51E9" w:rsidRDefault="007C51E9" w:rsidP="007C51E9"/>
    <w:p w14:paraId="29982B69" w14:textId="77777777" w:rsidR="001A35E2" w:rsidRPr="007C51E9" w:rsidRDefault="00457C6E">
      <w:pPr>
        <w:ind w:left="216" w:hanging="216"/>
        <w:rPr>
          <w:rFonts w:ascii="Times New Roman" w:hAnsi="Times New Roman" w:cs="Times New Roman"/>
          <w:b/>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Vacancy Application / Letter of Interest: Submit by 5:00 p.m. </w:t>
      </w:r>
      <w:r w:rsidRPr="007C51E9">
        <w:rPr>
          <w:rFonts w:ascii="Times New Roman" w:hAnsi="Times New Roman" w:cs="Times New Roman"/>
          <w:b/>
          <w:sz w:val="22"/>
        </w:rPr>
        <w:t>Wednesday, October 14, 2026.</w:t>
      </w:r>
    </w:p>
    <w:p w14:paraId="4DC62134" w14:textId="77777777" w:rsidR="001A35E2" w:rsidRPr="007C51E9" w:rsidRDefault="00457C6E">
      <w:pPr>
        <w:ind w:left="216" w:hanging="216"/>
        <w:rPr>
          <w:rFonts w:ascii="Times New Roman" w:hAnsi="Times New Roman" w:cs="Times New Roman"/>
          <w:bCs/>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Campaign Finance Statement: Required by 5:00 p.m. </w:t>
      </w:r>
      <w:r w:rsidRPr="007C51E9">
        <w:rPr>
          <w:rFonts w:ascii="Times New Roman" w:hAnsi="Times New Roman" w:cs="Times New Roman"/>
          <w:b/>
          <w:sz w:val="22"/>
        </w:rPr>
        <w:t>Wednesday, October 14, 2026.</w:t>
      </w:r>
    </w:p>
    <w:p w14:paraId="44F49B5C" w14:textId="77777777" w:rsidR="001A35E2" w:rsidRPr="007C51E9" w:rsidRDefault="00457C6E">
      <w:pPr>
        <w:ind w:left="216" w:hanging="216"/>
        <w:rPr>
          <w:rFonts w:ascii="Times New Roman" w:hAnsi="Times New Roman" w:cs="Times New Roman"/>
          <w:b/>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Conflict of Interest Disclosure Statement: Required by 5:00 p.m</w:t>
      </w:r>
      <w:r w:rsidRPr="007C51E9">
        <w:rPr>
          <w:rFonts w:ascii="Times New Roman" w:hAnsi="Times New Roman" w:cs="Times New Roman"/>
          <w:b/>
          <w:sz w:val="22"/>
        </w:rPr>
        <w:t>. Wednesday, October 14, 2026.</w:t>
      </w:r>
    </w:p>
    <w:p w14:paraId="76F8FF98" w14:textId="1796B0C4" w:rsidR="001A35E2" w:rsidRPr="007C51E9" w:rsidRDefault="00457C6E">
      <w:pPr>
        <w:ind w:left="216" w:hanging="216"/>
        <w:rPr>
          <w:rFonts w:ascii="Times New Roman" w:hAnsi="Times New Roman" w:cs="Times New Roman"/>
          <w:bCs/>
          <w:sz w:val="22"/>
        </w:rPr>
      </w:pPr>
      <w:r w:rsidRPr="007C51E9">
        <w:rPr>
          <w:rFonts w:ascii="Segoe UI Symbol" w:hAnsi="Segoe UI Symbol" w:cs="Segoe UI Symbol"/>
          <w:bCs/>
          <w:sz w:val="22"/>
        </w:rPr>
        <w:t>☐</w:t>
      </w:r>
      <w:r w:rsidRPr="007C51E9">
        <w:rPr>
          <w:rFonts w:ascii="Times New Roman" w:hAnsi="Times New Roman" w:cs="Times New Roman"/>
          <w:bCs/>
          <w:sz w:val="22"/>
        </w:rPr>
        <w:t xml:space="preserve"> Public Interview: Attend the City Council meeting </w:t>
      </w:r>
      <w:r w:rsidR="00370CDD">
        <w:rPr>
          <w:rFonts w:ascii="Times New Roman" w:hAnsi="Times New Roman" w:cs="Times New Roman"/>
          <w:b/>
          <w:sz w:val="22"/>
        </w:rPr>
        <w:t>Monday October 19th</w:t>
      </w:r>
      <w:r w:rsidRPr="007C51E9">
        <w:rPr>
          <w:rFonts w:ascii="Times New Roman" w:hAnsi="Times New Roman" w:cs="Times New Roman"/>
          <w:b/>
          <w:sz w:val="22"/>
        </w:rPr>
        <w:t xml:space="preserve">, </w:t>
      </w:r>
      <w:r w:rsidR="007C51E9" w:rsidRPr="007C51E9">
        <w:rPr>
          <w:rFonts w:ascii="Times New Roman" w:hAnsi="Times New Roman" w:cs="Times New Roman"/>
          <w:b/>
          <w:sz w:val="22"/>
        </w:rPr>
        <w:t>2026,</w:t>
      </w:r>
      <w:r w:rsidRPr="007C51E9">
        <w:rPr>
          <w:rFonts w:ascii="Times New Roman" w:hAnsi="Times New Roman" w:cs="Times New Roman"/>
          <w:b/>
          <w:sz w:val="22"/>
        </w:rPr>
        <w:t xml:space="preserve"> at 6:30 p.m</w:t>
      </w:r>
      <w:r w:rsidRPr="007C51E9">
        <w:rPr>
          <w:rFonts w:ascii="Times New Roman" w:hAnsi="Times New Roman" w:cs="Times New Roman"/>
          <w:bCs/>
          <w:sz w:val="22"/>
        </w:rPr>
        <w:t>., City Council Chambers, 115 West Main Street.</w:t>
      </w:r>
    </w:p>
    <w:p w14:paraId="49726EFE" w14:textId="77777777" w:rsidR="001A35E2" w:rsidRPr="007C51E9" w:rsidRDefault="00457C6E">
      <w:pPr>
        <w:rPr>
          <w:rFonts w:ascii="Times New Roman" w:hAnsi="Times New Roman" w:cs="Times New Roman"/>
          <w:bCs/>
          <w:sz w:val="22"/>
        </w:rPr>
      </w:pPr>
      <w:r w:rsidRPr="007C51E9">
        <w:rPr>
          <w:rFonts w:ascii="Times New Roman" w:hAnsi="Times New Roman" w:cs="Times New Roman"/>
          <w:bCs/>
          <w:sz w:val="22"/>
        </w:rPr>
        <w:t>Term information: This is an interim appointment. The appointed individual will serve until the successor elected in the 2027 municipal general election takes office. The 2027 election will fill the remaining two-year portion of the term, ending in January 2030.</w:t>
      </w:r>
    </w:p>
    <w:p w14:paraId="4618DB04"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4297130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38C0CC14"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CITY COUNCIL VACANCY APPLICATION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200"/>
      </w:tblGrid>
      <w:tr w:rsidR="001A35E2" w:rsidRPr="007C51E9" w14:paraId="7C84F636" w14:textId="77777777" w:rsidTr="00E267B3">
        <w:trPr>
          <w:jc w:val="center"/>
        </w:trPr>
        <w:tc>
          <w:tcPr>
            <w:tcW w:w="2880" w:type="dxa"/>
            <w:tcMar>
              <w:top w:w="90" w:type="dxa"/>
              <w:left w:w="100" w:type="dxa"/>
              <w:bottom w:w="90" w:type="dxa"/>
              <w:right w:w="100" w:type="dxa"/>
            </w:tcMar>
            <w:vAlign w:val="center"/>
          </w:tcPr>
          <w:p w14:paraId="5761F661"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Full Name</w:t>
            </w:r>
          </w:p>
        </w:tc>
        <w:tc>
          <w:tcPr>
            <w:tcW w:w="7200" w:type="dxa"/>
            <w:tcMar>
              <w:top w:w="90" w:type="dxa"/>
              <w:left w:w="100" w:type="dxa"/>
              <w:bottom w:w="90" w:type="dxa"/>
              <w:right w:w="100" w:type="dxa"/>
            </w:tcMar>
            <w:vAlign w:val="center"/>
          </w:tcPr>
          <w:p w14:paraId="6435BC48" w14:textId="77777777" w:rsidR="001A35E2" w:rsidRPr="007C51E9" w:rsidRDefault="001A35E2">
            <w:pPr>
              <w:rPr>
                <w:rFonts w:ascii="Times New Roman" w:hAnsi="Times New Roman" w:cs="Times New Roman"/>
                <w:sz w:val="22"/>
              </w:rPr>
            </w:pPr>
          </w:p>
        </w:tc>
      </w:tr>
      <w:tr w:rsidR="001A35E2" w:rsidRPr="007C51E9" w14:paraId="75330447" w14:textId="77777777" w:rsidTr="00E267B3">
        <w:trPr>
          <w:jc w:val="center"/>
        </w:trPr>
        <w:tc>
          <w:tcPr>
            <w:tcW w:w="2880" w:type="dxa"/>
            <w:tcMar>
              <w:top w:w="90" w:type="dxa"/>
              <w:left w:w="100" w:type="dxa"/>
              <w:bottom w:w="90" w:type="dxa"/>
              <w:right w:w="100" w:type="dxa"/>
            </w:tcMar>
            <w:vAlign w:val="center"/>
          </w:tcPr>
          <w:p w14:paraId="13E67094"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Residential Address</w:t>
            </w:r>
          </w:p>
        </w:tc>
        <w:tc>
          <w:tcPr>
            <w:tcW w:w="7200" w:type="dxa"/>
            <w:tcMar>
              <w:top w:w="90" w:type="dxa"/>
              <w:left w:w="100" w:type="dxa"/>
              <w:bottom w:w="90" w:type="dxa"/>
              <w:right w:w="100" w:type="dxa"/>
            </w:tcMar>
            <w:vAlign w:val="center"/>
          </w:tcPr>
          <w:p w14:paraId="0A799418" w14:textId="77777777" w:rsidR="001A35E2" w:rsidRPr="007C51E9" w:rsidRDefault="001A35E2">
            <w:pPr>
              <w:rPr>
                <w:rFonts w:ascii="Times New Roman" w:hAnsi="Times New Roman" w:cs="Times New Roman"/>
                <w:sz w:val="22"/>
              </w:rPr>
            </w:pPr>
          </w:p>
        </w:tc>
      </w:tr>
      <w:tr w:rsidR="001A35E2" w:rsidRPr="007C51E9" w14:paraId="29A6AC36" w14:textId="77777777" w:rsidTr="00E267B3">
        <w:trPr>
          <w:jc w:val="center"/>
        </w:trPr>
        <w:tc>
          <w:tcPr>
            <w:tcW w:w="2880" w:type="dxa"/>
            <w:tcMar>
              <w:top w:w="90" w:type="dxa"/>
              <w:left w:w="100" w:type="dxa"/>
              <w:bottom w:w="90" w:type="dxa"/>
              <w:right w:w="100" w:type="dxa"/>
            </w:tcMar>
            <w:vAlign w:val="center"/>
          </w:tcPr>
          <w:p w14:paraId="41381466" w14:textId="0EF558E3" w:rsidR="001A35E2" w:rsidRPr="007C51E9" w:rsidRDefault="00457C6E">
            <w:pPr>
              <w:rPr>
                <w:rFonts w:ascii="Times New Roman" w:hAnsi="Times New Roman" w:cs="Times New Roman"/>
                <w:sz w:val="22"/>
              </w:rPr>
            </w:pPr>
            <w:r w:rsidRPr="007C51E9">
              <w:rPr>
                <w:rFonts w:ascii="Times New Roman" w:hAnsi="Times New Roman" w:cs="Times New Roman"/>
                <w:b/>
                <w:sz w:val="22"/>
              </w:rPr>
              <w:t xml:space="preserve">Mailing Address </w:t>
            </w:r>
          </w:p>
        </w:tc>
        <w:tc>
          <w:tcPr>
            <w:tcW w:w="7200" w:type="dxa"/>
            <w:tcMar>
              <w:top w:w="90" w:type="dxa"/>
              <w:left w:w="100" w:type="dxa"/>
              <w:bottom w:w="90" w:type="dxa"/>
              <w:right w:w="100" w:type="dxa"/>
            </w:tcMar>
            <w:vAlign w:val="center"/>
          </w:tcPr>
          <w:p w14:paraId="1F736998" w14:textId="77777777" w:rsidR="001A35E2" w:rsidRPr="007C51E9" w:rsidRDefault="001A35E2">
            <w:pPr>
              <w:rPr>
                <w:rFonts w:ascii="Times New Roman" w:hAnsi="Times New Roman" w:cs="Times New Roman"/>
                <w:sz w:val="22"/>
              </w:rPr>
            </w:pPr>
          </w:p>
        </w:tc>
      </w:tr>
      <w:tr w:rsidR="001A35E2" w:rsidRPr="007C51E9" w14:paraId="71AFBBF0" w14:textId="77777777" w:rsidTr="00E267B3">
        <w:trPr>
          <w:jc w:val="center"/>
        </w:trPr>
        <w:tc>
          <w:tcPr>
            <w:tcW w:w="2880" w:type="dxa"/>
            <w:tcMar>
              <w:top w:w="90" w:type="dxa"/>
              <w:left w:w="100" w:type="dxa"/>
              <w:bottom w:w="90" w:type="dxa"/>
              <w:right w:w="100" w:type="dxa"/>
            </w:tcMar>
            <w:vAlign w:val="center"/>
          </w:tcPr>
          <w:p w14:paraId="7A294BBC"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Phone</w:t>
            </w:r>
          </w:p>
        </w:tc>
        <w:tc>
          <w:tcPr>
            <w:tcW w:w="7200" w:type="dxa"/>
            <w:tcMar>
              <w:top w:w="90" w:type="dxa"/>
              <w:left w:w="100" w:type="dxa"/>
              <w:bottom w:w="90" w:type="dxa"/>
              <w:right w:w="100" w:type="dxa"/>
            </w:tcMar>
            <w:vAlign w:val="center"/>
          </w:tcPr>
          <w:p w14:paraId="1D4B6D60" w14:textId="77777777" w:rsidR="001A35E2" w:rsidRPr="007C51E9" w:rsidRDefault="001A35E2">
            <w:pPr>
              <w:rPr>
                <w:rFonts w:ascii="Times New Roman" w:hAnsi="Times New Roman" w:cs="Times New Roman"/>
                <w:sz w:val="22"/>
              </w:rPr>
            </w:pPr>
          </w:p>
        </w:tc>
      </w:tr>
      <w:tr w:rsidR="001A35E2" w:rsidRPr="007C51E9" w14:paraId="38E25A3D" w14:textId="77777777" w:rsidTr="00E267B3">
        <w:trPr>
          <w:jc w:val="center"/>
        </w:trPr>
        <w:tc>
          <w:tcPr>
            <w:tcW w:w="2880" w:type="dxa"/>
            <w:tcMar>
              <w:top w:w="90" w:type="dxa"/>
              <w:left w:w="100" w:type="dxa"/>
              <w:bottom w:w="90" w:type="dxa"/>
              <w:right w:w="100" w:type="dxa"/>
            </w:tcMar>
            <w:vAlign w:val="center"/>
          </w:tcPr>
          <w:p w14:paraId="7DC9CBA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Email</w:t>
            </w:r>
          </w:p>
        </w:tc>
        <w:tc>
          <w:tcPr>
            <w:tcW w:w="7200" w:type="dxa"/>
            <w:tcMar>
              <w:top w:w="90" w:type="dxa"/>
              <w:left w:w="100" w:type="dxa"/>
              <w:bottom w:w="90" w:type="dxa"/>
              <w:right w:w="100" w:type="dxa"/>
            </w:tcMar>
            <w:vAlign w:val="center"/>
          </w:tcPr>
          <w:p w14:paraId="41962A52" w14:textId="77777777" w:rsidR="001A35E2" w:rsidRPr="007C51E9" w:rsidRDefault="001A35E2">
            <w:pPr>
              <w:rPr>
                <w:rFonts w:ascii="Times New Roman" w:hAnsi="Times New Roman" w:cs="Times New Roman"/>
                <w:sz w:val="22"/>
              </w:rPr>
            </w:pPr>
          </w:p>
        </w:tc>
      </w:tr>
    </w:tbl>
    <w:p w14:paraId="5EACB6D1" w14:textId="77777777" w:rsidR="001A35E2" w:rsidRPr="007C51E9" w:rsidRDefault="001A35E2">
      <w:pPr>
        <w:rPr>
          <w:rFonts w:ascii="Times New Roman" w:hAnsi="Times New Roman" w:cs="Times New Roman"/>
          <w:sz w:val="22"/>
        </w:rPr>
      </w:pPr>
    </w:p>
    <w:p w14:paraId="22EE55E8" w14:textId="77777777" w:rsidR="001A35E2"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Eligibility Certification</w:t>
      </w:r>
    </w:p>
    <w:p w14:paraId="74912F57" w14:textId="77777777" w:rsidR="007C51E9" w:rsidRPr="007C51E9" w:rsidRDefault="007C51E9" w:rsidP="007C51E9"/>
    <w:p w14:paraId="2C6260ED"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am a registered voter of Mt. Pleasant City.</w:t>
      </w:r>
    </w:p>
    <w:p w14:paraId="552D2E0D"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maintain my principal place of residence within Mt. Pleasant City.</w:t>
      </w:r>
    </w:p>
    <w:p w14:paraId="414C8D47"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do not currently hold a county elected office.</w:t>
      </w:r>
    </w:p>
    <w:p w14:paraId="30D4AD7E"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understand that I must meet all qualifications for municipal office under Utah law.</w:t>
      </w:r>
    </w:p>
    <w:p w14:paraId="6A10864D"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Background and Interest</w:t>
      </w:r>
    </w:p>
    <w:p w14:paraId="16FD1569" w14:textId="3BA34AB9" w:rsidR="001A35E2" w:rsidRPr="007C51E9" w:rsidRDefault="00457C6E">
      <w:pPr>
        <w:rPr>
          <w:rFonts w:ascii="Times New Roman" w:hAnsi="Times New Roman" w:cs="Times New Roman"/>
          <w:sz w:val="22"/>
        </w:rPr>
      </w:pPr>
      <w:r w:rsidRPr="007C51E9">
        <w:rPr>
          <w:rFonts w:ascii="Times New Roman" w:hAnsi="Times New Roman" w:cs="Times New Roman"/>
          <w:b/>
          <w:sz w:val="22"/>
        </w:rPr>
        <w:t xml:space="preserve">Why are you interested in </w:t>
      </w:r>
      <w:r w:rsidR="00354EC2" w:rsidRPr="007C51E9">
        <w:rPr>
          <w:rFonts w:ascii="Times New Roman" w:hAnsi="Times New Roman" w:cs="Times New Roman"/>
          <w:b/>
          <w:sz w:val="22"/>
        </w:rPr>
        <w:t>serving</w:t>
      </w:r>
      <w:r w:rsidRPr="007C51E9">
        <w:rPr>
          <w:rFonts w:ascii="Times New Roman" w:hAnsi="Times New Roman" w:cs="Times New Roman"/>
          <w:b/>
          <w:sz w:val="22"/>
        </w:rPr>
        <w:t xml:space="preserve"> </w:t>
      </w:r>
      <w:r w:rsidR="00354EC2">
        <w:rPr>
          <w:rFonts w:ascii="Times New Roman" w:hAnsi="Times New Roman" w:cs="Times New Roman"/>
          <w:b/>
          <w:sz w:val="22"/>
        </w:rPr>
        <w:t xml:space="preserve">on </w:t>
      </w:r>
      <w:proofErr w:type="gramStart"/>
      <w:r w:rsidR="00354EC2">
        <w:rPr>
          <w:rFonts w:ascii="Times New Roman" w:hAnsi="Times New Roman" w:cs="Times New Roman"/>
          <w:b/>
          <w:sz w:val="22"/>
        </w:rPr>
        <w:t xml:space="preserve">the </w:t>
      </w:r>
      <w:r w:rsidR="00354EC2" w:rsidRPr="007C51E9">
        <w:rPr>
          <w:rFonts w:ascii="Times New Roman" w:hAnsi="Times New Roman" w:cs="Times New Roman"/>
          <w:b/>
          <w:sz w:val="22"/>
        </w:rPr>
        <w:t>Mt</w:t>
      </w:r>
      <w:proofErr w:type="gramEnd"/>
      <w:r w:rsidRPr="007C51E9">
        <w:rPr>
          <w:rFonts w:ascii="Times New Roman" w:hAnsi="Times New Roman" w:cs="Times New Roman"/>
          <w:b/>
          <w:sz w:val="22"/>
        </w:rPr>
        <w:t>. Pleasant City Council?</w:t>
      </w:r>
    </w:p>
    <w:p w14:paraId="0BC81E66" w14:textId="133638E6"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42EB3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What experience, skills, or community involvement would you bring to the Council?</w:t>
      </w:r>
    </w:p>
    <w:p w14:paraId="20223FDB" w14:textId="63345348"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F86E67"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What do you believe are important issues or opportunities currently facing Mt. Pleasant City?</w:t>
      </w:r>
    </w:p>
    <w:p w14:paraId="7C0FED02" w14:textId="540845C6" w:rsidR="001A35E2"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2286EC" w14:textId="77777777" w:rsidR="00354EC2" w:rsidRDefault="00354EC2">
      <w:pPr>
        <w:rPr>
          <w:rFonts w:ascii="Times New Roman" w:hAnsi="Times New Roman" w:cs="Times New Roman"/>
          <w:sz w:val="22"/>
        </w:rPr>
      </w:pPr>
    </w:p>
    <w:p w14:paraId="68F1BC9F" w14:textId="77777777" w:rsidR="00354EC2" w:rsidRDefault="00354EC2">
      <w:pPr>
        <w:rPr>
          <w:rFonts w:ascii="Times New Roman" w:hAnsi="Times New Roman" w:cs="Times New Roman"/>
          <w:sz w:val="22"/>
        </w:rPr>
      </w:pPr>
    </w:p>
    <w:p w14:paraId="0E131436" w14:textId="77777777" w:rsidR="00354EC2" w:rsidRDefault="00354EC2">
      <w:pPr>
        <w:rPr>
          <w:rFonts w:ascii="Times New Roman" w:hAnsi="Times New Roman" w:cs="Times New Roman"/>
          <w:sz w:val="22"/>
        </w:rPr>
      </w:pPr>
    </w:p>
    <w:p w14:paraId="16FA77D5" w14:textId="77777777" w:rsidR="00354EC2" w:rsidRPr="007C51E9" w:rsidRDefault="00354EC2">
      <w:pPr>
        <w:rPr>
          <w:rFonts w:ascii="Times New Roman" w:hAnsi="Times New Roman" w:cs="Times New Roman"/>
          <w:sz w:val="22"/>
        </w:rPr>
      </w:pPr>
    </w:p>
    <w:p w14:paraId="0A045F6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lastRenderedPageBreak/>
        <w:t>Is there any additional information you would like the City Council to consider?</w:t>
      </w:r>
    </w:p>
    <w:p w14:paraId="041FE79D" w14:textId="5C8735AE"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0516E6" w14:textId="77777777" w:rsidR="001A35E2"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Certification</w:t>
      </w:r>
    </w:p>
    <w:p w14:paraId="5978BFC9" w14:textId="77777777" w:rsidR="00354EC2" w:rsidRPr="00354EC2" w:rsidRDefault="00354EC2" w:rsidP="00354EC2"/>
    <w:p w14:paraId="794C5D7A" w14:textId="77777777" w:rsidR="001A35E2" w:rsidRDefault="00457C6E">
      <w:pPr>
        <w:rPr>
          <w:rFonts w:ascii="Times New Roman" w:hAnsi="Times New Roman" w:cs="Times New Roman"/>
          <w:sz w:val="22"/>
        </w:rPr>
      </w:pPr>
      <w:r w:rsidRPr="007C51E9">
        <w:rPr>
          <w:rFonts w:ascii="Times New Roman" w:hAnsi="Times New Roman" w:cs="Times New Roman"/>
          <w:sz w:val="22"/>
        </w:rPr>
        <w:t>I certify that the information provided in this application is true and complete to the best of my knowledge. I understand that materials submitted in connection with this public appointment process may be subject to public disclosure as provided by law.</w:t>
      </w:r>
    </w:p>
    <w:p w14:paraId="445BCB33" w14:textId="77777777" w:rsidR="00354EC2" w:rsidRPr="007C51E9" w:rsidRDefault="00354EC2">
      <w:pPr>
        <w:rPr>
          <w:rFonts w:ascii="Times New Roman" w:hAnsi="Times New Roman" w:cs="Times New Roman"/>
          <w:sz w:val="22"/>
        </w:rPr>
      </w:pPr>
    </w:p>
    <w:p w14:paraId="01AB0F0E" w14:textId="77777777" w:rsidR="001A35E2" w:rsidRDefault="00457C6E">
      <w:pPr>
        <w:spacing w:after="140"/>
        <w:rPr>
          <w:rFonts w:ascii="Times New Roman" w:hAnsi="Times New Roman" w:cs="Times New Roman"/>
          <w:sz w:val="22"/>
        </w:rPr>
      </w:pPr>
      <w:r w:rsidRPr="007C51E9">
        <w:rPr>
          <w:rFonts w:ascii="Times New Roman" w:hAnsi="Times New Roman" w:cs="Times New Roman"/>
          <w:b/>
          <w:sz w:val="22"/>
        </w:rPr>
        <w:t xml:space="preserve">Signature </w:t>
      </w:r>
      <w:r w:rsidRPr="007C51E9">
        <w:rPr>
          <w:rFonts w:ascii="Times New Roman" w:hAnsi="Times New Roman" w:cs="Times New Roman"/>
          <w:sz w:val="22"/>
        </w:rPr>
        <w:t>_____________________________________________</w:t>
      </w:r>
    </w:p>
    <w:p w14:paraId="63D2DE11" w14:textId="77777777" w:rsidR="00354EC2" w:rsidRPr="007C51E9" w:rsidRDefault="00354EC2">
      <w:pPr>
        <w:spacing w:after="140"/>
        <w:rPr>
          <w:rFonts w:ascii="Times New Roman" w:hAnsi="Times New Roman" w:cs="Times New Roman"/>
          <w:sz w:val="22"/>
        </w:rPr>
      </w:pPr>
    </w:p>
    <w:p w14:paraId="1A6D37C6"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Date </w:t>
      </w:r>
      <w:r w:rsidRPr="007C51E9">
        <w:rPr>
          <w:rFonts w:ascii="Times New Roman" w:hAnsi="Times New Roman" w:cs="Times New Roman"/>
          <w:sz w:val="22"/>
        </w:rPr>
        <w:t>______________________________</w:t>
      </w:r>
    </w:p>
    <w:p w14:paraId="6B01566F"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2D5DD75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0419DCA0"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CAMPAIGN FINANCE STATEMENT</w:t>
      </w:r>
    </w:p>
    <w:p w14:paraId="6F31A151"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Municipal Midterm Vacancy Applicant</w:t>
      </w:r>
    </w:p>
    <w:p w14:paraId="5E068D4C" w14:textId="2611A578" w:rsidR="001A35E2" w:rsidRPr="007C51E9" w:rsidRDefault="00457C6E">
      <w:pPr>
        <w:rPr>
          <w:rFonts w:ascii="Times New Roman" w:hAnsi="Times New Roman" w:cs="Times New Roman"/>
          <w:sz w:val="22"/>
        </w:rPr>
      </w:pPr>
      <w:r w:rsidRPr="007C51E9">
        <w:rPr>
          <w:rFonts w:ascii="Times New Roman" w:hAnsi="Times New Roman" w:cs="Times New Roman"/>
          <w:sz w:val="22"/>
        </w:rPr>
        <w:t xml:space="preserve">Required under Utah Code § 10-3-208 for an individual seeking appointment to a municipal midterm vacancy. For </w:t>
      </w:r>
      <w:r w:rsidR="00354EC2" w:rsidRPr="007C51E9">
        <w:rPr>
          <w:rFonts w:ascii="Times New Roman" w:hAnsi="Times New Roman" w:cs="Times New Roman"/>
          <w:sz w:val="22"/>
        </w:rPr>
        <w:t>the interview meeting on</w:t>
      </w:r>
      <w:r w:rsidRPr="007C51E9">
        <w:rPr>
          <w:rFonts w:ascii="Times New Roman" w:hAnsi="Times New Roman" w:cs="Times New Roman"/>
          <w:sz w:val="22"/>
        </w:rPr>
        <w:t xml:space="preserve"> October </w:t>
      </w:r>
      <w:r w:rsidR="00370CDD">
        <w:rPr>
          <w:rFonts w:ascii="Times New Roman" w:hAnsi="Times New Roman" w:cs="Times New Roman"/>
          <w:sz w:val="22"/>
        </w:rPr>
        <w:t>19</w:t>
      </w:r>
      <w:r w:rsidRPr="007C51E9">
        <w:rPr>
          <w:rFonts w:ascii="Times New Roman" w:hAnsi="Times New Roman" w:cs="Times New Roman"/>
          <w:sz w:val="22"/>
        </w:rPr>
        <w:t xml:space="preserve">, </w:t>
      </w:r>
      <w:r w:rsidR="00354EC2" w:rsidRPr="007C51E9">
        <w:rPr>
          <w:rFonts w:ascii="Times New Roman" w:hAnsi="Times New Roman" w:cs="Times New Roman"/>
          <w:sz w:val="22"/>
        </w:rPr>
        <w:t>2026,</w:t>
      </w:r>
      <w:r w:rsidRPr="007C51E9">
        <w:rPr>
          <w:rFonts w:ascii="Times New Roman" w:hAnsi="Times New Roman" w:cs="Times New Roman"/>
          <w:sz w:val="22"/>
        </w:rPr>
        <w:t xml:space="preserve"> this statement must be received by the City Recorder by 5:00 p.m. on October 14, 2026.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7110"/>
      </w:tblGrid>
      <w:tr w:rsidR="001A35E2" w:rsidRPr="007C51E9" w14:paraId="65DCBC52" w14:textId="77777777" w:rsidTr="00E267B3">
        <w:trPr>
          <w:jc w:val="center"/>
        </w:trPr>
        <w:tc>
          <w:tcPr>
            <w:tcW w:w="2970" w:type="dxa"/>
            <w:tcMar>
              <w:top w:w="90" w:type="dxa"/>
              <w:left w:w="100" w:type="dxa"/>
              <w:bottom w:w="90" w:type="dxa"/>
              <w:right w:w="100" w:type="dxa"/>
            </w:tcMar>
            <w:vAlign w:val="center"/>
          </w:tcPr>
          <w:p w14:paraId="3C67739A" w14:textId="1B09C20E" w:rsidR="001A35E2" w:rsidRPr="007C51E9" w:rsidRDefault="00457C6E">
            <w:pPr>
              <w:rPr>
                <w:rFonts w:ascii="Times New Roman" w:hAnsi="Times New Roman" w:cs="Times New Roman"/>
                <w:sz w:val="22"/>
              </w:rPr>
            </w:pPr>
            <w:r w:rsidRPr="007C51E9">
              <w:rPr>
                <w:rFonts w:ascii="Times New Roman" w:hAnsi="Times New Roman" w:cs="Times New Roman"/>
                <w:b/>
                <w:sz w:val="22"/>
              </w:rPr>
              <w:t>Candidate / Applicant</w:t>
            </w:r>
            <w:r w:rsidR="00354EC2">
              <w:rPr>
                <w:rFonts w:ascii="Times New Roman" w:hAnsi="Times New Roman" w:cs="Times New Roman"/>
                <w:b/>
                <w:sz w:val="22"/>
              </w:rPr>
              <w:t xml:space="preserve"> </w:t>
            </w:r>
            <w:r w:rsidRPr="007C51E9">
              <w:rPr>
                <w:rFonts w:ascii="Times New Roman" w:hAnsi="Times New Roman" w:cs="Times New Roman"/>
                <w:b/>
                <w:sz w:val="22"/>
              </w:rPr>
              <w:t>Name</w:t>
            </w:r>
          </w:p>
        </w:tc>
        <w:tc>
          <w:tcPr>
            <w:tcW w:w="7110" w:type="dxa"/>
            <w:tcMar>
              <w:top w:w="90" w:type="dxa"/>
              <w:left w:w="100" w:type="dxa"/>
              <w:bottom w:w="90" w:type="dxa"/>
              <w:right w:w="100" w:type="dxa"/>
            </w:tcMar>
            <w:vAlign w:val="center"/>
          </w:tcPr>
          <w:p w14:paraId="67CAB05D" w14:textId="77777777" w:rsidR="001A35E2" w:rsidRPr="007C51E9" w:rsidRDefault="001A35E2">
            <w:pPr>
              <w:rPr>
                <w:rFonts w:ascii="Times New Roman" w:hAnsi="Times New Roman" w:cs="Times New Roman"/>
                <w:sz w:val="22"/>
              </w:rPr>
            </w:pPr>
          </w:p>
        </w:tc>
      </w:tr>
      <w:tr w:rsidR="001A35E2" w:rsidRPr="007C51E9" w14:paraId="3A1D2307" w14:textId="77777777" w:rsidTr="00E267B3">
        <w:trPr>
          <w:jc w:val="center"/>
        </w:trPr>
        <w:tc>
          <w:tcPr>
            <w:tcW w:w="2970" w:type="dxa"/>
            <w:tcMar>
              <w:top w:w="90" w:type="dxa"/>
              <w:left w:w="100" w:type="dxa"/>
              <w:bottom w:w="90" w:type="dxa"/>
              <w:right w:w="100" w:type="dxa"/>
            </w:tcMar>
            <w:vAlign w:val="center"/>
          </w:tcPr>
          <w:p w14:paraId="60317C24"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Office</w:t>
            </w:r>
          </w:p>
        </w:tc>
        <w:tc>
          <w:tcPr>
            <w:tcW w:w="7110" w:type="dxa"/>
            <w:tcMar>
              <w:top w:w="90" w:type="dxa"/>
              <w:left w:w="100" w:type="dxa"/>
              <w:bottom w:w="90" w:type="dxa"/>
              <w:right w:w="100" w:type="dxa"/>
            </w:tcMar>
            <w:vAlign w:val="center"/>
          </w:tcPr>
          <w:p w14:paraId="65744F90"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Mt. Pleasant City Council - Midterm Vacancy</w:t>
            </w:r>
          </w:p>
        </w:tc>
      </w:tr>
      <w:tr w:rsidR="001A35E2" w:rsidRPr="007C51E9" w14:paraId="343E2E6F" w14:textId="77777777" w:rsidTr="00E267B3">
        <w:trPr>
          <w:jc w:val="center"/>
        </w:trPr>
        <w:tc>
          <w:tcPr>
            <w:tcW w:w="2970" w:type="dxa"/>
            <w:tcMar>
              <w:top w:w="90" w:type="dxa"/>
              <w:left w:w="100" w:type="dxa"/>
              <w:bottom w:w="90" w:type="dxa"/>
              <w:right w:w="100" w:type="dxa"/>
            </w:tcMar>
            <w:vAlign w:val="center"/>
          </w:tcPr>
          <w:p w14:paraId="0AD5839C"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Reporting Date</w:t>
            </w:r>
          </w:p>
        </w:tc>
        <w:tc>
          <w:tcPr>
            <w:tcW w:w="7110" w:type="dxa"/>
            <w:tcMar>
              <w:top w:w="90" w:type="dxa"/>
              <w:left w:w="100" w:type="dxa"/>
              <w:bottom w:w="90" w:type="dxa"/>
              <w:right w:w="100" w:type="dxa"/>
            </w:tcMar>
            <w:vAlign w:val="center"/>
          </w:tcPr>
          <w:p w14:paraId="3C26B6C3" w14:textId="77777777" w:rsidR="001A35E2" w:rsidRPr="007C51E9" w:rsidRDefault="001A35E2">
            <w:pPr>
              <w:rPr>
                <w:rFonts w:ascii="Times New Roman" w:hAnsi="Times New Roman" w:cs="Times New Roman"/>
                <w:sz w:val="22"/>
              </w:rPr>
            </w:pPr>
          </w:p>
        </w:tc>
      </w:tr>
    </w:tbl>
    <w:p w14:paraId="508818C3" w14:textId="77777777" w:rsidR="001A35E2" w:rsidRPr="007C51E9" w:rsidRDefault="001A35E2">
      <w:pPr>
        <w:rPr>
          <w:rFonts w:ascii="Times New Roman" w:hAnsi="Times New Roman" w:cs="Times New Roman"/>
          <w:sz w:val="22"/>
        </w:rPr>
      </w:pPr>
    </w:p>
    <w:p w14:paraId="102AD2C6"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Choose the reporting method that applies:</w:t>
      </w:r>
    </w:p>
    <w:p w14:paraId="55E4B8EA"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received $500 or less in total contributions and spent $500 or less. Total contributions: $__________   Total expenditures: $__________</w:t>
      </w:r>
    </w:p>
    <w:p w14:paraId="4296D1AF" w14:textId="77777777" w:rsidR="001A35E2" w:rsidRPr="007C51E9" w:rsidRDefault="00457C6E">
      <w:pPr>
        <w:rPr>
          <w:rFonts w:ascii="Times New Roman" w:hAnsi="Times New Roman" w:cs="Times New Roman"/>
          <w:sz w:val="22"/>
        </w:rPr>
      </w:pPr>
      <w:r w:rsidRPr="007C51E9">
        <w:rPr>
          <w:rFonts w:ascii="Segoe UI Symbol" w:hAnsi="Segoe UI Symbol" w:cs="Segoe UI Symbol"/>
          <w:sz w:val="22"/>
        </w:rPr>
        <w:t>☐</w:t>
      </w:r>
      <w:r w:rsidRPr="007C51E9">
        <w:rPr>
          <w:rFonts w:ascii="Times New Roman" w:hAnsi="Times New Roman" w:cs="Times New Roman"/>
          <w:sz w:val="22"/>
        </w:rPr>
        <w:t xml:space="preserve"> I exceeded $500 in contributions or expenditures. I have itemized each contribution and expenditure below.</w:t>
      </w:r>
    </w:p>
    <w:p w14:paraId="2EF6F6E6"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Contributions</w:t>
      </w:r>
    </w:p>
    <w:tbl>
      <w:tblPr>
        <w:tblStyle w:val="TableGrid"/>
        <w:tblW w:w="0" w:type="auto"/>
        <w:jc w:val="center"/>
        <w:tblLook w:val="04A0" w:firstRow="1" w:lastRow="0" w:firstColumn="1" w:lastColumn="0" w:noHBand="0" w:noVBand="1"/>
      </w:tblPr>
      <w:tblGrid>
        <w:gridCol w:w="3356"/>
        <w:gridCol w:w="3357"/>
        <w:gridCol w:w="3357"/>
      </w:tblGrid>
      <w:tr w:rsidR="001A35E2" w:rsidRPr="007C51E9" w14:paraId="419B7360" w14:textId="77777777">
        <w:trPr>
          <w:jc w:val="center"/>
        </w:trPr>
        <w:tc>
          <w:tcPr>
            <w:tcW w:w="3360" w:type="dxa"/>
            <w:shd w:val="clear" w:color="auto" w:fill="EDEDED"/>
          </w:tcPr>
          <w:p w14:paraId="536AA49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Donor Name (if known)</w:t>
            </w:r>
          </w:p>
        </w:tc>
        <w:tc>
          <w:tcPr>
            <w:tcW w:w="3360" w:type="dxa"/>
            <w:shd w:val="clear" w:color="auto" w:fill="EDEDED"/>
          </w:tcPr>
          <w:p w14:paraId="3D3999FD"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Amount</w:t>
            </w:r>
          </w:p>
        </w:tc>
        <w:tc>
          <w:tcPr>
            <w:tcW w:w="3360" w:type="dxa"/>
            <w:shd w:val="clear" w:color="auto" w:fill="EDEDED"/>
          </w:tcPr>
          <w:p w14:paraId="65D543E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In-kind / Description</w:t>
            </w:r>
          </w:p>
        </w:tc>
      </w:tr>
      <w:tr w:rsidR="001A35E2" w:rsidRPr="007C51E9" w14:paraId="447F76C4" w14:textId="77777777">
        <w:trPr>
          <w:jc w:val="center"/>
        </w:trPr>
        <w:tc>
          <w:tcPr>
            <w:tcW w:w="3360" w:type="dxa"/>
          </w:tcPr>
          <w:p w14:paraId="03A5FE06" w14:textId="77777777" w:rsidR="001A35E2" w:rsidRPr="007C51E9" w:rsidRDefault="001A35E2">
            <w:pPr>
              <w:rPr>
                <w:rFonts w:ascii="Times New Roman" w:hAnsi="Times New Roman" w:cs="Times New Roman"/>
                <w:sz w:val="22"/>
              </w:rPr>
            </w:pPr>
          </w:p>
        </w:tc>
        <w:tc>
          <w:tcPr>
            <w:tcW w:w="3360" w:type="dxa"/>
          </w:tcPr>
          <w:p w14:paraId="120EDEFC" w14:textId="77777777" w:rsidR="001A35E2" w:rsidRPr="007C51E9" w:rsidRDefault="001A35E2">
            <w:pPr>
              <w:rPr>
                <w:rFonts w:ascii="Times New Roman" w:hAnsi="Times New Roman" w:cs="Times New Roman"/>
                <w:sz w:val="22"/>
              </w:rPr>
            </w:pPr>
          </w:p>
        </w:tc>
        <w:tc>
          <w:tcPr>
            <w:tcW w:w="3360" w:type="dxa"/>
          </w:tcPr>
          <w:p w14:paraId="5F8D22DE" w14:textId="77777777" w:rsidR="001A35E2" w:rsidRPr="007C51E9" w:rsidRDefault="001A35E2">
            <w:pPr>
              <w:rPr>
                <w:rFonts w:ascii="Times New Roman" w:hAnsi="Times New Roman" w:cs="Times New Roman"/>
                <w:sz w:val="22"/>
              </w:rPr>
            </w:pPr>
          </w:p>
        </w:tc>
      </w:tr>
      <w:tr w:rsidR="001A35E2" w:rsidRPr="007C51E9" w14:paraId="438C9E43" w14:textId="77777777">
        <w:trPr>
          <w:jc w:val="center"/>
        </w:trPr>
        <w:tc>
          <w:tcPr>
            <w:tcW w:w="3360" w:type="dxa"/>
          </w:tcPr>
          <w:p w14:paraId="68FC080E" w14:textId="77777777" w:rsidR="001A35E2" w:rsidRPr="007C51E9" w:rsidRDefault="001A35E2">
            <w:pPr>
              <w:rPr>
                <w:rFonts w:ascii="Times New Roman" w:hAnsi="Times New Roman" w:cs="Times New Roman"/>
                <w:sz w:val="22"/>
              </w:rPr>
            </w:pPr>
          </w:p>
        </w:tc>
        <w:tc>
          <w:tcPr>
            <w:tcW w:w="3360" w:type="dxa"/>
          </w:tcPr>
          <w:p w14:paraId="27CDEC89" w14:textId="77777777" w:rsidR="001A35E2" w:rsidRPr="007C51E9" w:rsidRDefault="001A35E2">
            <w:pPr>
              <w:rPr>
                <w:rFonts w:ascii="Times New Roman" w:hAnsi="Times New Roman" w:cs="Times New Roman"/>
                <w:sz w:val="22"/>
              </w:rPr>
            </w:pPr>
          </w:p>
        </w:tc>
        <w:tc>
          <w:tcPr>
            <w:tcW w:w="3360" w:type="dxa"/>
          </w:tcPr>
          <w:p w14:paraId="21F80961" w14:textId="77777777" w:rsidR="001A35E2" w:rsidRPr="007C51E9" w:rsidRDefault="001A35E2">
            <w:pPr>
              <w:rPr>
                <w:rFonts w:ascii="Times New Roman" w:hAnsi="Times New Roman" w:cs="Times New Roman"/>
                <w:sz w:val="22"/>
              </w:rPr>
            </w:pPr>
          </w:p>
        </w:tc>
      </w:tr>
      <w:tr w:rsidR="001A35E2" w:rsidRPr="007C51E9" w14:paraId="65FB5DAF" w14:textId="77777777">
        <w:trPr>
          <w:jc w:val="center"/>
        </w:trPr>
        <w:tc>
          <w:tcPr>
            <w:tcW w:w="3360" w:type="dxa"/>
          </w:tcPr>
          <w:p w14:paraId="04A049E2" w14:textId="77777777" w:rsidR="001A35E2" w:rsidRPr="007C51E9" w:rsidRDefault="001A35E2">
            <w:pPr>
              <w:rPr>
                <w:rFonts w:ascii="Times New Roman" w:hAnsi="Times New Roman" w:cs="Times New Roman"/>
                <w:sz w:val="22"/>
              </w:rPr>
            </w:pPr>
          </w:p>
        </w:tc>
        <w:tc>
          <w:tcPr>
            <w:tcW w:w="3360" w:type="dxa"/>
          </w:tcPr>
          <w:p w14:paraId="143F18E7" w14:textId="77777777" w:rsidR="001A35E2" w:rsidRPr="007C51E9" w:rsidRDefault="001A35E2">
            <w:pPr>
              <w:rPr>
                <w:rFonts w:ascii="Times New Roman" w:hAnsi="Times New Roman" w:cs="Times New Roman"/>
                <w:sz w:val="22"/>
              </w:rPr>
            </w:pPr>
          </w:p>
        </w:tc>
        <w:tc>
          <w:tcPr>
            <w:tcW w:w="3360" w:type="dxa"/>
          </w:tcPr>
          <w:p w14:paraId="53AB196D" w14:textId="77777777" w:rsidR="001A35E2" w:rsidRPr="007C51E9" w:rsidRDefault="001A35E2">
            <w:pPr>
              <w:rPr>
                <w:rFonts w:ascii="Times New Roman" w:hAnsi="Times New Roman" w:cs="Times New Roman"/>
                <w:sz w:val="22"/>
              </w:rPr>
            </w:pPr>
          </w:p>
        </w:tc>
      </w:tr>
      <w:tr w:rsidR="001A35E2" w:rsidRPr="007C51E9" w14:paraId="7AC1813A" w14:textId="77777777">
        <w:trPr>
          <w:jc w:val="center"/>
        </w:trPr>
        <w:tc>
          <w:tcPr>
            <w:tcW w:w="3360" w:type="dxa"/>
          </w:tcPr>
          <w:p w14:paraId="774602C6" w14:textId="77777777" w:rsidR="001A35E2" w:rsidRPr="007C51E9" w:rsidRDefault="001A35E2">
            <w:pPr>
              <w:rPr>
                <w:rFonts w:ascii="Times New Roman" w:hAnsi="Times New Roman" w:cs="Times New Roman"/>
                <w:sz w:val="22"/>
              </w:rPr>
            </w:pPr>
          </w:p>
        </w:tc>
        <w:tc>
          <w:tcPr>
            <w:tcW w:w="3360" w:type="dxa"/>
          </w:tcPr>
          <w:p w14:paraId="53E55DF7" w14:textId="77777777" w:rsidR="001A35E2" w:rsidRPr="007C51E9" w:rsidRDefault="001A35E2">
            <w:pPr>
              <w:rPr>
                <w:rFonts w:ascii="Times New Roman" w:hAnsi="Times New Roman" w:cs="Times New Roman"/>
                <w:sz w:val="22"/>
              </w:rPr>
            </w:pPr>
          </w:p>
        </w:tc>
        <w:tc>
          <w:tcPr>
            <w:tcW w:w="3360" w:type="dxa"/>
          </w:tcPr>
          <w:p w14:paraId="2152A646" w14:textId="77777777" w:rsidR="001A35E2" w:rsidRPr="007C51E9" w:rsidRDefault="001A35E2">
            <w:pPr>
              <w:rPr>
                <w:rFonts w:ascii="Times New Roman" w:hAnsi="Times New Roman" w:cs="Times New Roman"/>
                <w:sz w:val="22"/>
              </w:rPr>
            </w:pPr>
          </w:p>
        </w:tc>
      </w:tr>
      <w:tr w:rsidR="001A35E2" w:rsidRPr="007C51E9" w14:paraId="7F1FA04D" w14:textId="77777777">
        <w:trPr>
          <w:jc w:val="center"/>
        </w:trPr>
        <w:tc>
          <w:tcPr>
            <w:tcW w:w="3360" w:type="dxa"/>
          </w:tcPr>
          <w:p w14:paraId="6C8777F1" w14:textId="77777777" w:rsidR="001A35E2" w:rsidRPr="007C51E9" w:rsidRDefault="001A35E2">
            <w:pPr>
              <w:rPr>
                <w:rFonts w:ascii="Times New Roman" w:hAnsi="Times New Roman" w:cs="Times New Roman"/>
                <w:sz w:val="22"/>
              </w:rPr>
            </w:pPr>
          </w:p>
        </w:tc>
        <w:tc>
          <w:tcPr>
            <w:tcW w:w="3360" w:type="dxa"/>
          </w:tcPr>
          <w:p w14:paraId="24114BB8" w14:textId="77777777" w:rsidR="001A35E2" w:rsidRPr="007C51E9" w:rsidRDefault="001A35E2">
            <w:pPr>
              <w:rPr>
                <w:rFonts w:ascii="Times New Roman" w:hAnsi="Times New Roman" w:cs="Times New Roman"/>
                <w:sz w:val="22"/>
              </w:rPr>
            </w:pPr>
          </w:p>
        </w:tc>
        <w:tc>
          <w:tcPr>
            <w:tcW w:w="3360" w:type="dxa"/>
          </w:tcPr>
          <w:p w14:paraId="46928C5D" w14:textId="77777777" w:rsidR="001A35E2" w:rsidRPr="007C51E9" w:rsidRDefault="001A35E2">
            <w:pPr>
              <w:rPr>
                <w:rFonts w:ascii="Times New Roman" w:hAnsi="Times New Roman" w:cs="Times New Roman"/>
                <w:sz w:val="22"/>
              </w:rPr>
            </w:pPr>
          </w:p>
        </w:tc>
      </w:tr>
      <w:tr w:rsidR="001A35E2" w:rsidRPr="007C51E9" w14:paraId="407B74E3" w14:textId="77777777">
        <w:trPr>
          <w:jc w:val="center"/>
        </w:trPr>
        <w:tc>
          <w:tcPr>
            <w:tcW w:w="3360" w:type="dxa"/>
          </w:tcPr>
          <w:p w14:paraId="7B55A5FA" w14:textId="77777777" w:rsidR="001A35E2" w:rsidRPr="007C51E9" w:rsidRDefault="001A35E2">
            <w:pPr>
              <w:rPr>
                <w:rFonts w:ascii="Times New Roman" w:hAnsi="Times New Roman" w:cs="Times New Roman"/>
                <w:sz w:val="22"/>
              </w:rPr>
            </w:pPr>
          </w:p>
        </w:tc>
        <w:tc>
          <w:tcPr>
            <w:tcW w:w="3360" w:type="dxa"/>
          </w:tcPr>
          <w:p w14:paraId="1FCD5957" w14:textId="77777777" w:rsidR="001A35E2" w:rsidRPr="007C51E9" w:rsidRDefault="001A35E2">
            <w:pPr>
              <w:rPr>
                <w:rFonts w:ascii="Times New Roman" w:hAnsi="Times New Roman" w:cs="Times New Roman"/>
                <w:sz w:val="22"/>
              </w:rPr>
            </w:pPr>
          </w:p>
        </w:tc>
        <w:tc>
          <w:tcPr>
            <w:tcW w:w="3360" w:type="dxa"/>
          </w:tcPr>
          <w:p w14:paraId="23E91947" w14:textId="77777777" w:rsidR="001A35E2" w:rsidRPr="007C51E9" w:rsidRDefault="001A35E2">
            <w:pPr>
              <w:rPr>
                <w:rFonts w:ascii="Times New Roman" w:hAnsi="Times New Roman" w:cs="Times New Roman"/>
                <w:sz w:val="22"/>
              </w:rPr>
            </w:pPr>
          </w:p>
        </w:tc>
      </w:tr>
    </w:tbl>
    <w:p w14:paraId="5B3FF5DD" w14:textId="77777777" w:rsidR="001A35E2" w:rsidRPr="007C51E9" w:rsidRDefault="00457C6E">
      <w:pPr>
        <w:pStyle w:val="Heading1"/>
        <w:rPr>
          <w:rFonts w:ascii="Times New Roman" w:hAnsi="Times New Roman" w:cs="Times New Roman"/>
          <w:color w:val="auto"/>
          <w:sz w:val="22"/>
          <w:szCs w:val="22"/>
        </w:rPr>
      </w:pPr>
      <w:proofErr w:type="gramStart"/>
      <w:r w:rsidRPr="007C51E9">
        <w:rPr>
          <w:rFonts w:ascii="Times New Roman" w:hAnsi="Times New Roman" w:cs="Times New Roman"/>
          <w:color w:val="auto"/>
          <w:sz w:val="22"/>
          <w:szCs w:val="22"/>
        </w:rPr>
        <w:t>Expenditures</w:t>
      </w:r>
      <w:proofErr w:type="gramEnd"/>
    </w:p>
    <w:tbl>
      <w:tblPr>
        <w:tblStyle w:val="TableGrid"/>
        <w:tblW w:w="0" w:type="auto"/>
        <w:jc w:val="center"/>
        <w:tblLook w:val="04A0" w:firstRow="1" w:lastRow="0" w:firstColumn="1" w:lastColumn="0" w:noHBand="0" w:noVBand="1"/>
      </w:tblPr>
      <w:tblGrid>
        <w:gridCol w:w="3357"/>
        <w:gridCol w:w="3356"/>
        <w:gridCol w:w="3357"/>
      </w:tblGrid>
      <w:tr w:rsidR="001A35E2" w:rsidRPr="007C51E9" w14:paraId="54F7EB46" w14:textId="77777777">
        <w:trPr>
          <w:jc w:val="center"/>
        </w:trPr>
        <w:tc>
          <w:tcPr>
            <w:tcW w:w="3360" w:type="dxa"/>
            <w:shd w:val="clear" w:color="auto" w:fill="EDEDED"/>
          </w:tcPr>
          <w:p w14:paraId="3FC8117A"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Recipient</w:t>
            </w:r>
          </w:p>
        </w:tc>
        <w:tc>
          <w:tcPr>
            <w:tcW w:w="3360" w:type="dxa"/>
            <w:shd w:val="clear" w:color="auto" w:fill="EDEDED"/>
          </w:tcPr>
          <w:p w14:paraId="7953484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Amount</w:t>
            </w:r>
          </w:p>
        </w:tc>
        <w:tc>
          <w:tcPr>
            <w:tcW w:w="3360" w:type="dxa"/>
            <w:shd w:val="clear" w:color="auto" w:fill="EDEDED"/>
          </w:tcPr>
          <w:p w14:paraId="0B083578"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Purpose / Description</w:t>
            </w:r>
          </w:p>
        </w:tc>
      </w:tr>
      <w:tr w:rsidR="001A35E2" w:rsidRPr="007C51E9" w14:paraId="5360B3C7" w14:textId="77777777">
        <w:trPr>
          <w:jc w:val="center"/>
        </w:trPr>
        <w:tc>
          <w:tcPr>
            <w:tcW w:w="3360" w:type="dxa"/>
          </w:tcPr>
          <w:p w14:paraId="4609BC7D" w14:textId="77777777" w:rsidR="001A35E2" w:rsidRPr="007C51E9" w:rsidRDefault="001A35E2">
            <w:pPr>
              <w:rPr>
                <w:rFonts w:ascii="Times New Roman" w:hAnsi="Times New Roman" w:cs="Times New Roman"/>
                <w:sz w:val="22"/>
              </w:rPr>
            </w:pPr>
          </w:p>
        </w:tc>
        <w:tc>
          <w:tcPr>
            <w:tcW w:w="3360" w:type="dxa"/>
          </w:tcPr>
          <w:p w14:paraId="7E90DC00" w14:textId="77777777" w:rsidR="001A35E2" w:rsidRPr="007C51E9" w:rsidRDefault="001A35E2">
            <w:pPr>
              <w:rPr>
                <w:rFonts w:ascii="Times New Roman" w:hAnsi="Times New Roman" w:cs="Times New Roman"/>
                <w:sz w:val="22"/>
              </w:rPr>
            </w:pPr>
          </w:p>
        </w:tc>
        <w:tc>
          <w:tcPr>
            <w:tcW w:w="3360" w:type="dxa"/>
          </w:tcPr>
          <w:p w14:paraId="1654EEFA" w14:textId="77777777" w:rsidR="001A35E2" w:rsidRPr="007C51E9" w:rsidRDefault="001A35E2">
            <w:pPr>
              <w:rPr>
                <w:rFonts w:ascii="Times New Roman" w:hAnsi="Times New Roman" w:cs="Times New Roman"/>
                <w:sz w:val="22"/>
              </w:rPr>
            </w:pPr>
          </w:p>
        </w:tc>
      </w:tr>
      <w:tr w:rsidR="001A35E2" w:rsidRPr="007C51E9" w14:paraId="1D907CB0" w14:textId="77777777">
        <w:trPr>
          <w:jc w:val="center"/>
        </w:trPr>
        <w:tc>
          <w:tcPr>
            <w:tcW w:w="3360" w:type="dxa"/>
          </w:tcPr>
          <w:p w14:paraId="3FDDB3A8" w14:textId="77777777" w:rsidR="001A35E2" w:rsidRPr="007C51E9" w:rsidRDefault="001A35E2">
            <w:pPr>
              <w:rPr>
                <w:rFonts w:ascii="Times New Roman" w:hAnsi="Times New Roman" w:cs="Times New Roman"/>
                <w:sz w:val="22"/>
              </w:rPr>
            </w:pPr>
          </w:p>
        </w:tc>
        <w:tc>
          <w:tcPr>
            <w:tcW w:w="3360" w:type="dxa"/>
          </w:tcPr>
          <w:p w14:paraId="3742101E" w14:textId="77777777" w:rsidR="001A35E2" w:rsidRPr="007C51E9" w:rsidRDefault="001A35E2">
            <w:pPr>
              <w:rPr>
                <w:rFonts w:ascii="Times New Roman" w:hAnsi="Times New Roman" w:cs="Times New Roman"/>
                <w:sz w:val="22"/>
              </w:rPr>
            </w:pPr>
          </w:p>
        </w:tc>
        <w:tc>
          <w:tcPr>
            <w:tcW w:w="3360" w:type="dxa"/>
          </w:tcPr>
          <w:p w14:paraId="7C7131CD" w14:textId="77777777" w:rsidR="001A35E2" w:rsidRPr="007C51E9" w:rsidRDefault="001A35E2">
            <w:pPr>
              <w:rPr>
                <w:rFonts w:ascii="Times New Roman" w:hAnsi="Times New Roman" w:cs="Times New Roman"/>
                <w:sz w:val="22"/>
              </w:rPr>
            </w:pPr>
          </w:p>
        </w:tc>
      </w:tr>
      <w:tr w:rsidR="001A35E2" w:rsidRPr="007C51E9" w14:paraId="152167DD" w14:textId="77777777">
        <w:trPr>
          <w:jc w:val="center"/>
        </w:trPr>
        <w:tc>
          <w:tcPr>
            <w:tcW w:w="3360" w:type="dxa"/>
          </w:tcPr>
          <w:p w14:paraId="4B0C1F1D" w14:textId="77777777" w:rsidR="001A35E2" w:rsidRPr="007C51E9" w:rsidRDefault="001A35E2">
            <w:pPr>
              <w:rPr>
                <w:rFonts w:ascii="Times New Roman" w:hAnsi="Times New Roman" w:cs="Times New Roman"/>
                <w:sz w:val="22"/>
              </w:rPr>
            </w:pPr>
          </w:p>
        </w:tc>
        <w:tc>
          <w:tcPr>
            <w:tcW w:w="3360" w:type="dxa"/>
          </w:tcPr>
          <w:p w14:paraId="2B1277B3" w14:textId="77777777" w:rsidR="001A35E2" w:rsidRPr="007C51E9" w:rsidRDefault="001A35E2">
            <w:pPr>
              <w:rPr>
                <w:rFonts w:ascii="Times New Roman" w:hAnsi="Times New Roman" w:cs="Times New Roman"/>
                <w:sz w:val="22"/>
              </w:rPr>
            </w:pPr>
          </w:p>
        </w:tc>
        <w:tc>
          <w:tcPr>
            <w:tcW w:w="3360" w:type="dxa"/>
          </w:tcPr>
          <w:p w14:paraId="7E86D189" w14:textId="77777777" w:rsidR="001A35E2" w:rsidRPr="007C51E9" w:rsidRDefault="001A35E2">
            <w:pPr>
              <w:rPr>
                <w:rFonts w:ascii="Times New Roman" w:hAnsi="Times New Roman" w:cs="Times New Roman"/>
                <w:sz w:val="22"/>
              </w:rPr>
            </w:pPr>
          </w:p>
        </w:tc>
      </w:tr>
      <w:tr w:rsidR="001A35E2" w:rsidRPr="007C51E9" w14:paraId="4261C369" w14:textId="77777777">
        <w:trPr>
          <w:jc w:val="center"/>
        </w:trPr>
        <w:tc>
          <w:tcPr>
            <w:tcW w:w="3360" w:type="dxa"/>
          </w:tcPr>
          <w:p w14:paraId="3D9A3CC3" w14:textId="77777777" w:rsidR="001A35E2" w:rsidRPr="007C51E9" w:rsidRDefault="001A35E2">
            <w:pPr>
              <w:rPr>
                <w:rFonts w:ascii="Times New Roman" w:hAnsi="Times New Roman" w:cs="Times New Roman"/>
                <w:sz w:val="22"/>
              </w:rPr>
            </w:pPr>
          </w:p>
        </w:tc>
        <w:tc>
          <w:tcPr>
            <w:tcW w:w="3360" w:type="dxa"/>
          </w:tcPr>
          <w:p w14:paraId="6119D683" w14:textId="77777777" w:rsidR="001A35E2" w:rsidRPr="007C51E9" w:rsidRDefault="001A35E2">
            <w:pPr>
              <w:rPr>
                <w:rFonts w:ascii="Times New Roman" w:hAnsi="Times New Roman" w:cs="Times New Roman"/>
                <w:sz w:val="22"/>
              </w:rPr>
            </w:pPr>
          </w:p>
        </w:tc>
        <w:tc>
          <w:tcPr>
            <w:tcW w:w="3360" w:type="dxa"/>
          </w:tcPr>
          <w:p w14:paraId="374738FB" w14:textId="77777777" w:rsidR="001A35E2" w:rsidRPr="007C51E9" w:rsidRDefault="001A35E2">
            <w:pPr>
              <w:rPr>
                <w:rFonts w:ascii="Times New Roman" w:hAnsi="Times New Roman" w:cs="Times New Roman"/>
                <w:sz w:val="22"/>
              </w:rPr>
            </w:pPr>
          </w:p>
        </w:tc>
      </w:tr>
      <w:tr w:rsidR="001A35E2" w:rsidRPr="007C51E9" w14:paraId="1CD7567B" w14:textId="77777777">
        <w:trPr>
          <w:jc w:val="center"/>
        </w:trPr>
        <w:tc>
          <w:tcPr>
            <w:tcW w:w="3360" w:type="dxa"/>
          </w:tcPr>
          <w:p w14:paraId="3B925EE6" w14:textId="77777777" w:rsidR="001A35E2" w:rsidRPr="007C51E9" w:rsidRDefault="001A35E2">
            <w:pPr>
              <w:rPr>
                <w:rFonts w:ascii="Times New Roman" w:hAnsi="Times New Roman" w:cs="Times New Roman"/>
                <w:sz w:val="22"/>
              </w:rPr>
            </w:pPr>
          </w:p>
        </w:tc>
        <w:tc>
          <w:tcPr>
            <w:tcW w:w="3360" w:type="dxa"/>
          </w:tcPr>
          <w:p w14:paraId="794F6987" w14:textId="77777777" w:rsidR="001A35E2" w:rsidRPr="007C51E9" w:rsidRDefault="001A35E2">
            <w:pPr>
              <w:rPr>
                <w:rFonts w:ascii="Times New Roman" w:hAnsi="Times New Roman" w:cs="Times New Roman"/>
                <w:sz w:val="22"/>
              </w:rPr>
            </w:pPr>
          </w:p>
        </w:tc>
        <w:tc>
          <w:tcPr>
            <w:tcW w:w="3360" w:type="dxa"/>
          </w:tcPr>
          <w:p w14:paraId="76906749" w14:textId="77777777" w:rsidR="001A35E2" w:rsidRPr="007C51E9" w:rsidRDefault="001A35E2">
            <w:pPr>
              <w:rPr>
                <w:rFonts w:ascii="Times New Roman" w:hAnsi="Times New Roman" w:cs="Times New Roman"/>
                <w:sz w:val="22"/>
              </w:rPr>
            </w:pPr>
          </w:p>
        </w:tc>
      </w:tr>
      <w:tr w:rsidR="001A35E2" w:rsidRPr="007C51E9" w14:paraId="30FF0C1B" w14:textId="77777777">
        <w:trPr>
          <w:jc w:val="center"/>
        </w:trPr>
        <w:tc>
          <w:tcPr>
            <w:tcW w:w="3360" w:type="dxa"/>
          </w:tcPr>
          <w:p w14:paraId="0C1D6303" w14:textId="77777777" w:rsidR="001A35E2" w:rsidRPr="007C51E9" w:rsidRDefault="001A35E2">
            <w:pPr>
              <w:rPr>
                <w:rFonts w:ascii="Times New Roman" w:hAnsi="Times New Roman" w:cs="Times New Roman"/>
                <w:sz w:val="22"/>
              </w:rPr>
            </w:pPr>
          </w:p>
        </w:tc>
        <w:tc>
          <w:tcPr>
            <w:tcW w:w="3360" w:type="dxa"/>
          </w:tcPr>
          <w:p w14:paraId="5E6C11A7" w14:textId="77777777" w:rsidR="001A35E2" w:rsidRPr="007C51E9" w:rsidRDefault="001A35E2">
            <w:pPr>
              <w:rPr>
                <w:rFonts w:ascii="Times New Roman" w:hAnsi="Times New Roman" w:cs="Times New Roman"/>
                <w:sz w:val="22"/>
              </w:rPr>
            </w:pPr>
          </w:p>
        </w:tc>
        <w:tc>
          <w:tcPr>
            <w:tcW w:w="3360" w:type="dxa"/>
          </w:tcPr>
          <w:p w14:paraId="72EE09E8" w14:textId="77777777" w:rsidR="001A35E2" w:rsidRPr="007C51E9" w:rsidRDefault="001A35E2">
            <w:pPr>
              <w:rPr>
                <w:rFonts w:ascii="Times New Roman" w:hAnsi="Times New Roman" w:cs="Times New Roman"/>
                <w:sz w:val="22"/>
              </w:rPr>
            </w:pPr>
          </w:p>
        </w:tc>
      </w:tr>
    </w:tbl>
    <w:p w14:paraId="43804758"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I certify that this campaign finance statement is true and complete to the best of my knowledge.</w:t>
      </w:r>
    </w:p>
    <w:p w14:paraId="2B3DC526"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Signature </w:t>
      </w:r>
      <w:r w:rsidRPr="007C51E9">
        <w:rPr>
          <w:rFonts w:ascii="Times New Roman" w:hAnsi="Times New Roman" w:cs="Times New Roman"/>
          <w:sz w:val="22"/>
        </w:rPr>
        <w:t>_____________________________________________</w:t>
      </w:r>
    </w:p>
    <w:p w14:paraId="7BC115E6"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Date </w:t>
      </w:r>
      <w:r w:rsidRPr="007C51E9">
        <w:rPr>
          <w:rFonts w:ascii="Times New Roman" w:hAnsi="Times New Roman" w:cs="Times New Roman"/>
          <w:sz w:val="22"/>
        </w:rPr>
        <w:t>______________________________</w:t>
      </w:r>
    </w:p>
    <w:p w14:paraId="39720341"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65F3A143"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4E7E8093"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CONFLICT OF INTEREST DISCLOSURE STATEMENT</w:t>
      </w:r>
    </w:p>
    <w:p w14:paraId="66175D31"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Municipal Midterm Vacancy Applicant</w:t>
      </w:r>
    </w:p>
    <w:p w14:paraId="295F202E"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Complete each section. If a section does not apply, write “None” or “N/A.” This statement is required for a vacancy applicant under Utah Code § 20A-1-510 and § 10-3-301.5. The City Recorder is required to post the disclosure electronically for public inspection.</w:t>
      </w:r>
    </w:p>
    <w:p w14:paraId="41625675"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 Applicant Name</w:t>
      </w:r>
    </w:p>
    <w:p w14:paraId="125D3664" w14:textId="5C054BF7"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w:t>
      </w:r>
    </w:p>
    <w:p w14:paraId="1CFC6688"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B. Current employers and employers during the preceding year</w:t>
      </w:r>
    </w:p>
    <w:p w14:paraId="19F63ED5"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the name and address of each employer and briefly describe your employment, occupation, and job title, if applicable.</w:t>
      </w:r>
    </w:p>
    <w:p w14:paraId="49B355A5" w14:textId="028EC7F4"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983D6"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C. Entities in which you are or were an owner or officer during the preceding year</w:t>
      </w:r>
    </w:p>
    <w:p w14:paraId="3C73B45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For each entity, list the name, type of business/activity, and your position.</w:t>
      </w:r>
    </w:p>
    <w:p w14:paraId="5B78A109" w14:textId="308CFE24"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C6CAA2"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D. Sources of $5,000 or more in income during the preceding year</w:t>
      </w:r>
    </w:p>
    <w:p w14:paraId="0E588611"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For each individual or entity, list the name and briefly describe the type of business/activity. If you provide goods or services to multiple clients through a business or licensed profession, identify the entity or practice rather than individual clients.</w:t>
      </w:r>
    </w:p>
    <w:p w14:paraId="5C4F2A55" w14:textId="5EAE17FF"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17D38C"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E. Stocks or bonds valued at $5,000 or more</w:t>
      </w:r>
    </w:p>
    <w:p w14:paraId="011B8571"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each entity in which you hold or held qualifying stocks or bonds and describe its business/activity. Do not include third-party managed funds such as blind trusts, managed investment accounts, or mutual funds.</w:t>
      </w:r>
    </w:p>
    <w:p w14:paraId="59A443F5" w14:textId="1C4EA41A" w:rsidR="001A35E2"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E7C7EB" w14:textId="77777777" w:rsidR="00354EC2" w:rsidRDefault="00354EC2">
      <w:pPr>
        <w:rPr>
          <w:rFonts w:ascii="Times New Roman" w:hAnsi="Times New Roman" w:cs="Times New Roman"/>
          <w:sz w:val="22"/>
        </w:rPr>
      </w:pPr>
    </w:p>
    <w:p w14:paraId="7C6E2BCC" w14:textId="77777777" w:rsidR="00354EC2" w:rsidRDefault="00354EC2">
      <w:pPr>
        <w:rPr>
          <w:rFonts w:ascii="Times New Roman" w:hAnsi="Times New Roman" w:cs="Times New Roman"/>
          <w:sz w:val="22"/>
        </w:rPr>
      </w:pPr>
    </w:p>
    <w:p w14:paraId="0B28C63B" w14:textId="77777777" w:rsidR="00354EC2" w:rsidRPr="007C51E9" w:rsidRDefault="00354EC2">
      <w:pPr>
        <w:rPr>
          <w:rFonts w:ascii="Times New Roman" w:hAnsi="Times New Roman" w:cs="Times New Roman"/>
          <w:sz w:val="22"/>
        </w:rPr>
      </w:pPr>
    </w:p>
    <w:p w14:paraId="0DCFEAE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lastRenderedPageBreak/>
        <w:t>F. Other board or leadership positions</w:t>
      </w:r>
    </w:p>
    <w:p w14:paraId="7C73F5D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entities not already disclosed where you currently serve or served in the preceding year in a paid leadership capacity or a paid/unpaid board position; include the entity, its activity, and your position.</w:t>
      </w:r>
    </w:p>
    <w:p w14:paraId="4420BBE9" w14:textId="3E03598C"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D5C2E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G. Real property that may constitute a conflict (optional)</w:t>
      </w:r>
    </w:p>
    <w:p w14:paraId="41A39314"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Describe any real property interest you believe may constitute a conflict and the type of interest held.</w:t>
      </w:r>
    </w:p>
    <w:p w14:paraId="02F008F3" w14:textId="0AD27A21"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940587"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H. Spouse and spouse employment that may constitute a conflict</w:t>
      </w:r>
    </w:p>
    <w:p w14:paraId="42A4EF2D"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your spouse’s name and any current or preceding-year employer of your spouse that you believe may constitute a conflict of interest.</w:t>
      </w:r>
    </w:p>
    <w:p w14:paraId="5FAC1E97" w14:textId="763A1A58"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1E6A35"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 xml:space="preserve">I. Other adults in </w:t>
      </w:r>
      <w:proofErr w:type="gramStart"/>
      <w:r w:rsidRPr="007C51E9">
        <w:rPr>
          <w:rFonts w:ascii="Times New Roman" w:hAnsi="Times New Roman" w:cs="Times New Roman"/>
          <w:b/>
          <w:sz w:val="22"/>
        </w:rPr>
        <w:t>household</w:t>
      </w:r>
      <w:proofErr w:type="gramEnd"/>
      <w:r w:rsidRPr="007C51E9">
        <w:rPr>
          <w:rFonts w:ascii="Times New Roman" w:hAnsi="Times New Roman" w:cs="Times New Roman"/>
          <w:b/>
          <w:sz w:val="22"/>
        </w:rPr>
        <w:t xml:space="preserve"> not related to you by blood</w:t>
      </w:r>
    </w:p>
    <w:p w14:paraId="4EDD6DE9"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List the name of any such adult residing in your household.</w:t>
      </w:r>
    </w:p>
    <w:p w14:paraId="1413B5E2" w14:textId="7173D299"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3562E9"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J. Employment/occupation of household adults listed above</w:t>
      </w:r>
    </w:p>
    <w:p w14:paraId="42206D3F"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For each adult listed in Section I, briefly describe employment or occupation if you believe the adult’s presence in your household may constitute a conflict of interest.</w:t>
      </w:r>
    </w:p>
    <w:p w14:paraId="248DAC1E" w14:textId="10460D02" w:rsidR="001A35E2" w:rsidRPr="007C51E9"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10D170"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K. Other matters or interests that may constitute a conflict (optional)</w:t>
      </w:r>
    </w:p>
    <w:p w14:paraId="223FAE0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Describe any other matter or interest you believe may constitute a conflict of interest.</w:t>
      </w:r>
    </w:p>
    <w:p w14:paraId="082503C5" w14:textId="103B5C7C" w:rsidR="001A35E2" w:rsidRDefault="00457C6E">
      <w:pPr>
        <w:rPr>
          <w:rFonts w:ascii="Times New Roman" w:hAnsi="Times New Roman" w:cs="Times New Roman"/>
          <w:sz w:val="22"/>
        </w:rPr>
      </w:pPr>
      <w:r w:rsidRPr="007C51E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758AAA" w14:textId="77777777" w:rsidR="00354EC2" w:rsidRDefault="00354EC2">
      <w:pPr>
        <w:rPr>
          <w:rFonts w:ascii="Times New Roman" w:hAnsi="Times New Roman" w:cs="Times New Roman"/>
          <w:sz w:val="22"/>
        </w:rPr>
      </w:pPr>
    </w:p>
    <w:p w14:paraId="19527F85" w14:textId="77777777" w:rsidR="00354EC2" w:rsidRPr="007C51E9" w:rsidRDefault="00354EC2">
      <w:pPr>
        <w:rPr>
          <w:rFonts w:ascii="Times New Roman" w:hAnsi="Times New Roman" w:cs="Times New Roman"/>
          <w:sz w:val="22"/>
        </w:rPr>
      </w:pPr>
    </w:p>
    <w:p w14:paraId="0F0E41EC" w14:textId="77777777" w:rsidR="001A35E2" w:rsidRDefault="00457C6E">
      <w:pPr>
        <w:rPr>
          <w:rFonts w:ascii="Times New Roman" w:hAnsi="Times New Roman" w:cs="Times New Roman"/>
          <w:sz w:val="22"/>
        </w:rPr>
      </w:pPr>
      <w:r w:rsidRPr="007C51E9">
        <w:rPr>
          <w:rFonts w:ascii="Times New Roman" w:hAnsi="Times New Roman" w:cs="Times New Roman"/>
          <w:sz w:val="22"/>
        </w:rPr>
        <w:lastRenderedPageBreak/>
        <w:t>I believe that this disclosure statement is true and accurate to the best of my knowledge.</w:t>
      </w:r>
    </w:p>
    <w:p w14:paraId="01B46384" w14:textId="77777777" w:rsidR="00354EC2" w:rsidRPr="007C51E9" w:rsidRDefault="00354EC2">
      <w:pPr>
        <w:rPr>
          <w:rFonts w:ascii="Times New Roman" w:hAnsi="Times New Roman" w:cs="Times New Roman"/>
          <w:sz w:val="22"/>
        </w:rPr>
      </w:pPr>
    </w:p>
    <w:p w14:paraId="3103B00C" w14:textId="77777777" w:rsidR="001A35E2" w:rsidRDefault="00457C6E">
      <w:pPr>
        <w:spacing w:after="140"/>
        <w:rPr>
          <w:rFonts w:ascii="Times New Roman" w:hAnsi="Times New Roman" w:cs="Times New Roman"/>
          <w:sz w:val="22"/>
        </w:rPr>
      </w:pPr>
      <w:r w:rsidRPr="007C51E9">
        <w:rPr>
          <w:rFonts w:ascii="Times New Roman" w:hAnsi="Times New Roman" w:cs="Times New Roman"/>
          <w:b/>
          <w:sz w:val="22"/>
        </w:rPr>
        <w:t xml:space="preserve">Date Completed </w:t>
      </w:r>
      <w:r w:rsidRPr="007C51E9">
        <w:rPr>
          <w:rFonts w:ascii="Times New Roman" w:hAnsi="Times New Roman" w:cs="Times New Roman"/>
          <w:sz w:val="22"/>
        </w:rPr>
        <w:t>______________________________</w:t>
      </w:r>
    </w:p>
    <w:p w14:paraId="264CB583" w14:textId="77777777" w:rsidR="00354EC2" w:rsidRPr="007C51E9" w:rsidRDefault="00354EC2">
      <w:pPr>
        <w:spacing w:after="140"/>
        <w:rPr>
          <w:rFonts w:ascii="Times New Roman" w:hAnsi="Times New Roman" w:cs="Times New Roman"/>
          <w:sz w:val="22"/>
        </w:rPr>
      </w:pPr>
    </w:p>
    <w:p w14:paraId="75858C1E" w14:textId="77777777" w:rsidR="001A35E2" w:rsidRPr="007C51E9" w:rsidRDefault="00457C6E">
      <w:pPr>
        <w:spacing w:after="140"/>
        <w:rPr>
          <w:rFonts w:ascii="Times New Roman" w:hAnsi="Times New Roman" w:cs="Times New Roman"/>
          <w:sz w:val="22"/>
        </w:rPr>
      </w:pPr>
      <w:r w:rsidRPr="007C51E9">
        <w:rPr>
          <w:rFonts w:ascii="Times New Roman" w:hAnsi="Times New Roman" w:cs="Times New Roman"/>
          <w:b/>
          <w:sz w:val="22"/>
        </w:rPr>
        <w:t xml:space="preserve">Signature </w:t>
      </w:r>
      <w:r w:rsidRPr="007C51E9">
        <w:rPr>
          <w:rFonts w:ascii="Times New Roman" w:hAnsi="Times New Roman" w:cs="Times New Roman"/>
          <w:sz w:val="22"/>
        </w:rPr>
        <w:t>_____________________________________________</w:t>
      </w:r>
    </w:p>
    <w:p w14:paraId="1F5D5599"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br w:type="page"/>
      </w:r>
    </w:p>
    <w:p w14:paraId="5AA97FA9"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lastRenderedPageBreak/>
        <w:t>MT. PLEASANT CITY, UTAH</w:t>
      </w:r>
    </w:p>
    <w:p w14:paraId="33934F43"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b/>
          <w:sz w:val="22"/>
        </w:rPr>
        <w:t>APPLICANT INFORMATION</w:t>
      </w:r>
    </w:p>
    <w:p w14:paraId="35548127" w14:textId="77777777" w:rsidR="001A35E2" w:rsidRPr="007C51E9" w:rsidRDefault="00457C6E">
      <w:pPr>
        <w:jc w:val="center"/>
        <w:rPr>
          <w:rFonts w:ascii="Times New Roman" w:hAnsi="Times New Roman" w:cs="Times New Roman"/>
          <w:sz w:val="22"/>
        </w:rPr>
      </w:pPr>
      <w:r w:rsidRPr="007C51E9">
        <w:rPr>
          <w:rFonts w:ascii="Times New Roman" w:hAnsi="Times New Roman" w:cs="Times New Roman"/>
          <w:i/>
          <w:sz w:val="22"/>
        </w:rPr>
        <w:t>Important Dates and Public Disclosure</w:t>
      </w:r>
    </w:p>
    <w:p w14:paraId="05EB7769"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Important Dates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200"/>
      </w:tblGrid>
      <w:tr w:rsidR="001A35E2" w:rsidRPr="007C51E9" w14:paraId="633FE6C4" w14:textId="77777777" w:rsidTr="00E267B3">
        <w:trPr>
          <w:jc w:val="center"/>
        </w:trPr>
        <w:tc>
          <w:tcPr>
            <w:tcW w:w="2880" w:type="dxa"/>
            <w:tcMar>
              <w:top w:w="90" w:type="dxa"/>
              <w:left w:w="100" w:type="dxa"/>
              <w:bottom w:w="90" w:type="dxa"/>
              <w:right w:w="100" w:type="dxa"/>
            </w:tcMar>
            <w:vAlign w:val="center"/>
          </w:tcPr>
          <w:p w14:paraId="35509A2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Application / Disclosure Deadline</w:t>
            </w:r>
          </w:p>
        </w:tc>
        <w:tc>
          <w:tcPr>
            <w:tcW w:w="7200" w:type="dxa"/>
            <w:tcMar>
              <w:top w:w="90" w:type="dxa"/>
              <w:left w:w="100" w:type="dxa"/>
              <w:bottom w:w="90" w:type="dxa"/>
              <w:right w:w="100" w:type="dxa"/>
            </w:tcMar>
            <w:vAlign w:val="center"/>
          </w:tcPr>
          <w:p w14:paraId="703603E2"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Wednesday, October 14, 2026, 5:00 p.m.</w:t>
            </w:r>
          </w:p>
        </w:tc>
      </w:tr>
      <w:tr w:rsidR="001A35E2" w:rsidRPr="007C51E9" w14:paraId="03CD98AE" w14:textId="77777777" w:rsidTr="00E267B3">
        <w:trPr>
          <w:jc w:val="center"/>
        </w:trPr>
        <w:tc>
          <w:tcPr>
            <w:tcW w:w="2880" w:type="dxa"/>
            <w:tcMar>
              <w:top w:w="90" w:type="dxa"/>
              <w:left w:w="100" w:type="dxa"/>
              <w:bottom w:w="90" w:type="dxa"/>
              <w:right w:w="100" w:type="dxa"/>
            </w:tcMar>
            <w:vAlign w:val="center"/>
          </w:tcPr>
          <w:p w14:paraId="2584DC2D"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Interview / Appointment Meeting</w:t>
            </w:r>
          </w:p>
        </w:tc>
        <w:tc>
          <w:tcPr>
            <w:tcW w:w="7200" w:type="dxa"/>
            <w:tcMar>
              <w:top w:w="90" w:type="dxa"/>
              <w:left w:w="100" w:type="dxa"/>
              <w:bottom w:w="90" w:type="dxa"/>
              <w:right w:w="100" w:type="dxa"/>
            </w:tcMar>
            <w:vAlign w:val="center"/>
          </w:tcPr>
          <w:p w14:paraId="74FF5E32" w14:textId="408CA34A" w:rsidR="001A35E2" w:rsidRPr="007C51E9" w:rsidRDefault="00370CDD">
            <w:pPr>
              <w:rPr>
                <w:rFonts w:ascii="Times New Roman" w:hAnsi="Times New Roman" w:cs="Times New Roman"/>
                <w:sz w:val="22"/>
              </w:rPr>
            </w:pPr>
            <w:r>
              <w:rPr>
                <w:rFonts w:ascii="Times New Roman" w:hAnsi="Times New Roman" w:cs="Times New Roman"/>
                <w:sz w:val="22"/>
              </w:rPr>
              <w:t>Monday, October 19</w:t>
            </w:r>
            <w:r w:rsidR="00457C6E" w:rsidRPr="007C51E9">
              <w:rPr>
                <w:rFonts w:ascii="Times New Roman" w:hAnsi="Times New Roman" w:cs="Times New Roman"/>
                <w:sz w:val="22"/>
              </w:rPr>
              <w:t>,</w:t>
            </w:r>
            <w:r>
              <w:rPr>
                <w:rFonts w:ascii="Times New Roman" w:hAnsi="Times New Roman" w:cs="Times New Roman"/>
                <w:sz w:val="22"/>
              </w:rPr>
              <w:t xml:space="preserve"> 2026,</w:t>
            </w:r>
            <w:r w:rsidR="00457C6E" w:rsidRPr="007C51E9">
              <w:rPr>
                <w:rFonts w:ascii="Times New Roman" w:hAnsi="Times New Roman" w:cs="Times New Roman"/>
                <w:sz w:val="22"/>
              </w:rPr>
              <w:t xml:space="preserve"> 6:30 p.m.</w:t>
            </w:r>
          </w:p>
        </w:tc>
      </w:tr>
      <w:tr w:rsidR="001A35E2" w:rsidRPr="007C51E9" w14:paraId="5EDA6BB2" w14:textId="77777777" w:rsidTr="00E267B3">
        <w:trPr>
          <w:jc w:val="center"/>
        </w:trPr>
        <w:tc>
          <w:tcPr>
            <w:tcW w:w="2880" w:type="dxa"/>
            <w:tcMar>
              <w:top w:w="90" w:type="dxa"/>
              <w:left w:w="100" w:type="dxa"/>
              <w:bottom w:w="90" w:type="dxa"/>
              <w:right w:w="100" w:type="dxa"/>
            </w:tcMar>
            <w:vAlign w:val="center"/>
          </w:tcPr>
          <w:p w14:paraId="0167101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Vacancy Effective</w:t>
            </w:r>
          </w:p>
        </w:tc>
        <w:tc>
          <w:tcPr>
            <w:tcW w:w="7200" w:type="dxa"/>
            <w:tcMar>
              <w:top w:w="90" w:type="dxa"/>
              <w:left w:w="100" w:type="dxa"/>
              <w:bottom w:w="90" w:type="dxa"/>
              <w:right w:w="100" w:type="dxa"/>
            </w:tcMar>
            <w:vAlign w:val="center"/>
          </w:tcPr>
          <w:p w14:paraId="69E0599A"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Wednesday, October 7, 2026</w:t>
            </w:r>
          </w:p>
        </w:tc>
      </w:tr>
    </w:tbl>
    <w:p w14:paraId="7C626F8A"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Public Records and Posting</w:t>
      </w:r>
    </w:p>
    <w:p w14:paraId="675E0634"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Campaign finance statements are public records and are subject to statutory public-inspection and website-posting requirements. Conflict-of-interest disclosure statements must be posted electronically by the City Recorder no later than two business days after receipt and remain posted for at least 10 calendar days after the appointment.</w:t>
      </w:r>
    </w:p>
    <w:p w14:paraId="1D20E983" w14:textId="77777777" w:rsidR="001A35E2" w:rsidRPr="007C51E9" w:rsidRDefault="00457C6E">
      <w:pPr>
        <w:pStyle w:val="Heading1"/>
        <w:rPr>
          <w:rFonts w:ascii="Times New Roman" w:hAnsi="Times New Roman" w:cs="Times New Roman"/>
          <w:color w:val="auto"/>
          <w:sz w:val="22"/>
          <w:szCs w:val="22"/>
        </w:rPr>
      </w:pPr>
      <w:r w:rsidRPr="007C51E9">
        <w:rPr>
          <w:rFonts w:ascii="Times New Roman" w:hAnsi="Times New Roman" w:cs="Times New Roman"/>
          <w:color w:val="auto"/>
          <w:sz w:val="22"/>
          <w:szCs w:val="22"/>
        </w:rPr>
        <w:t>Where to Submit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200"/>
      </w:tblGrid>
      <w:tr w:rsidR="001A35E2" w:rsidRPr="007C51E9" w14:paraId="6B33AEE4" w14:textId="77777777" w:rsidTr="00E267B3">
        <w:trPr>
          <w:jc w:val="center"/>
        </w:trPr>
        <w:tc>
          <w:tcPr>
            <w:tcW w:w="2880" w:type="dxa"/>
            <w:tcMar>
              <w:top w:w="90" w:type="dxa"/>
              <w:left w:w="100" w:type="dxa"/>
              <w:bottom w:w="90" w:type="dxa"/>
              <w:right w:w="100" w:type="dxa"/>
            </w:tcMar>
            <w:vAlign w:val="center"/>
          </w:tcPr>
          <w:p w14:paraId="12AAFA4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City Recorder</w:t>
            </w:r>
          </w:p>
        </w:tc>
        <w:tc>
          <w:tcPr>
            <w:tcW w:w="7200" w:type="dxa"/>
            <w:tcMar>
              <w:top w:w="90" w:type="dxa"/>
              <w:left w:w="100" w:type="dxa"/>
              <w:bottom w:w="90" w:type="dxa"/>
              <w:right w:w="100" w:type="dxa"/>
            </w:tcMar>
            <w:vAlign w:val="center"/>
          </w:tcPr>
          <w:p w14:paraId="4450CF7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Natalie Crosby</w:t>
            </w:r>
          </w:p>
        </w:tc>
      </w:tr>
      <w:tr w:rsidR="001A35E2" w:rsidRPr="007C51E9" w14:paraId="570D9B55" w14:textId="77777777" w:rsidTr="00E267B3">
        <w:trPr>
          <w:jc w:val="center"/>
        </w:trPr>
        <w:tc>
          <w:tcPr>
            <w:tcW w:w="2880" w:type="dxa"/>
            <w:tcMar>
              <w:top w:w="90" w:type="dxa"/>
              <w:left w:w="100" w:type="dxa"/>
              <w:bottom w:w="90" w:type="dxa"/>
              <w:right w:w="100" w:type="dxa"/>
            </w:tcMar>
            <w:vAlign w:val="center"/>
          </w:tcPr>
          <w:p w14:paraId="38C9568B"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Address</w:t>
            </w:r>
          </w:p>
        </w:tc>
        <w:tc>
          <w:tcPr>
            <w:tcW w:w="7200" w:type="dxa"/>
            <w:tcMar>
              <w:top w:w="90" w:type="dxa"/>
              <w:left w:w="100" w:type="dxa"/>
              <w:bottom w:w="90" w:type="dxa"/>
              <w:right w:w="100" w:type="dxa"/>
            </w:tcMar>
            <w:vAlign w:val="center"/>
          </w:tcPr>
          <w:p w14:paraId="1F09D3C3" w14:textId="5C8234CF" w:rsidR="001A35E2" w:rsidRPr="007C51E9" w:rsidRDefault="00BA0333">
            <w:pPr>
              <w:rPr>
                <w:rFonts w:ascii="Times New Roman" w:hAnsi="Times New Roman" w:cs="Times New Roman"/>
                <w:sz w:val="22"/>
              </w:rPr>
            </w:pPr>
            <w:r>
              <w:rPr>
                <w:rFonts w:ascii="Times New Roman" w:hAnsi="Times New Roman" w:cs="Times New Roman"/>
                <w:sz w:val="22"/>
              </w:rPr>
              <w:t>106</w:t>
            </w:r>
            <w:r w:rsidR="00457C6E" w:rsidRPr="007C51E9">
              <w:rPr>
                <w:rFonts w:ascii="Times New Roman" w:hAnsi="Times New Roman" w:cs="Times New Roman"/>
                <w:sz w:val="22"/>
              </w:rPr>
              <w:t xml:space="preserve"> West Main Street, Mt. Pleasant, Utah 84647</w:t>
            </w:r>
          </w:p>
        </w:tc>
      </w:tr>
      <w:tr w:rsidR="001A35E2" w:rsidRPr="007C51E9" w14:paraId="3D30E9E1" w14:textId="77777777" w:rsidTr="00E267B3">
        <w:trPr>
          <w:jc w:val="center"/>
        </w:trPr>
        <w:tc>
          <w:tcPr>
            <w:tcW w:w="2880" w:type="dxa"/>
            <w:tcMar>
              <w:top w:w="90" w:type="dxa"/>
              <w:left w:w="100" w:type="dxa"/>
              <w:bottom w:w="90" w:type="dxa"/>
              <w:right w:w="100" w:type="dxa"/>
            </w:tcMar>
            <w:vAlign w:val="center"/>
          </w:tcPr>
          <w:p w14:paraId="400CEE43" w14:textId="77777777" w:rsidR="001A35E2" w:rsidRPr="007C51E9" w:rsidRDefault="00457C6E">
            <w:pPr>
              <w:rPr>
                <w:rFonts w:ascii="Times New Roman" w:hAnsi="Times New Roman" w:cs="Times New Roman"/>
                <w:sz w:val="22"/>
              </w:rPr>
            </w:pPr>
            <w:r w:rsidRPr="007C51E9">
              <w:rPr>
                <w:rFonts w:ascii="Times New Roman" w:hAnsi="Times New Roman" w:cs="Times New Roman"/>
                <w:b/>
                <w:sz w:val="22"/>
              </w:rPr>
              <w:t>Email</w:t>
            </w:r>
          </w:p>
        </w:tc>
        <w:tc>
          <w:tcPr>
            <w:tcW w:w="7200" w:type="dxa"/>
            <w:tcMar>
              <w:top w:w="90" w:type="dxa"/>
              <w:left w:w="100" w:type="dxa"/>
              <w:bottom w:w="90" w:type="dxa"/>
              <w:right w:w="100" w:type="dxa"/>
            </w:tcMar>
            <w:vAlign w:val="center"/>
          </w:tcPr>
          <w:p w14:paraId="4B1D46C6" w14:textId="77777777" w:rsidR="001A35E2" w:rsidRPr="007C51E9" w:rsidRDefault="00457C6E">
            <w:pPr>
              <w:rPr>
                <w:rFonts w:ascii="Times New Roman" w:hAnsi="Times New Roman" w:cs="Times New Roman"/>
                <w:sz w:val="22"/>
              </w:rPr>
            </w:pPr>
            <w:r w:rsidRPr="007C51E9">
              <w:rPr>
                <w:rFonts w:ascii="Times New Roman" w:hAnsi="Times New Roman" w:cs="Times New Roman"/>
                <w:sz w:val="22"/>
              </w:rPr>
              <w:t>n.crosby@mpcityut.gov</w:t>
            </w:r>
          </w:p>
        </w:tc>
      </w:tr>
    </w:tbl>
    <w:p w14:paraId="107431BB" w14:textId="77777777" w:rsidR="00BA0333" w:rsidRDefault="00BA0333">
      <w:pPr>
        <w:rPr>
          <w:rFonts w:ascii="Times New Roman" w:hAnsi="Times New Roman" w:cs="Times New Roman"/>
          <w:sz w:val="22"/>
        </w:rPr>
      </w:pPr>
    </w:p>
    <w:p w14:paraId="18892F50" w14:textId="0A30E2A9" w:rsidR="001A35E2" w:rsidRDefault="00457C6E">
      <w:r w:rsidRPr="007C51E9">
        <w:rPr>
          <w:rFonts w:ascii="Times New Roman" w:hAnsi="Times New Roman" w:cs="Times New Roman"/>
          <w:sz w:val="22"/>
        </w:rPr>
        <w:t xml:space="preserve">Questions may be directed </w:t>
      </w:r>
      <w:proofErr w:type="gramStart"/>
      <w:r w:rsidRPr="007C51E9">
        <w:rPr>
          <w:rFonts w:ascii="Times New Roman" w:hAnsi="Times New Roman" w:cs="Times New Roman"/>
          <w:sz w:val="22"/>
        </w:rPr>
        <w:t>to</w:t>
      </w:r>
      <w:proofErr w:type="gramEnd"/>
      <w:r w:rsidRPr="007C51E9">
        <w:rPr>
          <w:rFonts w:ascii="Times New Roman" w:hAnsi="Times New Roman" w:cs="Times New Roman"/>
          <w:sz w:val="22"/>
        </w:rPr>
        <w:t xml:space="preserve"> the Mt. Pleasant City Recorder. Applicants are responsible for ensuring all required materials are received by the applicable</w:t>
      </w:r>
      <w:r w:rsidRPr="007C51E9">
        <w:t xml:space="preserve"> </w:t>
      </w:r>
      <w:r>
        <w:t>deadline.</w:t>
      </w:r>
    </w:p>
    <w:sectPr w:rsidR="001A35E2"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4131412">
    <w:abstractNumId w:val="8"/>
  </w:num>
  <w:num w:numId="2" w16cid:durableId="244414992">
    <w:abstractNumId w:val="6"/>
  </w:num>
  <w:num w:numId="3" w16cid:durableId="237516281">
    <w:abstractNumId w:val="5"/>
  </w:num>
  <w:num w:numId="4" w16cid:durableId="1012727942">
    <w:abstractNumId w:val="4"/>
  </w:num>
  <w:num w:numId="5" w16cid:durableId="2036031159">
    <w:abstractNumId w:val="7"/>
  </w:num>
  <w:num w:numId="6" w16cid:durableId="1389306290">
    <w:abstractNumId w:val="3"/>
  </w:num>
  <w:num w:numId="7" w16cid:durableId="2101291549">
    <w:abstractNumId w:val="2"/>
  </w:num>
  <w:num w:numId="8" w16cid:durableId="1156454020">
    <w:abstractNumId w:val="1"/>
  </w:num>
  <w:num w:numId="9" w16cid:durableId="1649938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35E2"/>
    <w:rsid w:val="00236A81"/>
    <w:rsid w:val="0029639D"/>
    <w:rsid w:val="00326F90"/>
    <w:rsid w:val="00354EC2"/>
    <w:rsid w:val="00370CDD"/>
    <w:rsid w:val="003D18C4"/>
    <w:rsid w:val="00457C6E"/>
    <w:rsid w:val="007C51E9"/>
    <w:rsid w:val="009373DD"/>
    <w:rsid w:val="00AA1D8D"/>
    <w:rsid w:val="00B47730"/>
    <w:rsid w:val="00BA0333"/>
    <w:rsid w:val="00CB0664"/>
    <w:rsid w:val="00E267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98CDB8"/>
  <w14:defaultImageDpi w14:val="300"/>
  <w15:docId w15:val="{9B00883B-7B6B-400E-A48B-DDE04AAA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Natalie Crosby</cp:lastModifiedBy>
  <cp:revision>5</cp:revision>
  <cp:lastPrinted>2026-09-22T16:45:00Z</cp:lastPrinted>
  <dcterms:created xsi:type="dcterms:W3CDTF">2026-09-22T16:44:00Z</dcterms:created>
  <dcterms:modified xsi:type="dcterms:W3CDTF">2026-09-30T20:23:00Z</dcterms:modified>
  <cp:category/>
</cp:coreProperties>
</file>