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42B2E" w14:textId="55342422" w:rsidR="00FC71A2" w:rsidRDefault="00FC71A2" w:rsidP="00D10C7A">
      <w:pPr>
        <w:pStyle w:val="Heading1"/>
        <w:spacing w:line="240" w:lineRule="auto"/>
        <w:rPr>
          <w:rFonts w:ascii="Times New Roman" w:hAnsi="Times New Roman" w:cs="Times New Roman"/>
          <w:color w:val="auto"/>
        </w:rPr>
      </w:pPr>
      <w:r w:rsidRPr="00FC71A2">
        <w:rPr>
          <w:rFonts w:ascii="Times New Roman" w:hAnsi="Times New Roman" w:cs="Times New Roman"/>
          <w:color w:val="auto"/>
        </w:rPr>
        <w:t>MT. PLEASANT CITY</w:t>
      </w:r>
    </w:p>
    <w:p w14:paraId="5CC123AF" w14:textId="77777777" w:rsidR="00D10C7A" w:rsidRPr="00D10C7A" w:rsidRDefault="00D10C7A" w:rsidP="00D10C7A"/>
    <w:p w14:paraId="102ACB99" w14:textId="77777777" w:rsidR="00CB7C8D" w:rsidRPr="00FC71A2" w:rsidRDefault="00FC71A2" w:rsidP="00FC71A2">
      <w:pPr>
        <w:pStyle w:val="Heading2"/>
        <w:spacing w:before="0" w:line="240" w:lineRule="auto"/>
        <w:rPr>
          <w:rFonts w:ascii="Times New Roman" w:hAnsi="Times New Roman" w:cs="Times New Roman"/>
          <w:color w:val="auto"/>
          <w:sz w:val="22"/>
          <w:szCs w:val="22"/>
        </w:rPr>
      </w:pPr>
      <w:r w:rsidRPr="00FC71A2">
        <w:rPr>
          <w:rFonts w:ascii="Times New Roman" w:hAnsi="Times New Roman" w:cs="Times New Roman"/>
          <w:color w:val="auto"/>
          <w:sz w:val="22"/>
          <w:szCs w:val="22"/>
        </w:rPr>
        <w:t>Planning Commission Meeting Minutes</w:t>
      </w:r>
    </w:p>
    <w:p w14:paraId="0B618985" w14:textId="4850D127" w:rsidR="00FC71A2" w:rsidRDefault="00503375" w:rsidP="00FC71A2">
      <w:pPr>
        <w:spacing w:line="240" w:lineRule="auto"/>
        <w:rPr>
          <w:rFonts w:ascii="Times New Roman" w:hAnsi="Times New Roman" w:cs="Times New Roman"/>
        </w:rPr>
      </w:pPr>
      <w:r>
        <w:rPr>
          <w:rFonts w:ascii="Times New Roman" w:hAnsi="Times New Roman" w:cs="Times New Roman"/>
        </w:rPr>
        <w:t>March</w:t>
      </w:r>
      <w:r w:rsidR="00FC71A2" w:rsidRPr="00FC71A2">
        <w:rPr>
          <w:rFonts w:ascii="Times New Roman" w:hAnsi="Times New Roman" w:cs="Times New Roman"/>
        </w:rPr>
        <w:t xml:space="preserve"> 17, 2026 – 12:00 p.m.</w:t>
      </w:r>
    </w:p>
    <w:p w14:paraId="02F9A79D" w14:textId="760DD2EB" w:rsidR="00CB7C8D" w:rsidRPr="00FC71A2" w:rsidRDefault="00FC71A2" w:rsidP="00FC71A2">
      <w:pPr>
        <w:spacing w:after="0" w:line="240" w:lineRule="auto"/>
        <w:rPr>
          <w:rFonts w:ascii="Times New Roman" w:hAnsi="Times New Roman" w:cs="Times New Roman"/>
        </w:rPr>
      </w:pPr>
      <w:r w:rsidRPr="00FC71A2">
        <w:rPr>
          <w:rFonts w:ascii="Times New Roman" w:hAnsi="Times New Roman" w:cs="Times New Roman"/>
        </w:rPr>
        <w:t>Mt. Pleasant City Council Room</w:t>
      </w:r>
    </w:p>
    <w:p w14:paraId="341642FC" w14:textId="77777777" w:rsidR="00FC71A2" w:rsidRDefault="00FC71A2" w:rsidP="00FC71A2">
      <w:pPr>
        <w:spacing w:after="0" w:line="240" w:lineRule="auto"/>
        <w:rPr>
          <w:rFonts w:ascii="Times New Roman" w:hAnsi="Times New Roman" w:cs="Times New Roman"/>
        </w:rPr>
      </w:pPr>
      <w:r w:rsidRPr="00FC71A2">
        <w:rPr>
          <w:rFonts w:ascii="Times New Roman" w:hAnsi="Times New Roman" w:cs="Times New Roman"/>
        </w:rPr>
        <w:t>115 West Main Street</w:t>
      </w:r>
    </w:p>
    <w:p w14:paraId="5DF7E865" w14:textId="714779B0" w:rsidR="00CB7C8D" w:rsidRDefault="00FC71A2" w:rsidP="00D10C7A">
      <w:pPr>
        <w:spacing w:after="0" w:line="240" w:lineRule="auto"/>
        <w:rPr>
          <w:rFonts w:ascii="Times New Roman" w:hAnsi="Times New Roman" w:cs="Times New Roman"/>
        </w:rPr>
      </w:pPr>
      <w:r w:rsidRPr="00FC71A2">
        <w:rPr>
          <w:rFonts w:ascii="Times New Roman" w:hAnsi="Times New Roman" w:cs="Times New Roman"/>
        </w:rPr>
        <w:t>Mt. Pleasant, Utah</w:t>
      </w:r>
    </w:p>
    <w:p w14:paraId="4C134369" w14:textId="77777777" w:rsidR="00D10C7A" w:rsidRPr="00FC71A2" w:rsidRDefault="00D10C7A" w:rsidP="00D10C7A">
      <w:pPr>
        <w:spacing w:after="0" w:line="240" w:lineRule="auto"/>
        <w:rPr>
          <w:rFonts w:ascii="Times New Roman" w:hAnsi="Times New Roman" w:cs="Times New Roman"/>
        </w:rPr>
      </w:pPr>
    </w:p>
    <w:p w14:paraId="0A9B4429" w14:textId="77777777" w:rsidR="00CB7C8D" w:rsidRPr="00FC71A2" w:rsidRDefault="00FC71A2" w:rsidP="00FC71A2">
      <w:pPr>
        <w:pStyle w:val="Heading3"/>
        <w:rPr>
          <w:rFonts w:ascii="Times New Roman" w:hAnsi="Times New Roman" w:cs="Times New Roman"/>
          <w:color w:val="auto"/>
        </w:rPr>
      </w:pPr>
      <w:r w:rsidRPr="00FC71A2">
        <w:rPr>
          <w:rFonts w:ascii="Times New Roman" w:hAnsi="Times New Roman" w:cs="Times New Roman"/>
          <w:color w:val="auto"/>
        </w:rPr>
        <w:t>1. Call to Order</w:t>
      </w:r>
    </w:p>
    <w:p w14:paraId="019287BB" w14:textId="77777777" w:rsidR="00CB7C8D" w:rsidRPr="00FC71A2" w:rsidRDefault="00FC71A2" w:rsidP="00FC71A2">
      <w:pPr>
        <w:rPr>
          <w:rFonts w:ascii="Times New Roman" w:hAnsi="Times New Roman" w:cs="Times New Roman"/>
        </w:rPr>
      </w:pPr>
      <w:r w:rsidRPr="00FC71A2">
        <w:rPr>
          <w:rFonts w:ascii="Times New Roman" w:hAnsi="Times New Roman" w:cs="Times New Roman"/>
        </w:rPr>
        <w:t>Chairman called the meeting to order at 12:00 p.m.</w:t>
      </w:r>
    </w:p>
    <w:p w14:paraId="6D6DB233" w14:textId="77777777" w:rsidR="00CB7C8D" w:rsidRPr="00FC71A2" w:rsidRDefault="00FC71A2" w:rsidP="00FC71A2">
      <w:pPr>
        <w:pStyle w:val="Heading3"/>
        <w:rPr>
          <w:rFonts w:ascii="Times New Roman" w:hAnsi="Times New Roman" w:cs="Times New Roman"/>
          <w:color w:val="auto"/>
        </w:rPr>
      </w:pPr>
      <w:r w:rsidRPr="00FC71A2">
        <w:rPr>
          <w:rFonts w:ascii="Times New Roman" w:hAnsi="Times New Roman" w:cs="Times New Roman"/>
          <w:color w:val="auto"/>
        </w:rPr>
        <w:t>2. Roll Call</w:t>
      </w:r>
    </w:p>
    <w:p w14:paraId="6C5D0DA7" w14:textId="77777777" w:rsidR="00D10C7A" w:rsidRDefault="00FC71A2" w:rsidP="00D10C7A">
      <w:pPr>
        <w:spacing w:after="0"/>
        <w:rPr>
          <w:rFonts w:ascii="Times New Roman" w:hAnsi="Times New Roman" w:cs="Times New Roman"/>
        </w:rPr>
      </w:pPr>
      <w:r w:rsidRPr="00FC71A2">
        <w:rPr>
          <w:rFonts w:ascii="Times New Roman" w:hAnsi="Times New Roman" w:cs="Times New Roman"/>
        </w:rPr>
        <w:t>Members Present: Ron Richmond, Bridger Varga, Bret Mikkelson, Dave Ames</w:t>
      </w:r>
      <w:r w:rsidR="00503375">
        <w:rPr>
          <w:rFonts w:ascii="Times New Roman" w:hAnsi="Times New Roman" w:cs="Times New Roman"/>
        </w:rPr>
        <w:t>, Brooke Allred</w:t>
      </w:r>
    </w:p>
    <w:p w14:paraId="3585D080" w14:textId="7E04245F" w:rsidR="00CB7C8D" w:rsidRDefault="00D10C7A" w:rsidP="00D10C7A">
      <w:pPr>
        <w:spacing w:after="0"/>
        <w:rPr>
          <w:rFonts w:ascii="Times New Roman" w:hAnsi="Times New Roman" w:cs="Times New Roman"/>
        </w:rPr>
      </w:pPr>
      <w:proofErr w:type="gramStart"/>
      <w:r w:rsidRPr="00FC71A2">
        <w:rPr>
          <w:rFonts w:ascii="Times New Roman" w:hAnsi="Times New Roman" w:cs="Times New Roman"/>
        </w:rPr>
        <w:t>Excused</w:t>
      </w:r>
      <w:proofErr w:type="gramEnd"/>
      <w:r w:rsidRPr="00FC71A2">
        <w:rPr>
          <w:rFonts w:ascii="Times New Roman" w:hAnsi="Times New Roman" w:cs="Times New Roman"/>
        </w:rPr>
        <w:t>:</w:t>
      </w:r>
      <w:r>
        <w:rPr>
          <w:rFonts w:ascii="Times New Roman" w:hAnsi="Times New Roman" w:cs="Times New Roman"/>
        </w:rPr>
        <w:t xml:space="preserve"> none</w:t>
      </w:r>
    </w:p>
    <w:p w14:paraId="5867E9A5" w14:textId="77777777" w:rsidR="00D10C7A" w:rsidRPr="00FC71A2" w:rsidRDefault="00D10C7A" w:rsidP="00D10C7A">
      <w:pPr>
        <w:spacing w:after="0"/>
        <w:rPr>
          <w:rFonts w:ascii="Times New Roman" w:hAnsi="Times New Roman" w:cs="Times New Roman"/>
        </w:rPr>
      </w:pPr>
    </w:p>
    <w:p w14:paraId="699C8455" w14:textId="77777777" w:rsidR="00CB7C8D" w:rsidRPr="00FC71A2" w:rsidRDefault="00FC71A2" w:rsidP="00FC71A2">
      <w:pPr>
        <w:pStyle w:val="Heading3"/>
        <w:rPr>
          <w:rFonts w:ascii="Times New Roman" w:hAnsi="Times New Roman" w:cs="Times New Roman"/>
          <w:color w:val="auto"/>
        </w:rPr>
      </w:pPr>
      <w:r w:rsidRPr="00FC71A2">
        <w:rPr>
          <w:rFonts w:ascii="Times New Roman" w:hAnsi="Times New Roman" w:cs="Times New Roman"/>
          <w:color w:val="auto"/>
        </w:rPr>
        <w:t>3. Approval of Minutes</w:t>
      </w:r>
    </w:p>
    <w:p w14:paraId="348D95CF" w14:textId="3CF73CEF" w:rsidR="00CB7C8D" w:rsidRPr="00FC71A2" w:rsidRDefault="00FC71A2" w:rsidP="00FC71A2">
      <w:pPr>
        <w:rPr>
          <w:rFonts w:ascii="Times New Roman" w:hAnsi="Times New Roman" w:cs="Times New Roman"/>
        </w:rPr>
      </w:pPr>
      <w:r w:rsidRPr="00FC71A2">
        <w:rPr>
          <w:rFonts w:ascii="Times New Roman" w:hAnsi="Times New Roman" w:cs="Times New Roman"/>
        </w:rPr>
        <w:t xml:space="preserve">Motion to approve the previous meeting minutes was made by </w:t>
      </w:r>
      <w:r w:rsidR="00503375">
        <w:rPr>
          <w:rFonts w:ascii="Times New Roman" w:hAnsi="Times New Roman" w:cs="Times New Roman"/>
        </w:rPr>
        <w:t>Brett Mikkelsen</w:t>
      </w:r>
      <w:r w:rsidRPr="00FC71A2">
        <w:rPr>
          <w:rFonts w:ascii="Times New Roman" w:hAnsi="Times New Roman" w:cs="Times New Roman"/>
        </w:rPr>
        <w:t xml:space="preserve"> and seconded by Br</w:t>
      </w:r>
      <w:r w:rsidR="00503375">
        <w:rPr>
          <w:rFonts w:ascii="Times New Roman" w:hAnsi="Times New Roman" w:cs="Times New Roman"/>
        </w:rPr>
        <w:t>idger Varga</w:t>
      </w:r>
      <w:r w:rsidRPr="00FC71A2">
        <w:rPr>
          <w:rFonts w:ascii="Times New Roman" w:hAnsi="Times New Roman" w:cs="Times New Roman"/>
        </w:rPr>
        <w:t>. Motion passed unanimously.</w:t>
      </w:r>
    </w:p>
    <w:p w14:paraId="36B8F360" w14:textId="27A56116" w:rsidR="00CB7C8D" w:rsidRPr="00FC71A2" w:rsidRDefault="00FC71A2" w:rsidP="00FC71A2">
      <w:pPr>
        <w:pStyle w:val="Heading3"/>
        <w:rPr>
          <w:rFonts w:ascii="Times New Roman" w:hAnsi="Times New Roman" w:cs="Times New Roman"/>
          <w:color w:val="auto"/>
        </w:rPr>
      </w:pPr>
      <w:r w:rsidRPr="00FC71A2">
        <w:rPr>
          <w:rFonts w:ascii="Times New Roman" w:hAnsi="Times New Roman" w:cs="Times New Roman"/>
          <w:color w:val="auto"/>
        </w:rPr>
        <w:t xml:space="preserve">4. </w:t>
      </w:r>
      <w:r w:rsidR="00503375">
        <w:rPr>
          <w:rFonts w:ascii="Times New Roman" w:hAnsi="Times New Roman" w:cs="Times New Roman"/>
          <w:color w:val="auto"/>
        </w:rPr>
        <w:t>Conditional Use Duplex at 183 N 400 E</w:t>
      </w:r>
    </w:p>
    <w:p w14:paraId="4EF9496E" w14:textId="43C66343" w:rsidR="00503375" w:rsidRPr="00FC71A2" w:rsidRDefault="00503375" w:rsidP="00FC71A2">
      <w:pPr>
        <w:rPr>
          <w:rFonts w:ascii="Times New Roman" w:hAnsi="Times New Roman" w:cs="Times New Roman"/>
        </w:rPr>
      </w:pPr>
      <w:r>
        <w:rPr>
          <w:rFonts w:ascii="Times New Roman" w:hAnsi="Times New Roman" w:cs="Times New Roman"/>
        </w:rPr>
        <w:t xml:space="preserve">Jake Wright presented a proposal to build a duplex at the address listed above.  There was a question asked about the lot split if it was approved prior.  It was approved a few years ago.  Jake Wright will live on one side of the duplex and rent out the other side.  Dave Ames asked if the water had been stubbed down.  Jake was going to </w:t>
      </w:r>
      <w:proofErr w:type="gramStart"/>
      <w:r>
        <w:rPr>
          <w:rFonts w:ascii="Times New Roman" w:hAnsi="Times New Roman" w:cs="Times New Roman"/>
        </w:rPr>
        <w:t>get</w:t>
      </w:r>
      <w:proofErr w:type="gramEnd"/>
      <w:r>
        <w:rPr>
          <w:rFonts w:ascii="Times New Roman" w:hAnsi="Times New Roman" w:cs="Times New Roman"/>
        </w:rPr>
        <w:t xml:space="preserve"> with the Public Works Director to make sure the irrigation was correct. Motion by Brett Mikelsen to approve Conditional Use Duplex, seconded by Ron Richmond.  Vote: </w:t>
      </w:r>
      <w:r w:rsidRPr="00FC71A2">
        <w:rPr>
          <w:rFonts w:ascii="Times New Roman" w:hAnsi="Times New Roman" w:cs="Times New Roman"/>
        </w:rPr>
        <w:t xml:space="preserve">Yes – Ron Richmond, Bridger Varga, Dave Ames, Bret </w:t>
      </w:r>
      <w:r w:rsidR="00D10C7A" w:rsidRPr="00FC71A2">
        <w:rPr>
          <w:rFonts w:ascii="Times New Roman" w:hAnsi="Times New Roman" w:cs="Times New Roman"/>
        </w:rPr>
        <w:t>Mikkelson</w:t>
      </w:r>
      <w:r w:rsidR="00D10C7A">
        <w:rPr>
          <w:rFonts w:ascii="Times New Roman" w:hAnsi="Times New Roman" w:cs="Times New Roman"/>
        </w:rPr>
        <w:t>, Brooke</w:t>
      </w:r>
      <w:r>
        <w:rPr>
          <w:rFonts w:ascii="Times New Roman" w:hAnsi="Times New Roman" w:cs="Times New Roman"/>
        </w:rPr>
        <w:t xml:space="preserve"> Allred</w:t>
      </w:r>
      <w:r w:rsidRPr="00FC71A2">
        <w:rPr>
          <w:rFonts w:ascii="Times New Roman" w:hAnsi="Times New Roman" w:cs="Times New Roman"/>
        </w:rPr>
        <w:t>. Motion passed unanimously</w:t>
      </w:r>
    </w:p>
    <w:p w14:paraId="7FC71C38" w14:textId="642E18D6" w:rsidR="00CB7C8D" w:rsidRPr="00FC71A2" w:rsidRDefault="00FC71A2" w:rsidP="00FC71A2">
      <w:pPr>
        <w:pStyle w:val="Heading3"/>
        <w:rPr>
          <w:rFonts w:ascii="Times New Roman" w:hAnsi="Times New Roman" w:cs="Times New Roman"/>
          <w:color w:val="auto"/>
        </w:rPr>
      </w:pPr>
      <w:r w:rsidRPr="00FC71A2">
        <w:rPr>
          <w:rFonts w:ascii="Times New Roman" w:hAnsi="Times New Roman" w:cs="Times New Roman"/>
          <w:color w:val="auto"/>
        </w:rPr>
        <w:t xml:space="preserve">5. </w:t>
      </w:r>
      <w:r w:rsidR="00503375">
        <w:rPr>
          <w:rFonts w:ascii="Times New Roman" w:hAnsi="Times New Roman" w:cs="Times New Roman"/>
          <w:color w:val="auto"/>
        </w:rPr>
        <w:t xml:space="preserve">Lot Split Industrial </w:t>
      </w:r>
      <w:r w:rsidR="00D10C7A">
        <w:rPr>
          <w:rFonts w:ascii="Times New Roman" w:hAnsi="Times New Roman" w:cs="Times New Roman"/>
          <w:color w:val="auto"/>
        </w:rPr>
        <w:t>Park Steve</w:t>
      </w:r>
      <w:r w:rsidR="00503375">
        <w:rPr>
          <w:rFonts w:ascii="Times New Roman" w:hAnsi="Times New Roman" w:cs="Times New Roman"/>
          <w:color w:val="auto"/>
        </w:rPr>
        <w:t xml:space="preserve"> Despain</w:t>
      </w:r>
    </w:p>
    <w:p w14:paraId="544D4D5D" w14:textId="0FE216DA" w:rsidR="00CB7C8D" w:rsidRPr="00FC71A2" w:rsidRDefault="00503375" w:rsidP="00FC71A2">
      <w:pPr>
        <w:rPr>
          <w:rFonts w:ascii="Times New Roman" w:hAnsi="Times New Roman" w:cs="Times New Roman"/>
        </w:rPr>
      </w:pPr>
      <w:r>
        <w:rPr>
          <w:rFonts w:ascii="Times New Roman" w:hAnsi="Times New Roman" w:cs="Times New Roman"/>
        </w:rPr>
        <w:t xml:space="preserve">Steve Despain was present to explain the </w:t>
      </w:r>
      <w:r w:rsidR="00D10C7A">
        <w:rPr>
          <w:rFonts w:ascii="Times New Roman" w:hAnsi="Times New Roman" w:cs="Times New Roman"/>
        </w:rPr>
        <w:t>split lot</w:t>
      </w:r>
      <w:r w:rsidR="00FC71A2" w:rsidRPr="00FC71A2">
        <w:rPr>
          <w:rFonts w:ascii="Times New Roman" w:hAnsi="Times New Roman" w:cs="Times New Roman"/>
        </w:rPr>
        <w:t>.</w:t>
      </w:r>
      <w:r>
        <w:rPr>
          <w:rFonts w:ascii="Times New Roman" w:hAnsi="Times New Roman" w:cs="Times New Roman"/>
        </w:rPr>
        <w:t xml:space="preserve">  There </w:t>
      </w:r>
      <w:r w:rsidR="00D10C7A">
        <w:rPr>
          <w:rFonts w:ascii="Times New Roman" w:hAnsi="Times New Roman" w:cs="Times New Roman"/>
        </w:rPr>
        <w:t>were</w:t>
      </w:r>
      <w:r>
        <w:rPr>
          <w:rFonts w:ascii="Times New Roman" w:hAnsi="Times New Roman" w:cs="Times New Roman"/>
        </w:rPr>
        <w:t xml:space="preserve"> questions on the sketch, as it was very preliminary.  There were </w:t>
      </w:r>
      <w:r w:rsidR="00D10C7A">
        <w:rPr>
          <w:rFonts w:ascii="Times New Roman" w:hAnsi="Times New Roman" w:cs="Times New Roman"/>
        </w:rPr>
        <w:t>questions about</w:t>
      </w:r>
      <w:r>
        <w:rPr>
          <w:rFonts w:ascii="Times New Roman" w:hAnsi="Times New Roman" w:cs="Times New Roman"/>
        </w:rPr>
        <w:t xml:space="preserve"> </w:t>
      </w:r>
      <w:r w:rsidR="00D10C7A">
        <w:rPr>
          <w:rFonts w:ascii="Times New Roman" w:hAnsi="Times New Roman" w:cs="Times New Roman"/>
        </w:rPr>
        <w:t>whether</w:t>
      </w:r>
      <w:r>
        <w:rPr>
          <w:rFonts w:ascii="Times New Roman" w:hAnsi="Times New Roman" w:cs="Times New Roman"/>
        </w:rPr>
        <w:t xml:space="preserve"> water lines were possibly running through the lot.  Planning Commission wanted a prepared </w:t>
      </w:r>
      <w:proofErr w:type="gramStart"/>
      <w:r>
        <w:rPr>
          <w:rFonts w:ascii="Times New Roman" w:hAnsi="Times New Roman" w:cs="Times New Roman"/>
        </w:rPr>
        <w:t>plat</w:t>
      </w:r>
      <w:proofErr w:type="gramEnd"/>
      <w:r>
        <w:rPr>
          <w:rFonts w:ascii="Times New Roman" w:hAnsi="Times New Roman" w:cs="Times New Roman"/>
        </w:rPr>
        <w:t xml:space="preserve"> to verify </w:t>
      </w:r>
      <w:proofErr w:type="gramStart"/>
      <w:r>
        <w:rPr>
          <w:rFonts w:ascii="Times New Roman" w:hAnsi="Times New Roman" w:cs="Times New Roman"/>
        </w:rPr>
        <w:t>to</w:t>
      </w:r>
      <w:proofErr w:type="gramEnd"/>
      <w:r>
        <w:rPr>
          <w:rFonts w:ascii="Times New Roman" w:hAnsi="Times New Roman" w:cs="Times New Roman"/>
        </w:rPr>
        <w:t xml:space="preserve"> dimensions shown they would be asked to approve.  No action was taken.</w:t>
      </w:r>
    </w:p>
    <w:p w14:paraId="77A897CD" w14:textId="76112648" w:rsidR="00CB7C8D" w:rsidRPr="00FC71A2" w:rsidRDefault="00503375" w:rsidP="00FC71A2">
      <w:pPr>
        <w:pStyle w:val="Heading3"/>
        <w:rPr>
          <w:rFonts w:ascii="Times New Roman" w:hAnsi="Times New Roman" w:cs="Times New Roman"/>
          <w:color w:val="auto"/>
        </w:rPr>
      </w:pPr>
      <w:r>
        <w:rPr>
          <w:rFonts w:ascii="Times New Roman" w:hAnsi="Times New Roman" w:cs="Times New Roman"/>
          <w:color w:val="auto"/>
        </w:rPr>
        <w:t>6</w:t>
      </w:r>
      <w:r w:rsidR="00FC71A2" w:rsidRPr="00FC71A2">
        <w:rPr>
          <w:rFonts w:ascii="Times New Roman" w:hAnsi="Times New Roman" w:cs="Times New Roman"/>
          <w:color w:val="auto"/>
        </w:rPr>
        <w:t>. Public Participation</w:t>
      </w:r>
    </w:p>
    <w:p w14:paraId="19D49A1F" w14:textId="1CB187B3" w:rsidR="00CB7C8D" w:rsidRPr="00FC71A2" w:rsidRDefault="00503375" w:rsidP="00FC71A2">
      <w:pPr>
        <w:rPr>
          <w:rFonts w:ascii="Times New Roman" w:hAnsi="Times New Roman" w:cs="Times New Roman"/>
        </w:rPr>
      </w:pPr>
      <w:r>
        <w:rPr>
          <w:rFonts w:ascii="Times New Roman" w:hAnsi="Times New Roman" w:cs="Times New Roman"/>
        </w:rPr>
        <w:t>No public participation</w:t>
      </w:r>
    </w:p>
    <w:p w14:paraId="7B8B2D9F" w14:textId="0605C262" w:rsidR="00FC71A2" w:rsidRDefault="00FC71A2" w:rsidP="00D10C7A">
      <w:pPr>
        <w:pStyle w:val="Heading3"/>
        <w:spacing w:before="0" w:line="240" w:lineRule="auto"/>
        <w:rPr>
          <w:rFonts w:ascii="Times New Roman" w:hAnsi="Times New Roman" w:cs="Times New Roman"/>
          <w:color w:val="000000" w:themeColor="text1"/>
        </w:rPr>
      </w:pPr>
      <w:r w:rsidRPr="00FC71A2">
        <w:rPr>
          <w:rFonts w:ascii="Times New Roman" w:hAnsi="Times New Roman" w:cs="Times New Roman"/>
          <w:color w:val="auto"/>
        </w:rPr>
        <w:t>8. Adjournment</w:t>
      </w:r>
      <w:r w:rsidR="00D10C7A">
        <w:rPr>
          <w:rFonts w:ascii="Times New Roman" w:hAnsi="Times New Roman" w:cs="Times New Roman"/>
          <w:color w:val="auto"/>
        </w:rPr>
        <w:t xml:space="preserve"> </w:t>
      </w:r>
      <w:r w:rsidRPr="00D10C7A">
        <w:rPr>
          <w:rFonts w:ascii="Times New Roman" w:hAnsi="Times New Roman" w:cs="Times New Roman"/>
          <w:color w:val="000000" w:themeColor="text1"/>
        </w:rPr>
        <w:t>The meeting adjourned at 12:</w:t>
      </w:r>
      <w:r w:rsidR="00503375" w:rsidRPr="00D10C7A">
        <w:rPr>
          <w:rFonts w:ascii="Times New Roman" w:hAnsi="Times New Roman" w:cs="Times New Roman"/>
          <w:color w:val="000000" w:themeColor="text1"/>
        </w:rPr>
        <w:t>18</w:t>
      </w:r>
      <w:r w:rsidR="00D10C7A" w:rsidRPr="00D10C7A">
        <w:rPr>
          <w:rFonts w:ascii="Times New Roman" w:hAnsi="Times New Roman" w:cs="Times New Roman"/>
          <w:color w:val="000000" w:themeColor="text1"/>
        </w:rPr>
        <w:t xml:space="preserve"> p.m.</w:t>
      </w:r>
    </w:p>
    <w:p w14:paraId="45A14C65" w14:textId="77777777" w:rsidR="00D10C7A" w:rsidRDefault="00D10C7A" w:rsidP="00D10C7A">
      <w:pPr>
        <w:spacing w:after="0" w:line="240" w:lineRule="auto"/>
      </w:pPr>
    </w:p>
    <w:p w14:paraId="11F8799F" w14:textId="77777777" w:rsidR="00D10C7A" w:rsidRDefault="00D10C7A" w:rsidP="00D10C7A">
      <w:pPr>
        <w:spacing w:after="0" w:line="240" w:lineRule="auto"/>
      </w:pPr>
    </w:p>
    <w:p w14:paraId="2F0F7CC8" w14:textId="045E8EE6" w:rsidR="00D10C7A" w:rsidRPr="00D10C7A" w:rsidRDefault="00D10C7A" w:rsidP="00D10C7A">
      <w:pPr>
        <w:spacing w:after="0" w:line="240" w:lineRule="auto"/>
      </w:pPr>
      <w:r>
        <w:t>_________________________________________________________________</w:t>
      </w:r>
    </w:p>
    <w:p w14:paraId="3C05E5A7" w14:textId="12A26862" w:rsidR="00CB7C8D" w:rsidRPr="00FC71A2" w:rsidRDefault="00FC71A2" w:rsidP="00D10C7A">
      <w:pPr>
        <w:spacing w:after="0" w:line="240" w:lineRule="auto"/>
        <w:rPr>
          <w:rFonts w:ascii="Times New Roman" w:hAnsi="Times New Roman" w:cs="Times New Roman"/>
        </w:rPr>
      </w:pPr>
      <w:r w:rsidRPr="00FC71A2">
        <w:rPr>
          <w:rFonts w:ascii="Times New Roman" w:hAnsi="Times New Roman" w:cs="Times New Roman"/>
        </w:rPr>
        <w:t>Dave Oxman</w:t>
      </w:r>
    </w:p>
    <w:p w14:paraId="49480F09" w14:textId="77777777" w:rsidR="00CB7C8D" w:rsidRPr="00FC71A2" w:rsidRDefault="00FC71A2" w:rsidP="00D10C7A">
      <w:pPr>
        <w:spacing w:after="0"/>
        <w:rPr>
          <w:rFonts w:ascii="Times New Roman" w:hAnsi="Times New Roman" w:cs="Times New Roman"/>
        </w:rPr>
      </w:pPr>
      <w:r w:rsidRPr="00FC71A2">
        <w:rPr>
          <w:rFonts w:ascii="Times New Roman" w:hAnsi="Times New Roman" w:cs="Times New Roman"/>
        </w:rPr>
        <w:t>Planning &amp; Zoning Secretary</w:t>
      </w:r>
    </w:p>
    <w:sectPr w:rsidR="00CB7C8D" w:rsidRPr="00FC71A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13111522">
    <w:abstractNumId w:val="8"/>
  </w:num>
  <w:num w:numId="2" w16cid:durableId="1964532198">
    <w:abstractNumId w:val="6"/>
  </w:num>
  <w:num w:numId="3" w16cid:durableId="612596246">
    <w:abstractNumId w:val="5"/>
  </w:num>
  <w:num w:numId="4" w16cid:durableId="452479772">
    <w:abstractNumId w:val="4"/>
  </w:num>
  <w:num w:numId="5" w16cid:durableId="841579999">
    <w:abstractNumId w:val="7"/>
  </w:num>
  <w:num w:numId="6" w16cid:durableId="1063991003">
    <w:abstractNumId w:val="3"/>
  </w:num>
  <w:num w:numId="7" w16cid:durableId="183329535">
    <w:abstractNumId w:val="2"/>
  </w:num>
  <w:num w:numId="8" w16cid:durableId="1521967726">
    <w:abstractNumId w:val="1"/>
  </w:num>
  <w:num w:numId="9" w16cid:durableId="2004815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1D1"/>
    <w:rsid w:val="00034616"/>
    <w:rsid w:val="0006063C"/>
    <w:rsid w:val="0015074B"/>
    <w:rsid w:val="0029639D"/>
    <w:rsid w:val="00326F90"/>
    <w:rsid w:val="00470A8E"/>
    <w:rsid w:val="00503375"/>
    <w:rsid w:val="006E0FFF"/>
    <w:rsid w:val="00AA1D8D"/>
    <w:rsid w:val="00B47730"/>
    <w:rsid w:val="00B82E7F"/>
    <w:rsid w:val="00CB0664"/>
    <w:rsid w:val="00CB7C8D"/>
    <w:rsid w:val="00D10C7A"/>
    <w:rsid w:val="00FC693F"/>
    <w:rsid w:val="00FC71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BA24BB"/>
  <w14:defaultImageDpi w14:val="300"/>
  <w15:docId w15:val="{1D1969CE-9DC4-4520-8345-9D436437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292</Words>
  <Characters>1434</Characters>
  <Application>Microsoft Office Word</Application>
  <DocSecurity>0</DocSecurity>
  <Lines>358</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Natalie Crosby</cp:lastModifiedBy>
  <cp:revision>4</cp:revision>
  <dcterms:created xsi:type="dcterms:W3CDTF">2026-04-17T19:13:00Z</dcterms:created>
  <dcterms:modified xsi:type="dcterms:W3CDTF">2026-04-20T14:53:00Z</dcterms:modified>
  <cp:category/>
</cp:coreProperties>
</file>