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17901" w14:textId="77777777" w:rsidR="0098705A" w:rsidRDefault="0058279C" w:rsidP="0098705A">
      <w:pPr>
        <w:pStyle w:val="Heading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D8210F">
        <w:rPr>
          <w:rFonts w:ascii="Times New Roman" w:hAnsi="Times New Roman" w:cs="Times New Roman"/>
          <w:color w:val="000000" w:themeColor="text1"/>
        </w:rPr>
        <w:t xml:space="preserve">Mt. Pleasant City Resolution </w:t>
      </w:r>
    </w:p>
    <w:p w14:paraId="54C87895" w14:textId="15492D09" w:rsidR="009237BA" w:rsidRPr="00D8210F" w:rsidRDefault="00E3021D" w:rsidP="0098705A">
      <w:pPr>
        <w:pStyle w:val="Heading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2026-13</w:t>
      </w:r>
    </w:p>
    <w:p w14:paraId="29C6CB11" w14:textId="4DEB643E" w:rsidR="009237BA" w:rsidRDefault="0058279C" w:rsidP="0058279C">
      <w:pPr>
        <w:pStyle w:val="Heading2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0" w:name="_Hlk201153795"/>
      <w:r w:rsidRPr="00D8210F">
        <w:rPr>
          <w:rFonts w:ascii="Times New Roman" w:hAnsi="Times New Roman" w:cs="Times New Roman"/>
          <w:color w:val="000000" w:themeColor="text1"/>
          <w:sz w:val="22"/>
          <w:szCs w:val="22"/>
        </w:rPr>
        <w:t>A RESOLUTION AMENDING THE 202</w:t>
      </w:r>
      <w:r w:rsidR="00E3021D">
        <w:rPr>
          <w:rFonts w:ascii="Times New Roman" w:hAnsi="Times New Roman" w:cs="Times New Roman"/>
          <w:color w:val="000000" w:themeColor="text1"/>
          <w:sz w:val="22"/>
          <w:szCs w:val="22"/>
        </w:rPr>
        <w:t>5</w:t>
      </w:r>
      <w:r w:rsidRPr="00D8210F">
        <w:rPr>
          <w:rFonts w:ascii="Times New Roman" w:hAnsi="Times New Roman" w:cs="Times New Roman"/>
          <w:color w:val="000000" w:themeColor="text1"/>
          <w:sz w:val="22"/>
          <w:szCs w:val="22"/>
        </w:rPr>
        <w:t>–202</w:t>
      </w:r>
      <w:r w:rsidR="00E3021D">
        <w:rPr>
          <w:rFonts w:ascii="Times New Roman" w:hAnsi="Times New Roman" w:cs="Times New Roman"/>
          <w:color w:val="000000" w:themeColor="text1"/>
          <w:sz w:val="22"/>
          <w:szCs w:val="22"/>
        </w:rPr>
        <w:t>6</w:t>
      </w:r>
      <w:r w:rsidRPr="00D8210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MOUNT PLEASANT CITY OPERATING BUDGET</w:t>
      </w:r>
    </w:p>
    <w:p w14:paraId="5694608F" w14:textId="77777777" w:rsidR="0098705A" w:rsidRPr="0098705A" w:rsidRDefault="0098705A" w:rsidP="0098705A"/>
    <w:bookmarkEnd w:id="0"/>
    <w:p w14:paraId="4A6903F9" w14:textId="11B2292D" w:rsidR="009237BA" w:rsidRPr="00D8210F" w:rsidRDefault="0058279C">
      <w:pPr>
        <w:rPr>
          <w:rFonts w:ascii="Times New Roman" w:hAnsi="Times New Roman" w:cs="Times New Roman"/>
        </w:rPr>
      </w:pPr>
      <w:r w:rsidRPr="00D8210F">
        <w:rPr>
          <w:rFonts w:ascii="Times New Roman" w:hAnsi="Times New Roman" w:cs="Times New Roman"/>
        </w:rPr>
        <w:t>WHEREAS, the 202</w:t>
      </w:r>
      <w:r w:rsidR="00E3021D">
        <w:rPr>
          <w:rFonts w:ascii="Times New Roman" w:hAnsi="Times New Roman" w:cs="Times New Roman"/>
        </w:rPr>
        <w:t>5</w:t>
      </w:r>
      <w:r w:rsidRPr="00D8210F">
        <w:rPr>
          <w:rFonts w:ascii="Times New Roman" w:hAnsi="Times New Roman" w:cs="Times New Roman"/>
        </w:rPr>
        <w:t>–202</w:t>
      </w:r>
      <w:r w:rsidR="00E3021D">
        <w:rPr>
          <w:rFonts w:ascii="Times New Roman" w:hAnsi="Times New Roman" w:cs="Times New Roman"/>
        </w:rPr>
        <w:t>6</w:t>
      </w:r>
      <w:r w:rsidRPr="00D8210F">
        <w:rPr>
          <w:rFonts w:ascii="Times New Roman" w:hAnsi="Times New Roman" w:cs="Times New Roman"/>
        </w:rPr>
        <w:t xml:space="preserve"> budget was adopted on June </w:t>
      </w:r>
      <w:r w:rsidR="00E3021D">
        <w:rPr>
          <w:rFonts w:ascii="Times New Roman" w:hAnsi="Times New Roman" w:cs="Times New Roman"/>
        </w:rPr>
        <w:t>24, 2025</w:t>
      </w:r>
      <w:r w:rsidRPr="00D8210F">
        <w:rPr>
          <w:rFonts w:ascii="Times New Roman" w:hAnsi="Times New Roman" w:cs="Times New Roman"/>
        </w:rPr>
        <w:t>, with the best available information and figures; and</w:t>
      </w:r>
      <w:r w:rsidRPr="00D8210F">
        <w:rPr>
          <w:rFonts w:ascii="Times New Roman" w:hAnsi="Times New Roman" w:cs="Times New Roman"/>
        </w:rPr>
        <w:br/>
      </w:r>
      <w:r w:rsidRPr="00D8210F">
        <w:rPr>
          <w:rFonts w:ascii="Times New Roman" w:hAnsi="Times New Roman" w:cs="Times New Roman"/>
        </w:rPr>
        <w:br/>
        <w:t>WHEREAS, the City has received additional revenue and incurred added expenditures; and</w:t>
      </w:r>
      <w:r w:rsidRPr="00D8210F">
        <w:rPr>
          <w:rFonts w:ascii="Times New Roman" w:hAnsi="Times New Roman" w:cs="Times New Roman"/>
        </w:rPr>
        <w:br/>
      </w:r>
      <w:r w:rsidRPr="00D8210F">
        <w:rPr>
          <w:rFonts w:ascii="Times New Roman" w:hAnsi="Times New Roman" w:cs="Times New Roman"/>
        </w:rPr>
        <w:br/>
        <w:t xml:space="preserve">WHEREAS, </w:t>
      </w:r>
      <w:r w:rsidR="0098705A">
        <w:t>it is necessary and in the best interest of the City to amend the current budget to accurately reflect anticipated revenues and expenditures for the fiscal year ending June 30, 2026</w:t>
      </w:r>
      <w:r w:rsidRPr="00D8210F">
        <w:rPr>
          <w:rFonts w:ascii="Times New Roman" w:hAnsi="Times New Roman" w:cs="Times New Roman"/>
        </w:rPr>
        <w:t>;</w:t>
      </w:r>
      <w:r w:rsidRPr="00D8210F">
        <w:rPr>
          <w:rFonts w:ascii="Times New Roman" w:hAnsi="Times New Roman" w:cs="Times New Roman"/>
        </w:rPr>
        <w:br/>
      </w:r>
      <w:r w:rsidRPr="00D8210F">
        <w:rPr>
          <w:rFonts w:ascii="Times New Roman" w:hAnsi="Times New Roman" w:cs="Times New Roman"/>
        </w:rPr>
        <w:br/>
        <w:t>NOW, THEREFORE, BE IT RESOLVED that the 202</w:t>
      </w:r>
      <w:r w:rsidR="00E3021D">
        <w:rPr>
          <w:rFonts w:ascii="Times New Roman" w:hAnsi="Times New Roman" w:cs="Times New Roman"/>
        </w:rPr>
        <w:t>5</w:t>
      </w:r>
      <w:r w:rsidRPr="00D8210F">
        <w:rPr>
          <w:rFonts w:ascii="Times New Roman" w:hAnsi="Times New Roman" w:cs="Times New Roman"/>
        </w:rPr>
        <w:t>–202</w:t>
      </w:r>
      <w:r w:rsidR="00E3021D">
        <w:rPr>
          <w:rFonts w:ascii="Times New Roman" w:hAnsi="Times New Roman" w:cs="Times New Roman"/>
        </w:rPr>
        <w:t>6</w:t>
      </w:r>
      <w:r w:rsidRPr="00D8210F">
        <w:rPr>
          <w:rFonts w:ascii="Times New Roman" w:hAnsi="Times New Roman" w:cs="Times New Roman"/>
        </w:rPr>
        <w:t xml:space="preserve"> operating budget of Mt. Pleasant City is hereby amended per the attached adjustments:</w:t>
      </w:r>
      <w:r w:rsidRPr="00D8210F">
        <w:rPr>
          <w:rFonts w:ascii="Times New Roman" w:hAnsi="Times New Roman" w:cs="Times New Roman"/>
        </w:rPr>
        <w:br/>
      </w:r>
      <w:r w:rsidRPr="00D8210F">
        <w:rPr>
          <w:rFonts w:ascii="Times New Roman" w:hAnsi="Times New Roman" w:cs="Times New Roman"/>
        </w:rPr>
        <w:br/>
        <w:t>Adopted by the Mt. Pleasant City Council on this the 2</w:t>
      </w:r>
      <w:r w:rsidR="00E3021D">
        <w:rPr>
          <w:rFonts w:ascii="Times New Roman" w:hAnsi="Times New Roman" w:cs="Times New Roman"/>
        </w:rPr>
        <w:t>5</w:t>
      </w:r>
      <w:r w:rsidRPr="00D8210F">
        <w:rPr>
          <w:rFonts w:ascii="Times New Roman" w:hAnsi="Times New Roman" w:cs="Times New Roman"/>
        </w:rPr>
        <w:t>th day of June, 202</w:t>
      </w:r>
      <w:r w:rsidR="00E3021D">
        <w:rPr>
          <w:rFonts w:ascii="Times New Roman" w:hAnsi="Times New Roman" w:cs="Times New Roman"/>
        </w:rPr>
        <w:t>6</w:t>
      </w:r>
      <w:r w:rsidRPr="00D8210F">
        <w:rPr>
          <w:rFonts w:ascii="Times New Roman" w:hAnsi="Times New Roman" w:cs="Times New Roman"/>
        </w:rPr>
        <w:t>.</w:t>
      </w:r>
    </w:p>
    <w:p w14:paraId="39CA3529" w14:textId="77777777" w:rsidR="009237BA" w:rsidRPr="00D8210F" w:rsidRDefault="0058279C">
      <w:pPr>
        <w:rPr>
          <w:rFonts w:ascii="Times New Roman" w:hAnsi="Times New Roman" w:cs="Times New Roman"/>
        </w:rPr>
      </w:pPr>
      <w:r w:rsidRPr="00D8210F">
        <w:rPr>
          <w:rFonts w:ascii="Times New Roman" w:hAnsi="Times New Roman" w:cs="Times New Roman"/>
        </w:rPr>
        <w:br/>
        <w:t>Mt. Pleasant City Council</w:t>
      </w:r>
    </w:p>
    <w:p w14:paraId="1D66273C" w14:textId="77777777" w:rsidR="009237BA" w:rsidRPr="00D8210F" w:rsidRDefault="0058279C">
      <w:pPr>
        <w:rPr>
          <w:rFonts w:ascii="Times New Roman" w:hAnsi="Times New Roman" w:cs="Times New Roman"/>
        </w:rPr>
      </w:pPr>
      <w:r w:rsidRPr="00D8210F">
        <w:rPr>
          <w:rFonts w:ascii="Times New Roman" w:hAnsi="Times New Roman" w:cs="Times New Roman"/>
        </w:rPr>
        <w:t>By: ____________________________</w:t>
      </w:r>
    </w:p>
    <w:p w14:paraId="72FBEB41" w14:textId="77777777" w:rsidR="009237BA" w:rsidRPr="00D8210F" w:rsidRDefault="0058279C">
      <w:pPr>
        <w:rPr>
          <w:rFonts w:ascii="Times New Roman" w:hAnsi="Times New Roman" w:cs="Times New Roman"/>
        </w:rPr>
      </w:pPr>
      <w:r w:rsidRPr="00D8210F">
        <w:rPr>
          <w:rFonts w:ascii="Times New Roman" w:hAnsi="Times New Roman" w:cs="Times New Roman"/>
        </w:rPr>
        <w:t>Michael T. Olsen, Chairperson</w:t>
      </w:r>
    </w:p>
    <w:p w14:paraId="457D213D" w14:textId="77777777" w:rsidR="009237BA" w:rsidRPr="00D8210F" w:rsidRDefault="0058279C">
      <w:pPr>
        <w:rPr>
          <w:rFonts w:ascii="Times New Roman" w:hAnsi="Times New Roman" w:cs="Times New Roman"/>
        </w:rPr>
      </w:pPr>
      <w:r w:rsidRPr="00D8210F">
        <w:rPr>
          <w:rFonts w:ascii="Times New Roman" w:hAnsi="Times New Roman" w:cs="Times New Roman"/>
        </w:rPr>
        <w:br/>
        <w:t>VOTING:</w:t>
      </w:r>
    </w:p>
    <w:p w14:paraId="6C70E81D" w14:textId="77777777" w:rsidR="009237BA" w:rsidRPr="00D8210F" w:rsidRDefault="0058279C">
      <w:pPr>
        <w:rPr>
          <w:rFonts w:ascii="Times New Roman" w:hAnsi="Times New Roman" w:cs="Times New Roman"/>
        </w:rPr>
      </w:pPr>
      <w:r w:rsidRPr="00D8210F">
        <w:rPr>
          <w:rFonts w:ascii="Times New Roman" w:hAnsi="Times New Roman" w:cs="Times New Roman"/>
        </w:rPr>
        <w:t>D. Lynn Beesley</w:t>
      </w:r>
      <w:r w:rsidRPr="00D8210F">
        <w:rPr>
          <w:rFonts w:ascii="Times New Roman" w:hAnsi="Times New Roman" w:cs="Times New Roman"/>
        </w:rPr>
        <w:tab/>
        <w:t>Yes ___</w:t>
      </w:r>
      <w:r w:rsidRPr="00D8210F">
        <w:rPr>
          <w:rFonts w:ascii="Times New Roman" w:hAnsi="Times New Roman" w:cs="Times New Roman"/>
        </w:rPr>
        <w:tab/>
        <w:t>No ___</w:t>
      </w:r>
      <w:r w:rsidRPr="00D8210F">
        <w:rPr>
          <w:rFonts w:ascii="Times New Roman" w:hAnsi="Times New Roman" w:cs="Times New Roman"/>
        </w:rPr>
        <w:tab/>
        <w:t>Absent ___</w:t>
      </w:r>
    </w:p>
    <w:p w14:paraId="4285A143" w14:textId="7AC0961B" w:rsidR="009237BA" w:rsidRPr="00D8210F" w:rsidRDefault="00E302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Jakob Howcroft</w:t>
      </w:r>
      <w:r w:rsidR="0058279C" w:rsidRPr="00D8210F">
        <w:rPr>
          <w:rFonts w:ascii="Times New Roman" w:hAnsi="Times New Roman" w:cs="Times New Roman"/>
        </w:rPr>
        <w:tab/>
      </w:r>
      <w:r w:rsidR="00B50082">
        <w:rPr>
          <w:rFonts w:ascii="Times New Roman" w:hAnsi="Times New Roman" w:cs="Times New Roman"/>
        </w:rPr>
        <w:tab/>
      </w:r>
      <w:r w:rsidR="0058279C" w:rsidRPr="00D8210F">
        <w:rPr>
          <w:rFonts w:ascii="Times New Roman" w:hAnsi="Times New Roman" w:cs="Times New Roman"/>
        </w:rPr>
        <w:t>Yes ___</w:t>
      </w:r>
      <w:r w:rsidR="0058279C" w:rsidRPr="00D8210F">
        <w:rPr>
          <w:rFonts w:ascii="Times New Roman" w:hAnsi="Times New Roman" w:cs="Times New Roman"/>
        </w:rPr>
        <w:tab/>
        <w:t>No ___</w:t>
      </w:r>
      <w:r w:rsidR="0058279C" w:rsidRPr="00D8210F">
        <w:rPr>
          <w:rFonts w:ascii="Times New Roman" w:hAnsi="Times New Roman" w:cs="Times New Roman"/>
        </w:rPr>
        <w:tab/>
        <w:t>Absent ___</w:t>
      </w:r>
    </w:p>
    <w:p w14:paraId="1B886394" w14:textId="77777777" w:rsidR="009237BA" w:rsidRPr="00D8210F" w:rsidRDefault="0058279C">
      <w:pPr>
        <w:rPr>
          <w:rFonts w:ascii="Times New Roman" w:hAnsi="Times New Roman" w:cs="Times New Roman"/>
        </w:rPr>
      </w:pPr>
      <w:r w:rsidRPr="00D8210F">
        <w:rPr>
          <w:rFonts w:ascii="Times New Roman" w:hAnsi="Times New Roman" w:cs="Times New Roman"/>
        </w:rPr>
        <w:t>Russell G. Keisel</w:t>
      </w:r>
      <w:r w:rsidRPr="00D8210F">
        <w:rPr>
          <w:rFonts w:ascii="Times New Roman" w:hAnsi="Times New Roman" w:cs="Times New Roman"/>
        </w:rPr>
        <w:tab/>
        <w:t>Yes ___</w:t>
      </w:r>
      <w:r w:rsidRPr="00D8210F">
        <w:rPr>
          <w:rFonts w:ascii="Times New Roman" w:hAnsi="Times New Roman" w:cs="Times New Roman"/>
        </w:rPr>
        <w:tab/>
        <w:t>No ___</w:t>
      </w:r>
      <w:r w:rsidRPr="00D8210F">
        <w:rPr>
          <w:rFonts w:ascii="Times New Roman" w:hAnsi="Times New Roman" w:cs="Times New Roman"/>
        </w:rPr>
        <w:tab/>
        <w:t>Absent ___</w:t>
      </w:r>
    </w:p>
    <w:p w14:paraId="5A60EF3E" w14:textId="63E0C4B1" w:rsidR="009237BA" w:rsidRPr="00D8210F" w:rsidRDefault="0058279C">
      <w:pPr>
        <w:rPr>
          <w:rFonts w:ascii="Times New Roman" w:hAnsi="Times New Roman" w:cs="Times New Roman"/>
        </w:rPr>
      </w:pPr>
      <w:r w:rsidRPr="00D8210F">
        <w:rPr>
          <w:rFonts w:ascii="Times New Roman" w:hAnsi="Times New Roman" w:cs="Times New Roman"/>
        </w:rPr>
        <w:t>Rondy G. Black</w:t>
      </w:r>
      <w:r w:rsidRPr="00D8210F">
        <w:rPr>
          <w:rFonts w:ascii="Times New Roman" w:hAnsi="Times New Roman" w:cs="Times New Roman"/>
        </w:rPr>
        <w:tab/>
      </w:r>
      <w:r w:rsidR="00B50082">
        <w:rPr>
          <w:rFonts w:ascii="Times New Roman" w:hAnsi="Times New Roman" w:cs="Times New Roman"/>
        </w:rPr>
        <w:tab/>
      </w:r>
      <w:r w:rsidRPr="00D8210F">
        <w:rPr>
          <w:rFonts w:ascii="Times New Roman" w:hAnsi="Times New Roman" w:cs="Times New Roman"/>
        </w:rPr>
        <w:t>Yes ___</w:t>
      </w:r>
      <w:r w:rsidRPr="00D8210F">
        <w:rPr>
          <w:rFonts w:ascii="Times New Roman" w:hAnsi="Times New Roman" w:cs="Times New Roman"/>
        </w:rPr>
        <w:tab/>
        <w:t>No ___</w:t>
      </w:r>
      <w:r w:rsidRPr="00D8210F">
        <w:rPr>
          <w:rFonts w:ascii="Times New Roman" w:hAnsi="Times New Roman" w:cs="Times New Roman"/>
        </w:rPr>
        <w:tab/>
        <w:t>Absent ___</w:t>
      </w:r>
    </w:p>
    <w:p w14:paraId="53C70C7E" w14:textId="40E6B2AC" w:rsidR="009237BA" w:rsidRPr="00D8210F" w:rsidRDefault="0058279C">
      <w:pPr>
        <w:rPr>
          <w:rFonts w:ascii="Times New Roman" w:hAnsi="Times New Roman" w:cs="Times New Roman"/>
        </w:rPr>
      </w:pPr>
      <w:r w:rsidRPr="00D8210F">
        <w:rPr>
          <w:rFonts w:ascii="Times New Roman" w:hAnsi="Times New Roman" w:cs="Times New Roman"/>
        </w:rPr>
        <w:t>Cade A. Beck</w:t>
      </w:r>
      <w:r w:rsidRPr="00D8210F">
        <w:rPr>
          <w:rFonts w:ascii="Times New Roman" w:hAnsi="Times New Roman" w:cs="Times New Roman"/>
        </w:rPr>
        <w:tab/>
      </w:r>
      <w:r w:rsidR="00B50082">
        <w:rPr>
          <w:rFonts w:ascii="Times New Roman" w:hAnsi="Times New Roman" w:cs="Times New Roman"/>
        </w:rPr>
        <w:tab/>
      </w:r>
      <w:r w:rsidRPr="00D8210F">
        <w:rPr>
          <w:rFonts w:ascii="Times New Roman" w:hAnsi="Times New Roman" w:cs="Times New Roman"/>
        </w:rPr>
        <w:t>Yes ___</w:t>
      </w:r>
      <w:r w:rsidRPr="00D8210F">
        <w:rPr>
          <w:rFonts w:ascii="Times New Roman" w:hAnsi="Times New Roman" w:cs="Times New Roman"/>
        </w:rPr>
        <w:tab/>
        <w:t>No ___</w:t>
      </w:r>
      <w:r w:rsidRPr="00D8210F">
        <w:rPr>
          <w:rFonts w:ascii="Times New Roman" w:hAnsi="Times New Roman" w:cs="Times New Roman"/>
        </w:rPr>
        <w:tab/>
        <w:t>Absent ___</w:t>
      </w:r>
    </w:p>
    <w:p w14:paraId="163717FD" w14:textId="77777777" w:rsidR="009237BA" w:rsidRPr="00D8210F" w:rsidRDefault="0058279C">
      <w:pPr>
        <w:rPr>
          <w:rFonts w:ascii="Times New Roman" w:hAnsi="Times New Roman" w:cs="Times New Roman"/>
        </w:rPr>
      </w:pPr>
      <w:r w:rsidRPr="00D8210F">
        <w:rPr>
          <w:rFonts w:ascii="Times New Roman" w:hAnsi="Times New Roman" w:cs="Times New Roman"/>
        </w:rPr>
        <w:br/>
        <w:t>ATTEST:</w:t>
      </w:r>
    </w:p>
    <w:p w14:paraId="5AA0130F" w14:textId="77777777" w:rsidR="009237BA" w:rsidRPr="00D8210F" w:rsidRDefault="0058279C">
      <w:pPr>
        <w:rPr>
          <w:rFonts w:ascii="Times New Roman" w:hAnsi="Times New Roman" w:cs="Times New Roman"/>
        </w:rPr>
      </w:pPr>
      <w:r w:rsidRPr="00D8210F">
        <w:rPr>
          <w:rFonts w:ascii="Times New Roman" w:hAnsi="Times New Roman" w:cs="Times New Roman"/>
        </w:rPr>
        <w:t>_______________________________</w:t>
      </w:r>
    </w:p>
    <w:p w14:paraId="4A081199" w14:textId="77777777" w:rsidR="009237BA" w:rsidRPr="00D8210F" w:rsidRDefault="0058279C">
      <w:pPr>
        <w:rPr>
          <w:rFonts w:ascii="Times New Roman" w:hAnsi="Times New Roman" w:cs="Times New Roman"/>
        </w:rPr>
      </w:pPr>
      <w:r w:rsidRPr="00D8210F">
        <w:rPr>
          <w:rFonts w:ascii="Times New Roman" w:hAnsi="Times New Roman" w:cs="Times New Roman"/>
        </w:rPr>
        <w:t>Natalie Crosby, Recorder</w:t>
      </w:r>
    </w:p>
    <w:sectPr w:rsidR="009237BA" w:rsidRPr="00D8210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0800633">
    <w:abstractNumId w:val="8"/>
  </w:num>
  <w:num w:numId="2" w16cid:durableId="1872575530">
    <w:abstractNumId w:val="6"/>
  </w:num>
  <w:num w:numId="3" w16cid:durableId="866062480">
    <w:abstractNumId w:val="5"/>
  </w:num>
  <w:num w:numId="4" w16cid:durableId="318389741">
    <w:abstractNumId w:val="4"/>
  </w:num>
  <w:num w:numId="5" w16cid:durableId="973829876">
    <w:abstractNumId w:val="7"/>
  </w:num>
  <w:num w:numId="6" w16cid:durableId="294331546">
    <w:abstractNumId w:val="3"/>
  </w:num>
  <w:num w:numId="7" w16cid:durableId="940258625">
    <w:abstractNumId w:val="2"/>
  </w:num>
  <w:num w:numId="8" w16cid:durableId="1561136964">
    <w:abstractNumId w:val="1"/>
  </w:num>
  <w:num w:numId="9" w16cid:durableId="567543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96453"/>
    <w:rsid w:val="0053221C"/>
    <w:rsid w:val="0058279C"/>
    <w:rsid w:val="009237BA"/>
    <w:rsid w:val="0098705A"/>
    <w:rsid w:val="00AA1D8D"/>
    <w:rsid w:val="00B47730"/>
    <w:rsid w:val="00B50082"/>
    <w:rsid w:val="00CB0664"/>
    <w:rsid w:val="00D8210F"/>
    <w:rsid w:val="00DA55A9"/>
    <w:rsid w:val="00E3021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696BE3"/>
  <w14:defaultImageDpi w14:val="300"/>
  <w15:docId w15:val="{3CBF5195-8B96-4CF8-9A12-408E3EA9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Natalie Crosby</cp:lastModifiedBy>
  <cp:revision>3</cp:revision>
  <cp:lastPrinted>2025-06-20T17:15:00Z</cp:lastPrinted>
  <dcterms:created xsi:type="dcterms:W3CDTF">2026-06-22T18:50:00Z</dcterms:created>
  <dcterms:modified xsi:type="dcterms:W3CDTF">2026-06-22T20:30:00Z</dcterms:modified>
  <cp:category/>
</cp:coreProperties>
</file>