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65435" w14:textId="1B470CE3" w:rsidR="00F36CCF" w:rsidRDefault="00000000">
      <w:r>
        <w:t xml:space="preserve">Pole Canyon Basic Local District – Meeting Minutes </w:t>
      </w:r>
    </w:p>
    <w:p w14:paraId="164B7A7C" w14:textId="428F1CD9" w:rsidR="00122C62" w:rsidRDefault="00122C62">
      <w:r>
        <w:t>October 3 3035</w:t>
      </w:r>
    </w:p>
    <w:p w14:paraId="05C972EA" w14:textId="77777777" w:rsidR="00F36CCF" w:rsidRDefault="00000000">
      <w:r>
        <w:rPr>
          <w:b/>
        </w:rPr>
        <w:t>Josh Wagstaff</w:t>
      </w:r>
    </w:p>
    <w:p w14:paraId="1C4A1FA6" w14:textId="07AD37EC" w:rsidR="00F36CCF" w:rsidRDefault="00000000">
      <w:r>
        <w:t>I'll call the meeting to order. First item on the agenda is public comment. Do we have anybody online? Or in person. Alright, doesn't look  we have anybody for public comment, so we can close public comment. The next item on the agenda is approval of minutes. I have knocked all those out, so we'll just table that item. We don't need a motion. Over here.</w:t>
      </w:r>
    </w:p>
    <w:p w14:paraId="62ACF653" w14:textId="77777777" w:rsidR="00F36CCF" w:rsidRDefault="00000000">
      <w:r>
        <w:rPr>
          <w:b/>
        </w:rPr>
        <w:t>Jared Westhoff</w:t>
      </w:r>
    </w:p>
    <w:p w14:paraId="2072B1E2" w14:textId="77777777" w:rsidR="00F36CCF" w:rsidRDefault="00000000">
      <w:r>
        <w:t>Do we need a motion to table? Matt, I guess… Matt, is that the right protocol?</w:t>
      </w:r>
    </w:p>
    <w:p w14:paraId="6B1EFBDF" w14:textId="77777777" w:rsidR="00F36CCF" w:rsidRDefault="00000000">
      <w:r>
        <w:rPr>
          <w:b/>
        </w:rPr>
        <w:t>Matt Ence (SJ&amp;R)</w:t>
      </w:r>
    </w:p>
    <w:p w14:paraId="1EB192E0" w14:textId="77777777" w:rsidR="00F36CCF" w:rsidRDefault="00000000">
      <w:r>
        <w:t>Might as well, sure.</w:t>
      </w:r>
    </w:p>
    <w:p w14:paraId="1D5C4E67" w14:textId="77777777" w:rsidR="00F36CCF" w:rsidRDefault="00000000">
      <w:r>
        <w:rPr>
          <w:b/>
        </w:rPr>
        <w:t>Jared Westhoff</w:t>
      </w:r>
    </w:p>
    <w:p w14:paraId="793893A4" w14:textId="77777777" w:rsidR="00F36CCF" w:rsidRDefault="00000000">
      <w:r>
        <w:t>I move that we table the approval of the minutes.</w:t>
      </w:r>
    </w:p>
    <w:p w14:paraId="4CE83855" w14:textId="77777777" w:rsidR="00F36CCF" w:rsidRDefault="00000000">
      <w:r>
        <w:rPr>
          <w:b/>
        </w:rPr>
        <w:t>Josh Wagstaff</w:t>
      </w:r>
    </w:p>
    <w:p w14:paraId="03C5E548" w14:textId="77777777" w:rsidR="00F36CCF" w:rsidRDefault="00000000">
      <w:r>
        <w:t>Okay, all in favor say aye.</w:t>
      </w:r>
    </w:p>
    <w:p w14:paraId="5A1AB51E" w14:textId="746A0F8C" w:rsidR="00F36CCF" w:rsidRDefault="00122C62">
      <w:pPr>
        <w:rPr>
          <w:bCs/>
        </w:rPr>
      </w:pPr>
      <w:r>
        <w:rPr>
          <w:b/>
        </w:rPr>
        <w:t xml:space="preserve">Jared Westhoff. </w:t>
      </w:r>
      <w:r>
        <w:rPr>
          <w:bCs/>
        </w:rPr>
        <w:t>Aye</w:t>
      </w:r>
    </w:p>
    <w:p w14:paraId="47977445" w14:textId="68C2148D" w:rsidR="00122C62" w:rsidRDefault="00122C62">
      <w:pPr>
        <w:rPr>
          <w:bCs/>
        </w:rPr>
      </w:pPr>
      <w:r w:rsidRPr="00122C62">
        <w:rPr>
          <w:b/>
        </w:rPr>
        <w:t>Nate Shipp</w:t>
      </w:r>
      <w:r>
        <w:rPr>
          <w:bCs/>
        </w:rPr>
        <w:t>. Aye</w:t>
      </w:r>
    </w:p>
    <w:p w14:paraId="41FD188B" w14:textId="7A7DF010" w:rsidR="00122C62" w:rsidRPr="00122C62" w:rsidRDefault="00122C62">
      <w:pPr>
        <w:rPr>
          <w:bCs/>
        </w:rPr>
      </w:pPr>
      <w:r w:rsidRPr="00122C62">
        <w:rPr>
          <w:b/>
        </w:rPr>
        <w:t>Carey Smith</w:t>
      </w:r>
      <w:r>
        <w:rPr>
          <w:bCs/>
        </w:rPr>
        <w:t>. Aye</w:t>
      </w:r>
    </w:p>
    <w:p w14:paraId="4DA32BA5" w14:textId="77777777" w:rsidR="00F36CCF" w:rsidRDefault="00000000">
      <w:r>
        <w:rPr>
          <w:b/>
        </w:rPr>
        <w:t>Josh Wagstaff</w:t>
      </w:r>
    </w:p>
    <w:p w14:paraId="07CE3A6D" w14:textId="77777777" w:rsidR="00F36CCF" w:rsidRDefault="00000000">
      <w:r>
        <w:t>Perfect.</w:t>
      </w:r>
    </w:p>
    <w:p w14:paraId="0DA42724" w14:textId="77777777" w:rsidR="00F36CCF" w:rsidRDefault="00000000">
      <w:r>
        <w:rPr>
          <w:b/>
        </w:rPr>
        <w:t>Matt Ence (SJ&amp;R)</w:t>
      </w:r>
    </w:p>
    <w:p w14:paraId="6D7E44C0" w14:textId="77777777" w:rsidR="00F36CCF" w:rsidRDefault="00000000">
      <w:r>
        <w:t>Josh, do you want to quickly do a quick roll call, just so… Who was here?</w:t>
      </w:r>
    </w:p>
    <w:p w14:paraId="20206E31" w14:textId="77777777" w:rsidR="00F36CCF" w:rsidRDefault="00000000">
      <w:pPr>
        <w:rPr>
          <w:b/>
        </w:rPr>
      </w:pPr>
      <w:r>
        <w:rPr>
          <w:b/>
        </w:rPr>
        <w:t>Josh Wagstaff</w:t>
      </w:r>
    </w:p>
    <w:p w14:paraId="1C81CF41" w14:textId="7B9C3C6E" w:rsidR="00122C62" w:rsidRPr="00122C62" w:rsidRDefault="00122C62">
      <w:pPr>
        <w:rPr>
          <w:bCs/>
        </w:rPr>
      </w:pPr>
      <w:r>
        <w:rPr>
          <w:bCs/>
        </w:rPr>
        <w:t>Jared Westhoff, Nate Shipp, Carey Smith, Matt Ence, Michael Jensen, Josh Wagstaff</w:t>
      </w:r>
    </w:p>
    <w:p w14:paraId="322D49AE" w14:textId="77777777" w:rsidR="00F36CCF" w:rsidRDefault="00000000">
      <w:r>
        <w:rPr>
          <w:b/>
        </w:rPr>
        <w:t>Josh Wagstaff</w:t>
      </w:r>
    </w:p>
    <w:p w14:paraId="0E706ED5" w14:textId="66984A02" w:rsidR="00F36CCF" w:rsidRDefault="00000000">
      <w:r>
        <w:t>The amended 2024 budget. We increased the… Capital, Expenses for the septic system. And. We just need to finalize that with a separate meet</w:t>
      </w:r>
      <w:r w:rsidR="00122C62">
        <w:t>ing</w:t>
      </w:r>
      <w:r>
        <w:t>… th</w:t>
      </w:r>
      <w:r w:rsidR="00122C62">
        <w:t>is is</w:t>
      </w:r>
      <w:r>
        <w:t xml:space="preserve"> a hearing instead of a meeting.</w:t>
      </w:r>
    </w:p>
    <w:p w14:paraId="4DF35F56" w14:textId="77777777" w:rsidR="00F36CCF" w:rsidRDefault="00000000">
      <w:r>
        <w:rPr>
          <w:b/>
        </w:rPr>
        <w:t>Jared Westhoff</w:t>
      </w:r>
    </w:p>
    <w:p w14:paraId="0C9D3824" w14:textId="77777777" w:rsidR="00F36CCF" w:rsidRDefault="00000000">
      <w:r>
        <w:lastRenderedPageBreak/>
        <w:t>Josh, is it appropriate for me to make a motion to open the public hearing to amend our budget? Yeah. Okay, I still move.</w:t>
      </w:r>
    </w:p>
    <w:p w14:paraId="067F8503" w14:textId="6C362ED9" w:rsidR="00F36CCF" w:rsidRDefault="00122C62">
      <w:r>
        <w:rPr>
          <w:b/>
        </w:rPr>
        <w:t>Carey Smith</w:t>
      </w:r>
    </w:p>
    <w:p w14:paraId="651E85F3" w14:textId="77777777" w:rsidR="00F36CCF" w:rsidRDefault="00000000">
      <w:r>
        <w:t>I'll second it.</w:t>
      </w:r>
    </w:p>
    <w:p w14:paraId="5F05AE84" w14:textId="77777777" w:rsidR="00F36CCF" w:rsidRDefault="00000000">
      <w:r>
        <w:rPr>
          <w:b/>
        </w:rPr>
        <w:t>Josh Wagstaff</w:t>
      </w:r>
    </w:p>
    <w:p w14:paraId="7804E5BA" w14:textId="448CB201" w:rsidR="00F36CCF" w:rsidRDefault="00000000">
      <w:r>
        <w:t xml:space="preserve">Do we have any public comment for the amended 2024 budget? </w:t>
      </w:r>
    </w:p>
    <w:p w14:paraId="6EEE005C" w14:textId="77777777" w:rsidR="00F36CCF" w:rsidRDefault="00000000">
      <w:r>
        <w:rPr>
          <w:b/>
        </w:rPr>
        <w:t>Jared Westhoff</w:t>
      </w:r>
    </w:p>
    <w:p w14:paraId="3B90C9ED" w14:textId="77777777" w:rsidR="00F36CCF" w:rsidRDefault="00000000">
      <w:r>
        <w:t>I move… I move that we close the public hearing.</w:t>
      </w:r>
    </w:p>
    <w:p w14:paraId="3C9F505B" w14:textId="1DD9B965" w:rsidR="00F36CCF" w:rsidRDefault="00122C62">
      <w:r>
        <w:rPr>
          <w:b/>
        </w:rPr>
        <w:t>Carey Smith</w:t>
      </w:r>
    </w:p>
    <w:p w14:paraId="46DA82EF" w14:textId="77777777" w:rsidR="00F36CCF" w:rsidRDefault="00000000">
      <w:r>
        <w:t>I'll second that.</w:t>
      </w:r>
    </w:p>
    <w:p w14:paraId="29720120" w14:textId="77777777" w:rsidR="00F36CCF" w:rsidRDefault="00000000">
      <w:r>
        <w:rPr>
          <w:b/>
        </w:rPr>
        <w:t>Josh Wagstaff</w:t>
      </w:r>
    </w:p>
    <w:p w14:paraId="15A1FC66" w14:textId="77777777" w:rsidR="00F36CCF" w:rsidRDefault="00000000">
      <w:r>
        <w:t>Yep, all in favor say aye.</w:t>
      </w:r>
    </w:p>
    <w:p w14:paraId="44AA0A0B" w14:textId="77777777" w:rsidR="00122C62" w:rsidRDefault="00122C62" w:rsidP="00122C62">
      <w:pPr>
        <w:rPr>
          <w:bCs/>
        </w:rPr>
      </w:pPr>
      <w:r>
        <w:rPr>
          <w:b/>
        </w:rPr>
        <w:t xml:space="preserve">Jared Westhoff. </w:t>
      </w:r>
      <w:r>
        <w:rPr>
          <w:bCs/>
        </w:rPr>
        <w:t>Aye</w:t>
      </w:r>
    </w:p>
    <w:p w14:paraId="4A50243C" w14:textId="77777777" w:rsidR="00122C62" w:rsidRDefault="00122C62" w:rsidP="00122C62">
      <w:pPr>
        <w:rPr>
          <w:bCs/>
        </w:rPr>
      </w:pPr>
      <w:r w:rsidRPr="00122C62">
        <w:rPr>
          <w:b/>
        </w:rPr>
        <w:t>Nate Shipp</w:t>
      </w:r>
      <w:r>
        <w:rPr>
          <w:bCs/>
        </w:rPr>
        <w:t>. Aye</w:t>
      </w:r>
    </w:p>
    <w:p w14:paraId="7F8ADC46" w14:textId="77777777" w:rsidR="00122C62" w:rsidRPr="00122C62" w:rsidRDefault="00122C62" w:rsidP="00122C62">
      <w:pPr>
        <w:rPr>
          <w:bCs/>
        </w:rPr>
      </w:pPr>
      <w:r w:rsidRPr="00122C62">
        <w:rPr>
          <w:b/>
        </w:rPr>
        <w:t>Carey Smith</w:t>
      </w:r>
      <w:r>
        <w:rPr>
          <w:bCs/>
        </w:rPr>
        <w:t>. Aye</w:t>
      </w:r>
    </w:p>
    <w:p w14:paraId="485BF83E" w14:textId="77777777" w:rsidR="00F36CCF" w:rsidRDefault="00000000">
      <w:r>
        <w:rPr>
          <w:b/>
        </w:rPr>
        <w:t>Jared Westhoff</w:t>
      </w:r>
    </w:p>
    <w:p w14:paraId="0B4F4D00" w14:textId="39191B58" w:rsidR="00F36CCF" w:rsidRDefault="00000000">
      <w:r>
        <w:t>So, I move that we amend the 2024 budget</w:t>
      </w:r>
      <w:r w:rsidR="00122C62">
        <w:t>.</w:t>
      </w:r>
    </w:p>
    <w:p w14:paraId="7C49B0BE" w14:textId="77777777" w:rsidR="00F36CCF" w:rsidRDefault="00000000">
      <w:r>
        <w:rPr>
          <w:b/>
        </w:rPr>
        <w:t>Josh Wagstaff</w:t>
      </w:r>
    </w:p>
    <w:p w14:paraId="320E6E9F" w14:textId="77777777" w:rsidR="00F36CCF" w:rsidRDefault="00000000">
      <w:r>
        <w:t>Yeah.</w:t>
      </w:r>
    </w:p>
    <w:p w14:paraId="6EB69E81" w14:textId="6D32748C" w:rsidR="00F36CCF" w:rsidRDefault="00122C62">
      <w:r>
        <w:rPr>
          <w:b/>
        </w:rPr>
        <w:t xml:space="preserve">Carey </w:t>
      </w:r>
      <w:proofErr w:type="spellStart"/>
      <w:r>
        <w:rPr>
          <w:b/>
        </w:rPr>
        <w:t>SMith</w:t>
      </w:r>
      <w:proofErr w:type="spellEnd"/>
    </w:p>
    <w:p w14:paraId="6EEBA569" w14:textId="77777777" w:rsidR="00F36CCF" w:rsidRDefault="00000000">
      <w:r>
        <w:t>I'll second that.</w:t>
      </w:r>
    </w:p>
    <w:p w14:paraId="61359239" w14:textId="77777777" w:rsidR="00F36CCF" w:rsidRDefault="00000000">
      <w:r>
        <w:rPr>
          <w:b/>
        </w:rPr>
        <w:t>Josh Wagstaff</w:t>
      </w:r>
    </w:p>
    <w:p w14:paraId="5F376FE5" w14:textId="77777777" w:rsidR="00F36CCF" w:rsidRDefault="00000000">
      <w:r>
        <w:t>Alright, all in favor?</w:t>
      </w:r>
    </w:p>
    <w:p w14:paraId="43AE182B" w14:textId="77777777" w:rsidR="00122C62" w:rsidRDefault="00122C62" w:rsidP="00122C62">
      <w:pPr>
        <w:rPr>
          <w:bCs/>
        </w:rPr>
      </w:pPr>
      <w:r>
        <w:rPr>
          <w:b/>
        </w:rPr>
        <w:t xml:space="preserve">Jared Westhoff. </w:t>
      </w:r>
      <w:r>
        <w:rPr>
          <w:bCs/>
        </w:rPr>
        <w:t>Aye</w:t>
      </w:r>
    </w:p>
    <w:p w14:paraId="08E20676" w14:textId="77777777" w:rsidR="00122C62" w:rsidRDefault="00122C62" w:rsidP="00122C62">
      <w:pPr>
        <w:rPr>
          <w:bCs/>
        </w:rPr>
      </w:pPr>
      <w:r w:rsidRPr="00122C62">
        <w:rPr>
          <w:b/>
        </w:rPr>
        <w:t>Nate Shipp</w:t>
      </w:r>
      <w:r>
        <w:rPr>
          <w:bCs/>
        </w:rPr>
        <w:t>. Aye</w:t>
      </w:r>
    </w:p>
    <w:p w14:paraId="621E925D" w14:textId="77777777" w:rsidR="00122C62" w:rsidRPr="00122C62" w:rsidRDefault="00122C62" w:rsidP="00122C62">
      <w:pPr>
        <w:rPr>
          <w:bCs/>
        </w:rPr>
      </w:pPr>
      <w:r w:rsidRPr="00122C62">
        <w:rPr>
          <w:b/>
        </w:rPr>
        <w:t>Carey Smith</w:t>
      </w:r>
      <w:r>
        <w:rPr>
          <w:bCs/>
        </w:rPr>
        <w:t>. Aye</w:t>
      </w:r>
    </w:p>
    <w:p w14:paraId="6961680F" w14:textId="77777777" w:rsidR="00F36CCF" w:rsidRDefault="00000000">
      <w:r>
        <w:rPr>
          <w:b/>
        </w:rPr>
        <w:lastRenderedPageBreak/>
        <w:t>Josh Wagstaff</w:t>
      </w:r>
    </w:p>
    <w:p w14:paraId="58E1E795" w14:textId="77777777" w:rsidR="00F36CCF" w:rsidRDefault="00000000">
      <w:r>
        <w:t>Okay, I'll move on to the tentative 2025 budget. I think to be able to keep our… Tax rate, where we tried to set it last year at the .0008, and to keep up with the maintenance, we probably need to be about $100,000,  we did last year for our budget. What are you guys' thoughts on that?</w:t>
      </w:r>
    </w:p>
    <w:p w14:paraId="6D7E1AB0" w14:textId="77777777" w:rsidR="00F36CCF" w:rsidRDefault="00000000">
      <w:r>
        <w:rPr>
          <w:b/>
        </w:rPr>
        <w:t>Jared Westhoff</w:t>
      </w:r>
    </w:p>
    <w:p w14:paraId="19D2D0CB" w14:textId="77777777" w:rsidR="00F36CCF" w:rsidRDefault="00000000">
      <w:r>
        <w:t>Just adding up what's hitting us with the… Maintenance of the mountain bike course. And other infrastructure projects. I think our budget needs to be higher, and just knowing that we're gonna need to seek some… Contribu… debt contribution or something from somewhere.</w:t>
      </w:r>
    </w:p>
    <w:p w14:paraId="47A0C327" w14:textId="77777777" w:rsidR="00F36CCF" w:rsidRDefault="00000000">
      <w:r>
        <w:rPr>
          <w:b/>
        </w:rPr>
        <w:t>Josh Wagstaff</w:t>
      </w:r>
    </w:p>
    <w:p w14:paraId="7D6B8CFA" w14:textId="7B7A0503" w:rsidR="00F36CCF" w:rsidRDefault="00000000">
      <w:r>
        <w:t xml:space="preserve">So… Do we want to get… Maybe we table this, and… or maybe we talk… we could table the tentative 2025 budget. We need to maybe get some estimates for sewer and bonding conversations, because we may bond next year, and that would need to be part of our Budget. Matt, how exactly would that work, where we don't know if we're gonna bond? Do we just put it in the </w:t>
      </w:r>
      <w:proofErr w:type="gramStart"/>
      <w:r>
        <w:t xml:space="preserve">budget </w:t>
      </w:r>
      <w:r w:rsidR="00122C62">
        <w:t>?</w:t>
      </w:r>
      <w:proofErr w:type="gramEnd"/>
    </w:p>
    <w:p w14:paraId="220C3C8C" w14:textId="77777777" w:rsidR="00F36CCF" w:rsidRDefault="00000000">
      <w:r>
        <w:rPr>
          <w:b/>
        </w:rPr>
        <w:t>Matt Ence (SJ&amp;R)</w:t>
      </w:r>
    </w:p>
    <w:p w14:paraId="4A7B85B9" w14:textId="77777777" w:rsidR="00F36CCF" w:rsidRDefault="00000000">
      <w:r>
        <w:t>Yeah, I mean, probably either way, you're gonna have a budget amendment next year anyway, so, you can either go with, , what  right now, as your tentative and final budget. And then just amend it next year when you decide to go ahead with any kind of bonding, or if there's other changes that justify it. I mean, chances are you're going to have an amendment either way, so I don't think it's a big deal.</w:t>
      </w:r>
    </w:p>
    <w:p w14:paraId="7FC5F341" w14:textId="77777777" w:rsidR="00F36CCF" w:rsidRDefault="00000000">
      <w:r>
        <w:rPr>
          <w:b/>
        </w:rPr>
        <w:t>NATE SHIPP</w:t>
      </w:r>
    </w:p>
    <w:p w14:paraId="73944252" w14:textId="5B1BE363" w:rsidR="00F36CCF" w:rsidRDefault="00000000">
      <w:r>
        <w:t xml:space="preserve">Because we've been fighting the county and the mess-up of what this year has done. When we talk to the bonding guys, they look at the potential revenue source based on what we were collecting. Which is apparently being determined by the county, based on our budget. </w:t>
      </w:r>
      <w:proofErr w:type="gramStart"/>
      <w:r>
        <w:t>So</w:t>
      </w:r>
      <w:proofErr w:type="gramEnd"/>
      <w:r>
        <w:t xml:space="preserve"> I'd rather set our budget.</w:t>
      </w:r>
      <w:r w:rsidR="00122C62">
        <w:t xml:space="preserve"> </w:t>
      </w:r>
      <w:r>
        <w:t xml:space="preserve">Realistically, the expenditures that we need to spend Which is gonna be significantly higher. And then we'll have to figure out the shortfall, but because of that, the county will help us get there, not… Arbitrarily decided to just… Reduce our amount, because we didn't have spent money, </w:t>
      </w:r>
    </w:p>
    <w:p w14:paraId="19C14425" w14:textId="77777777" w:rsidR="00F36CCF" w:rsidRDefault="00000000">
      <w:r>
        <w:rPr>
          <w:b/>
        </w:rPr>
        <w:t>Matt Ence (SJ&amp;R)</w:t>
      </w:r>
    </w:p>
    <w:p w14:paraId="265FF8C3" w14:textId="0D34B890" w:rsidR="00F36CCF" w:rsidRDefault="00000000">
      <w:r>
        <w:t>No, you're… I think you're right. I mean. I think the $100,000 that Josh was talking about is enough to sustain and support the tax rate that we're looking to maintain. So, anything above and beyond that is, I guess, gravy. You… it won't push your tax rate necessarily higher, but</w:t>
      </w:r>
      <w:proofErr w:type="gramStart"/>
      <w:r>
        <w:t>, ,</w:t>
      </w:r>
      <w:proofErr w:type="gramEnd"/>
      <w:r>
        <w:t xml:space="preserve"> I think… I think you treat that $100,000 probably as your</w:t>
      </w:r>
      <w:r w:rsidR="00122C62">
        <w:t xml:space="preserve"> </w:t>
      </w:r>
      <w:r>
        <w:t xml:space="preserve">floor. And if you </w:t>
      </w:r>
      <w:proofErr w:type="spellStart"/>
      <w:r>
        <w:lastRenderedPageBreak/>
        <w:t>wanna</w:t>
      </w:r>
      <w:proofErr w:type="spellEnd"/>
      <w:r>
        <w:t>… If you want to show a higher budget now, I think that's fine, or we come back later and amend it and raise it up. When we know what that's gonna look .</w:t>
      </w:r>
    </w:p>
    <w:p w14:paraId="4AD728F5" w14:textId="77777777" w:rsidR="00F36CCF" w:rsidRDefault="00000000">
      <w:r>
        <w:rPr>
          <w:b/>
        </w:rPr>
        <w:t>Jared Westhoff</w:t>
      </w:r>
    </w:p>
    <w:p w14:paraId="3B4B09DC" w14:textId="77777777" w:rsidR="00F36CCF" w:rsidRDefault="00000000">
      <w:r>
        <w:t>I was just adding up some numbers here. Jim is doing such a great job getting the Camp Firefly in, the mountain biking. Trails and the ranches. I just walked that all through, and I think we need to… we know we're going to need to amend the budget later when we get better information, but I think we should be passing at least a $300,000 budget.</w:t>
      </w:r>
    </w:p>
    <w:p w14:paraId="48C60201" w14:textId="77777777" w:rsidR="00F36CCF" w:rsidRDefault="00000000">
      <w:r>
        <w:rPr>
          <w:b/>
        </w:rPr>
        <w:t>NATE SHIPP</w:t>
      </w:r>
    </w:p>
    <w:p w14:paraId="6F47CC55" w14:textId="77777777" w:rsidR="00F36CCF" w:rsidRDefault="00000000">
      <w:r>
        <w:t>I'm in support of that, Jared. I feel the same way.</w:t>
      </w:r>
    </w:p>
    <w:p w14:paraId="3076CF44" w14:textId="77777777" w:rsidR="00F36CCF" w:rsidRDefault="00000000">
      <w:r>
        <w:rPr>
          <w:b/>
        </w:rPr>
        <w:t>Jared Westhoff</w:t>
      </w:r>
    </w:p>
    <w:p w14:paraId="58FA3D3E" w14:textId="31C76099" w:rsidR="00F36CCF" w:rsidRDefault="00000000">
      <w:r>
        <w:t>I move that we… Is… are we… Are we advertised where we can set the budget now, or is this just a discussion item today?</w:t>
      </w:r>
    </w:p>
    <w:p w14:paraId="130C4FB0" w14:textId="77777777" w:rsidR="00F36CCF" w:rsidRDefault="00000000">
      <w:r>
        <w:rPr>
          <w:b/>
        </w:rPr>
        <w:t>Matt Ence (SJ&amp;R)</w:t>
      </w:r>
    </w:p>
    <w:p w14:paraId="5A59D672" w14:textId="77777777" w:rsidR="00F36CCF" w:rsidRDefault="00000000">
      <w:r>
        <w:t>So. You can approve this… you can approve it as a tentative budget today, and then, there'll be a… There'll be a notice, and… To come back for the final approval.</w:t>
      </w:r>
    </w:p>
    <w:p w14:paraId="4384C681" w14:textId="77777777" w:rsidR="00F36CCF" w:rsidRDefault="00000000">
      <w:r>
        <w:rPr>
          <w:b/>
        </w:rPr>
        <w:t>Jared Westhoff</w:t>
      </w:r>
    </w:p>
    <w:p w14:paraId="57C01CB4" w14:textId="77777777" w:rsidR="00F36CCF" w:rsidRDefault="00000000">
      <w:r>
        <w:t>Okay. I move that we set a tentative budget for $300,000 for our next fiscal year.</w:t>
      </w:r>
    </w:p>
    <w:p w14:paraId="0019F711" w14:textId="2BE0FC2F" w:rsidR="00F36CCF" w:rsidRDefault="00A82F99">
      <w:r>
        <w:rPr>
          <w:b/>
        </w:rPr>
        <w:t>Carey Smith</w:t>
      </w:r>
    </w:p>
    <w:p w14:paraId="7F27FA33" w14:textId="54AA10E0" w:rsidR="00F36CCF" w:rsidRDefault="00000000">
      <w:r>
        <w:t>I</w:t>
      </w:r>
      <w:r w:rsidR="00A82F99">
        <w:t>ll second</w:t>
      </w:r>
      <w:r>
        <w:t xml:space="preserve"> it.</w:t>
      </w:r>
    </w:p>
    <w:p w14:paraId="67ADE01B" w14:textId="77777777" w:rsidR="00F36CCF" w:rsidRDefault="00000000">
      <w:r>
        <w:rPr>
          <w:b/>
        </w:rPr>
        <w:t>Josh Wagstaff</w:t>
      </w:r>
    </w:p>
    <w:p w14:paraId="147B5DED" w14:textId="77777777" w:rsidR="00F36CCF" w:rsidRDefault="00000000">
      <w:r>
        <w:t>Yeah, all in favor?</w:t>
      </w:r>
    </w:p>
    <w:p w14:paraId="1B5650CC" w14:textId="77777777" w:rsidR="00A82F99" w:rsidRDefault="00A82F99" w:rsidP="00A82F99">
      <w:pPr>
        <w:rPr>
          <w:bCs/>
        </w:rPr>
      </w:pPr>
      <w:r>
        <w:rPr>
          <w:b/>
        </w:rPr>
        <w:t xml:space="preserve">Jared Westhoff. </w:t>
      </w:r>
      <w:r>
        <w:rPr>
          <w:bCs/>
        </w:rPr>
        <w:t>Aye</w:t>
      </w:r>
    </w:p>
    <w:p w14:paraId="59665968" w14:textId="77777777" w:rsidR="00A82F99" w:rsidRDefault="00A82F99" w:rsidP="00A82F99">
      <w:pPr>
        <w:rPr>
          <w:bCs/>
        </w:rPr>
      </w:pPr>
      <w:r w:rsidRPr="00122C62">
        <w:rPr>
          <w:b/>
        </w:rPr>
        <w:t>Nate Shipp</w:t>
      </w:r>
      <w:r>
        <w:rPr>
          <w:bCs/>
        </w:rPr>
        <w:t>. Aye</w:t>
      </w:r>
    </w:p>
    <w:p w14:paraId="4680C691" w14:textId="77777777" w:rsidR="00A82F99" w:rsidRPr="00122C62" w:rsidRDefault="00A82F99" w:rsidP="00A82F99">
      <w:pPr>
        <w:rPr>
          <w:bCs/>
        </w:rPr>
      </w:pPr>
      <w:r w:rsidRPr="00122C62">
        <w:rPr>
          <w:b/>
        </w:rPr>
        <w:t>Carey Smith</w:t>
      </w:r>
      <w:r>
        <w:rPr>
          <w:bCs/>
        </w:rPr>
        <w:t>. Aye</w:t>
      </w:r>
    </w:p>
    <w:p w14:paraId="6766C989" w14:textId="77777777" w:rsidR="00F36CCF" w:rsidRDefault="00000000">
      <w:r>
        <w:rPr>
          <w:b/>
        </w:rPr>
        <w:t>Josh Wagstaff</w:t>
      </w:r>
    </w:p>
    <w:p w14:paraId="6D4E88C6" w14:textId="77777777" w:rsidR="00F36CCF" w:rsidRDefault="00000000">
      <w:r>
        <w:t>Alright, voting is unanimous. Okay, the next item is the Parks, Trails, and Open Space Management Agreement.</w:t>
      </w:r>
    </w:p>
    <w:p w14:paraId="60C11AA7" w14:textId="77777777" w:rsidR="00F36CCF" w:rsidRDefault="00000000">
      <w:r>
        <w:rPr>
          <w:b/>
        </w:rPr>
        <w:t>Matt Ence (SJ&amp;R)</w:t>
      </w:r>
    </w:p>
    <w:p w14:paraId="6B286430" w14:textId="554E9612" w:rsidR="00F36CCF" w:rsidRDefault="00000000">
      <w:r>
        <w:lastRenderedPageBreak/>
        <w:t xml:space="preserve">So, just… maybe just to recap, we, Josh and Jared and Michael and I had a meeting on this a couple of days ago and talked through… some questions that we were… that we had received from the HOA attorneys, and so I'll just… Quickly summarize, and if you guys have any other, , any thoughts you want to add, please feel free, but… So one of the things that we need to do that's required by the operations and maintenance agreement is a maintenance plan. And the idea is that the agreement will be signed this year, and then every year going forward, the HOA and the district will sit down together on an annual basis And have, sort of, this living document, which is the operations and maintenance plan. And so, for the initial operations and maintenance plan, we talked about putting together just a description. Right now, really, we're just talking about the bike park. And we would put together a description of the maintenance and responsibilities associated with the bike park. Give that to the HOA, let them, , figure out what, an estimate of what it's gonna cost them to provide those services. And then, ultimately, That would… that would determine what the operations and maintenance plan is for the coming year. there… we… in addition to that, we had a discussion, and I should say, the HOA attorneys have said they'd  to see that put together before everybody signs the maintenance agreement, and I think that makes sense, so… So we'll work on putting that in a written form so that everybody can take a look at it. We talked about how… how the district pays for that. That, , it may be more expensive for a period of time to, to do that maintenance, more, more than the district's, revenue allows the district to cover. And so, there's already, , the loan agreement in place with the landowner entity. We talked about putting an agreement in place with the builder entities as well, so that, so that, if necessary, the landowner and the builders can supplement. the district's… The district's… available resources. And, And carry those as a loan on the district's books for as long as is necessary until the district revenue catches up. So that's… that'll be a step that we need to take care of here in the near future. We also talked about, reserves, because the maintenance agreement provides that there will be reserves set aside for things  capital expenses, repairs. Sort of the larger expenses or unexpected expenses that may come up with maintaining all of the properties. And, we talked about setting that at, A certain amount, again, to be… to be supplemented by, and, and subsidized by. The landowner and the… and the builders as needed, so… I think that… I think that's the… that's the really short version, so, I think we talked about, a… 10% reserve. Is there anything else I missed, guys, that we talked about? </w:t>
      </w:r>
    </w:p>
    <w:p w14:paraId="07987862" w14:textId="77777777" w:rsidR="00F36CCF" w:rsidRDefault="00000000">
      <w:r>
        <w:rPr>
          <w:b/>
        </w:rPr>
        <w:t>Jared Westhoff</w:t>
      </w:r>
    </w:p>
    <w:p w14:paraId="7F4EED23" w14:textId="77777777" w:rsidR="00F36CCF" w:rsidRDefault="00000000">
      <w:r>
        <w:t>Did we decide that we could handle that reserve when required for the parks? Buy a letter of credit.</w:t>
      </w:r>
    </w:p>
    <w:p w14:paraId="11EC57FF" w14:textId="77777777" w:rsidR="00F36CCF" w:rsidRDefault="00000000">
      <w:r>
        <w:rPr>
          <w:b/>
        </w:rPr>
        <w:t>Matt Ence (SJ&amp;R)</w:t>
      </w:r>
    </w:p>
    <w:p w14:paraId="32F883EA" w14:textId="77777777" w:rsidR="00F36CCF" w:rsidRDefault="00000000">
      <w:r>
        <w:t xml:space="preserve">Oh, yes, that's right. Yeah, we provided that… that, the landowner, slash builders can provide a letter of credit for that reserve. At least initially, until the district has the capacity to… post a reserve of its own, and then… and then that would substitute for that letter of credit. So, the letter of credit would just be sort of a bridge or a gap filler. Until that time. So, thanks, Jared, I'd forgotten that. So, any, any questions about that? I'm working on getting all </w:t>
      </w:r>
      <w:r>
        <w:lastRenderedPageBreak/>
        <w:t>that in writing and sent back to the HOA attorneys, hopefully within the next day or two, so… Go ahead, Jared.</w:t>
      </w:r>
    </w:p>
    <w:p w14:paraId="02E97D48" w14:textId="77777777" w:rsidR="00F36CCF" w:rsidRDefault="00000000">
      <w:r>
        <w:rPr>
          <w:b/>
        </w:rPr>
        <w:t>Jared Westhoff</w:t>
      </w:r>
    </w:p>
    <w:p w14:paraId="5277DB64" w14:textId="77777777" w:rsidR="00F36CCF" w:rsidRDefault="00000000">
      <w:r>
        <w:t>No, I just think you've done a good job. Figuring out the agreements and keeping things straight. I think it's really important we keep things straight. We need to have our district hat on when our district hat's on, and the landowner hat when it's on.</w:t>
      </w:r>
    </w:p>
    <w:p w14:paraId="5B2879EC" w14:textId="77777777" w:rsidR="00F36CCF" w:rsidRDefault="00000000">
      <w:r>
        <w:rPr>
          <w:b/>
        </w:rPr>
        <w:t>Matt Ence (SJ&amp;R)</w:t>
      </w:r>
    </w:p>
    <w:p w14:paraId="3ADA4779" w14:textId="77777777" w:rsidR="00F36CCF" w:rsidRDefault="00000000">
      <w:r>
        <w:t>Yeah. And.</w:t>
      </w:r>
    </w:p>
    <w:p w14:paraId="62F4C6A5" w14:textId="77777777" w:rsidR="00F36CCF" w:rsidRDefault="00000000">
      <w:r>
        <w:rPr>
          <w:b/>
        </w:rPr>
        <w:t>Jared Westhoff</w:t>
      </w:r>
    </w:p>
    <w:p w14:paraId="6375920A" w14:textId="77777777" w:rsidR="00F36CCF" w:rsidRDefault="00000000">
      <w:r>
        <w:t>We need to make sure that in the end, this all works for the residents that are gonna live there, and I… I think you've done a nice job helping us get an agreement that gives us some really clear lines.</w:t>
      </w:r>
    </w:p>
    <w:p w14:paraId="30706B44" w14:textId="77777777" w:rsidR="00F36CCF" w:rsidRDefault="00000000">
      <w:r>
        <w:rPr>
          <w:b/>
        </w:rPr>
        <w:t>Matt Ence (SJ&amp;R)</w:t>
      </w:r>
    </w:p>
    <w:p w14:paraId="63CFDD2D" w14:textId="42E011DF" w:rsidR="00F36CCF" w:rsidRDefault="00000000">
      <w:r>
        <w:t xml:space="preserve">Well, and I think the most important thing to remember about the… about this maintenance agreement is that it's in… we did it understanding that circumstances are gonna change. , every year, development's gonna progress. The properties managed are gonna change. other circumstances may change that we don't even foresee now, and so the most important thing about it is that it's a framework, and that every year on an annual basis, we will have to sit down with the HOA and say. okay, here's where we're at now, and what are our needs for the coming year? And I think that's the most important thing about it, frankly, is that everybody works together in good faith to make that happen. </w:t>
      </w:r>
    </w:p>
    <w:p w14:paraId="38650082" w14:textId="77777777" w:rsidR="00F36CCF" w:rsidRDefault="00000000">
      <w:r>
        <w:rPr>
          <w:b/>
        </w:rPr>
        <w:t>NATE SHIPP</w:t>
      </w:r>
    </w:p>
    <w:p w14:paraId="15D14A0E" w14:textId="77777777" w:rsidR="00F36CCF" w:rsidRDefault="00000000">
      <w:r>
        <w:t>Oh, it's good to me. Nice work, guys. It's, it's a good plan.</w:t>
      </w:r>
    </w:p>
    <w:p w14:paraId="1912B1DC" w14:textId="77777777" w:rsidR="00F36CCF" w:rsidRDefault="00000000">
      <w:r>
        <w:rPr>
          <w:b/>
        </w:rPr>
        <w:t>Jared Westhoff</w:t>
      </w:r>
    </w:p>
    <w:p w14:paraId="7D3E164A" w14:textId="77777777" w:rsidR="00F36CCF" w:rsidRDefault="00000000">
      <w:r>
        <w:t>Is it in a form that we're ready to vote on it?</w:t>
      </w:r>
    </w:p>
    <w:p w14:paraId="51EA1F20" w14:textId="77777777" w:rsidR="00F36CCF" w:rsidRDefault="00000000">
      <w:r>
        <w:rPr>
          <w:b/>
        </w:rPr>
        <w:t>Matt Ence (SJ&amp;R)</w:t>
      </w:r>
    </w:p>
    <w:p w14:paraId="1DB8ED69" w14:textId="77777777" w:rsidR="00F36CCF" w:rsidRDefault="00000000">
      <w:r>
        <w:t>I'll bring it back to you in more of a written form. I mean, you're welcome, if you want to vote, just to kind of bless what we've discussed, we can do that. And then we can circulate the written, , the written stuff. When it's ready.</w:t>
      </w:r>
    </w:p>
    <w:p w14:paraId="5A78A65E" w14:textId="77777777" w:rsidR="00F36CCF" w:rsidRDefault="00000000">
      <w:r>
        <w:rPr>
          <w:b/>
        </w:rPr>
        <w:t>Jared Westhoff</w:t>
      </w:r>
    </w:p>
    <w:p w14:paraId="61933A17" w14:textId="77777777" w:rsidR="00F36CCF" w:rsidRDefault="00000000">
      <w:r>
        <w:t>But we can just vote when it's ready.</w:t>
      </w:r>
    </w:p>
    <w:p w14:paraId="68286B4E" w14:textId="77777777" w:rsidR="00F36CCF" w:rsidRDefault="00000000">
      <w:r>
        <w:rPr>
          <w:b/>
        </w:rPr>
        <w:t>Matt Ence (SJ&amp;R)</w:t>
      </w:r>
    </w:p>
    <w:p w14:paraId="71A97F33" w14:textId="77777777" w:rsidR="00F36CCF" w:rsidRDefault="00000000">
      <w:r>
        <w:lastRenderedPageBreak/>
        <w:t>Okay.</w:t>
      </w:r>
    </w:p>
    <w:p w14:paraId="0E81CF00" w14:textId="77777777" w:rsidR="00F36CCF" w:rsidRDefault="00000000">
      <w:r>
        <w:rPr>
          <w:b/>
        </w:rPr>
        <w:t>Josh Wagstaff</w:t>
      </w:r>
    </w:p>
    <w:p w14:paraId="24EEF610" w14:textId="77777777" w:rsidR="00F36CCF" w:rsidRDefault="00000000">
      <w:r>
        <w:t>The next question… I guess the next item that we still have is the UDOT maintenance agreement. Nate, have you… I haven't heard anything about the tunnel, have you, or Jared? Have you guys heard anything about that recently?</w:t>
      </w:r>
    </w:p>
    <w:p w14:paraId="7E628D17" w14:textId="77777777" w:rsidR="00F36CCF" w:rsidRDefault="00000000">
      <w:r>
        <w:rPr>
          <w:b/>
        </w:rPr>
        <w:t>NATE SHIPP</w:t>
      </w:r>
    </w:p>
    <w:p w14:paraId="25CB9DEC" w14:textId="47E999AA" w:rsidR="00F36CCF" w:rsidRDefault="00000000">
      <w:r>
        <w:t xml:space="preserve">just the UDOT's reviewing it. I haven't heard that it's been approved yet, or that the, , extra comments have come back, been accepted. I don't… </w:t>
      </w:r>
    </w:p>
    <w:p w14:paraId="0F76363D" w14:textId="77777777" w:rsidR="00F36CCF" w:rsidRDefault="00000000">
      <w:r>
        <w:rPr>
          <w:b/>
        </w:rPr>
        <w:t>Josh Wagstaff</w:t>
      </w:r>
    </w:p>
    <w:p w14:paraId="450B6AEC" w14:textId="77777777" w:rsidR="00F36CCF" w:rsidRDefault="00000000">
      <w:r>
        <w:t>I haven't… I haven't heard anything. I'm waiting to hear back from Chris, too, because he was presenting that to UDOT, so… That'll be coming up, hopefully soon. We can get that approved by the board. The next item is the… called the Scout, or the Firefly Camp. We need to… we want to get that deeded over sooner than later, but we need… Kind of some land planning or legal description, so that we're not giving away too much land. are… are we still waiting on DTJ to know exactly What land we want to do to the district, or what land the landowner wants to do to the district.</w:t>
      </w:r>
    </w:p>
    <w:p w14:paraId="6211B261" w14:textId="77777777" w:rsidR="00F36CCF" w:rsidRDefault="00000000">
      <w:r>
        <w:rPr>
          <w:b/>
        </w:rPr>
        <w:t>Jared Westhoff</w:t>
      </w:r>
    </w:p>
    <w:p w14:paraId="5BF51A7D" w14:textId="77777777" w:rsidR="00F36CCF" w:rsidRDefault="00000000">
      <w:r>
        <w:t>Yeah, we've… I can circle up with David on that. I think he was gonna take the lead on some edits. He's just gonna take the first shot at the edits, is, I think, the way to put it. And then I was going to follow up his edits with some edits, so I'll coordinate with David and see where we're at.</w:t>
      </w:r>
    </w:p>
    <w:p w14:paraId="650612C9" w14:textId="77777777" w:rsidR="00F36CCF" w:rsidRDefault="00000000">
      <w:r>
        <w:rPr>
          <w:b/>
        </w:rPr>
        <w:t>Josh Wagstaff</w:t>
      </w:r>
    </w:p>
    <w:p w14:paraId="350BA002" w14:textId="0463E780" w:rsidR="00F36CCF" w:rsidRDefault="00000000">
      <w:r>
        <w:t>And we could even do</w:t>
      </w:r>
      <w:proofErr w:type="gramStart"/>
      <w:r>
        <w:t>… ,</w:t>
      </w:r>
      <w:proofErr w:type="gramEnd"/>
      <w:r>
        <w:t xml:space="preserve"> a smaller legal description for just… Where the building and the septic and the water line's gonna be, and then if we want to expand it later, we can. </w:t>
      </w:r>
    </w:p>
    <w:p w14:paraId="1A06314A" w14:textId="77777777" w:rsidR="00F36CCF" w:rsidRDefault="00000000">
      <w:r>
        <w:rPr>
          <w:b/>
        </w:rPr>
        <w:t>Jared Westhoff</w:t>
      </w:r>
    </w:p>
    <w:p w14:paraId="7A9D9F13" w14:textId="77777777" w:rsidR="00F36CCF" w:rsidRDefault="00000000">
      <w:r>
        <w:t>Would you… would you want to do kind of a… , an area on Onyx, and… Just send me that area, and then we'll look at it, and it looks good, we'll ask Kent to do a… Legal on it, then we can bring it to our next meeting.</w:t>
      </w:r>
    </w:p>
    <w:p w14:paraId="0BEC88C7" w14:textId="77777777" w:rsidR="00F36CCF" w:rsidRDefault="00000000">
      <w:r>
        <w:rPr>
          <w:b/>
        </w:rPr>
        <w:t>Josh Wagstaff</w:t>
      </w:r>
    </w:p>
    <w:p w14:paraId="0C47EAED" w14:textId="77777777" w:rsidR="00F36CCF" w:rsidRDefault="00000000">
      <w:r>
        <w:t>Yeah. I think that's probably the best way, is just to do smaller chunks instead of trying to do the whole 100 acres on one time.</w:t>
      </w:r>
    </w:p>
    <w:p w14:paraId="3E0C3527" w14:textId="77777777" w:rsidR="00F36CCF" w:rsidRDefault="00000000">
      <w:r>
        <w:rPr>
          <w:b/>
        </w:rPr>
        <w:t>Jared Westhoff</w:t>
      </w:r>
    </w:p>
    <w:p w14:paraId="755FF5B4" w14:textId="77777777" w:rsidR="00F36CCF" w:rsidRDefault="00000000">
      <w:r>
        <w:lastRenderedPageBreak/>
        <w:t>I think it makes sense. We ought to at least do what we know people are going to be using in the next year or two. We can fine-tune it as DTJ and us get on the same page.</w:t>
      </w:r>
    </w:p>
    <w:p w14:paraId="7D61E0BD" w14:textId="77777777" w:rsidR="00F36CCF" w:rsidRDefault="00000000">
      <w:r>
        <w:rPr>
          <w:b/>
        </w:rPr>
        <w:t>NATE SHIPP</w:t>
      </w:r>
    </w:p>
    <w:p w14:paraId="2EF7B782" w14:textId="77777777" w:rsidR="00F36CCF" w:rsidRDefault="00000000">
      <w:r>
        <w:t>I don't have any specifics, but I just raised, because I know there are specifics out there. The amended overstated Master Development Agreement does have some provisions that apply to this area. And I believe the agreement that we struck with the Boy Scouts May or may not, as we got the property back. Have some provisions that apply to this area. We probably want to make sure we're being sensitive to whatever ongoing obligations come out of those agreements, and make sure that as we do this, we're We're just matching everything up. Again, I don't have anything specific, I just have A couple of red flags in the back of my head that when this comes up, we need to go back and just reread those provisions and make sure we're Kosher.</w:t>
      </w:r>
    </w:p>
    <w:p w14:paraId="7047D203" w14:textId="77777777" w:rsidR="00F36CCF" w:rsidRDefault="00000000">
      <w:r>
        <w:rPr>
          <w:b/>
        </w:rPr>
        <w:t>Jared Westhoff</w:t>
      </w:r>
    </w:p>
    <w:p w14:paraId="0E50AA7D" w14:textId="77777777" w:rsidR="00F36CCF" w:rsidRDefault="00000000">
      <w:r>
        <w:t>Nate, is that reaching out to Chase and asking for those, I think we all have the ARMDA, but I don't know that I've got a copy of the Boy Scout.</w:t>
      </w:r>
    </w:p>
    <w:p w14:paraId="47A93861" w14:textId="77777777" w:rsidR="00F36CCF" w:rsidRDefault="00000000">
      <w:r>
        <w:rPr>
          <w:b/>
        </w:rPr>
        <w:t>NATE SHIPP</w:t>
      </w:r>
    </w:p>
    <w:p w14:paraId="41E4B934" w14:textId="77777777" w:rsidR="00F36CCF" w:rsidRDefault="00000000">
      <w:r>
        <w:t>Yeah, it's probably just having him plug in long enough to say, yeah, it's great, do it, or… Hey, you gotta remember, you guys have already agreed to do something this way. I don't know what that is, but…</w:t>
      </w:r>
    </w:p>
    <w:p w14:paraId="7EA1E32B" w14:textId="77777777" w:rsidR="00F36CCF" w:rsidRDefault="00000000">
      <w:r>
        <w:rPr>
          <w:b/>
        </w:rPr>
        <w:t>Jared Westhoff</w:t>
      </w:r>
    </w:p>
    <w:p w14:paraId="2394DC50" w14:textId="77777777" w:rsidR="00F36CCF" w:rsidRDefault="00000000">
      <w:r>
        <w:t>Josh, you had to take on.</w:t>
      </w:r>
    </w:p>
    <w:p w14:paraId="20D4ADED" w14:textId="77777777" w:rsidR="00F36CCF" w:rsidRDefault="00000000">
      <w:r>
        <w:rPr>
          <w:b/>
        </w:rPr>
        <w:t>Josh Wagstaff</w:t>
      </w:r>
    </w:p>
    <w:p w14:paraId="1A210DCE" w14:textId="77777777" w:rsidR="00F36CCF" w:rsidRDefault="00000000">
      <w:r>
        <w:t>Yeah. Coordinating with Chase, and I'll work on the legal. Yep.</w:t>
      </w:r>
    </w:p>
    <w:p w14:paraId="011B4DDD" w14:textId="77777777" w:rsidR="00F36CCF" w:rsidRDefault="00000000">
      <w:r>
        <w:rPr>
          <w:b/>
        </w:rPr>
        <w:t>Jared Westhoff</w:t>
      </w:r>
    </w:p>
    <w:p w14:paraId="0F86C957" w14:textId="77777777" w:rsidR="00F36CCF" w:rsidRDefault="00000000">
      <w:r>
        <w:t>And, maybe send me that area after you've talked to Chase, so we don't do it twice.</w:t>
      </w:r>
    </w:p>
    <w:p w14:paraId="40E6CEF8" w14:textId="77777777" w:rsidR="00F36CCF" w:rsidRDefault="00000000">
      <w:r>
        <w:rPr>
          <w:b/>
        </w:rPr>
        <w:t>Josh Wagstaff</w:t>
      </w:r>
    </w:p>
    <w:p w14:paraId="719EE68E" w14:textId="0E248794" w:rsidR="00F36CCF" w:rsidRDefault="00000000">
      <w:r>
        <w:t>I think the last… the last item we need to cover is just going… circling back to the bonding. what… we… what's our next step to… to know what they actually will let us bond for? Is it meeting with the underwriters?</w:t>
      </w:r>
    </w:p>
    <w:p w14:paraId="77FFD1BD" w14:textId="77777777" w:rsidR="00F36CCF" w:rsidRDefault="00000000">
      <w:r>
        <w:rPr>
          <w:b/>
        </w:rPr>
        <w:t>NATE SHIPP</w:t>
      </w:r>
    </w:p>
    <w:p w14:paraId="2C1E3F1D" w14:textId="77777777" w:rsidR="00F36CCF" w:rsidRDefault="00000000">
      <w:r>
        <w:t>Yes.</w:t>
      </w:r>
    </w:p>
    <w:p w14:paraId="1F681454" w14:textId="77777777" w:rsidR="00F36CCF" w:rsidRDefault="00000000">
      <w:r>
        <w:rPr>
          <w:b/>
        </w:rPr>
        <w:t>Jared Westhoff</w:t>
      </w:r>
    </w:p>
    <w:p w14:paraId="76E0975B" w14:textId="2A7201F9" w:rsidR="00F36CCF" w:rsidRDefault="00000000">
      <w:r>
        <w:lastRenderedPageBreak/>
        <w:t xml:space="preserve">Yeah, yeah, so… Nate, Brian, and I, and Chris Cousins met earlier this week. I did talk to… Sam </w:t>
      </w:r>
    </w:p>
    <w:p w14:paraId="3164ECAA" w14:textId="77777777" w:rsidR="00F36CCF" w:rsidRDefault="00000000">
      <w:r>
        <w:rPr>
          <w:b/>
        </w:rPr>
        <w:t>NATE SHIPP</w:t>
      </w:r>
    </w:p>
    <w:p w14:paraId="07D7F0BB" w14:textId="77777777" w:rsidR="00F36CCF" w:rsidRDefault="00000000">
      <w:r>
        <w:t>Hartman is the guy that you were gonna go talk to. Have you talked to him since our conversation?</w:t>
      </w:r>
    </w:p>
    <w:p w14:paraId="023AE78A" w14:textId="77777777" w:rsidR="00F36CCF" w:rsidRDefault="00000000">
      <w:r>
        <w:rPr>
          <w:b/>
        </w:rPr>
        <w:t>Jared Westhoff</w:t>
      </w:r>
    </w:p>
    <w:p w14:paraId="28D1560D" w14:textId="77777777" w:rsidR="00F36CCF" w:rsidRDefault="00000000">
      <w:r>
        <w:t>I have not. I did talk to Elder again, so I just gotta connect with Hartman today. They, are gonna look at it, give us some advice, off the top of their head. I kind of want to leave the district alone. So that it doesn't affect future PID bondings that are already approved. So, so we may not be bonding out of the district until we actually have tax revenue. For a tax base in the district? So, anyway, we're…</w:t>
      </w:r>
    </w:p>
    <w:p w14:paraId="01DEFE0E" w14:textId="77777777" w:rsidR="00F36CCF" w:rsidRDefault="00000000">
      <w:r>
        <w:rPr>
          <w:b/>
        </w:rPr>
        <w:t>NATE SHIPP</w:t>
      </w:r>
    </w:p>
    <w:p w14:paraId="62C51495" w14:textId="77777777" w:rsidR="00F36CCF" w:rsidRDefault="00000000">
      <w:r>
        <w:t>Well, so we do have a tax basis Existing in the district. We have all of Tyson, and we have all of our residences. So, don't… I mean, it's not  we have nothing. We should have quite a bit, but that goes back to what the county keeps doing to us by not collecting that tax from Tyson.</w:t>
      </w:r>
    </w:p>
    <w:p w14:paraId="3DB38C7F" w14:textId="77777777" w:rsidR="00F36CCF" w:rsidRDefault="00000000">
      <w:r>
        <w:rPr>
          <w:b/>
        </w:rPr>
        <w:t>Jared Westhoff</w:t>
      </w:r>
    </w:p>
    <w:p w14:paraId="2C21B1FD" w14:textId="77777777" w:rsidR="00F36CCF" w:rsidRDefault="00000000">
      <w:r>
        <w:t>Yes. Well… Nate, we also figured out Tyson's being taxed a substandard amount to their actual investment.</w:t>
      </w:r>
    </w:p>
    <w:p w14:paraId="7F88D537" w14:textId="77777777" w:rsidR="00F36CCF" w:rsidRDefault="00000000">
      <w:r>
        <w:rPr>
          <w:b/>
        </w:rPr>
        <w:t>Jared Westhoff</w:t>
      </w:r>
    </w:p>
    <w:p w14:paraId="3F688F00" w14:textId="0F05592B" w:rsidR="00F36CCF" w:rsidRDefault="00000000">
      <w:r>
        <w:t>Yeah, that's strange. They're, , getting a primary home exemption or something. I guess I'll… I'll just say we're not sure where this is landing yet, and we're still working on it, and yes, we need to get with the underwriters better before we know. So, I do know when we had Heath Snow as counsel, he was recommending highly that we go ahead and pass a pretty significant geo bond, and then… Not draw on it. And his point was. Pass it now before you have a bunch of residents that then have a say. And… and, whether, , and then draw on it as you need it, or go actually, of the bonds performed on. But his point was, you can pass it without performing on the bonds and actually occurring the debt. we oughta legally pass it. I don't know… Matt, if you have an opinion on that, or if Heath was on… The right page to… His point was, take your master plan. figure out the value of how much of that is system infrastructure that makes sense for the district to do, and pass an equivalent GO bond. For it, so that it's approved by… All the steps we need, but don't… don't go actually… Get the bonds in place till you're actually ready for them.</w:t>
      </w:r>
    </w:p>
    <w:p w14:paraId="2942BBC2" w14:textId="77777777" w:rsidR="00F36CCF" w:rsidRDefault="00000000">
      <w:r>
        <w:rPr>
          <w:b/>
        </w:rPr>
        <w:t>Matt Ence (SJ&amp;R)</w:t>
      </w:r>
    </w:p>
    <w:p w14:paraId="0029C345" w14:textId="77777777" w:rsidR="00F36CCF" w:rsidRDefault="00000000">
      <w:r>
        <w:lastRenderedPageBreak/>
        <w:t>So, it's actually, it's actually even easier than that now, because this… earlier this year, the legislature passed, some changes to the code that deal with bond consents. They say that a property owner can give a consent to… for the district to issue bonds, and that consent can be valid for up to 10 years. So, you… in my opinion, you wouldn't even have to issue the bonds. You could, once you understand what the… scope is of the bonds that you would  to issue, and what your capacity is to issue those bonds. We can put together a consent to be signed by All the current property owners that would be affected, and then that consent would essentially give you a window of time to go and issue bonds without having to Yeah, essentially the consent would be recorded, and then, , if additional people come in, buy property, they would be buying subject to that consent, and you could still issue bonds later without having to go around to all the property owners again.</w:t>
      </w:r>
    </w:p>
    <w:p w14:paraId="5D34CD9C" w14:textId="77777777" w:rsidR="00F36CCF" w:rsidRDefault="00000000">
      <w:r>
        <w:rPr>
          <w:b/>
        </w:rPr>
        <w:t>Jared Westhoff</w:t>
      </w:r>
    </w:p>
    <w:p w14:paraId="4DC0C592" w14:textId="77777777" w:rsidR="00F36CCF" w:rsidRDefault="00000000">
      <w:r>
        <w:t>What is the rule on that? Is it a certain percentage of the taxable value? That gets the bond to be approved when the consent's going on  that, because… I don't want to needlessly go get a consent and scare future buyers from buying, because they might be obligated to some bond in the future.</w:t>
      </w:r>
    </w:p>
    <w:p w14:paraId="7768497A" w14:textId="77777777" w:rsidR="00F36CCF" w:rsidRDefault="00000000">
      <w:r>
        <w:rPr>
          <w:b/>
        </w:rPr>
        <w:t>Matt Ence (SJ&amp;R)</w:t>
      </w:r>
    </w:p>
    <w:p w14:paraId="76D7CC8C" w14:textId="77777777" w:rsidR="00F36CCF" w:rsidRDefault="00000000">
      <w:r>
        <w:t>There's no… there's no real rule, it just depends on… it depends on… your financing capacity depends on what your projected revenue will sustain. As far…</w:t>
      </w:r>
    </w:p>
    <w:p w14:paraId="4FCF0108" w14:textId="77777777" w:rsidR="00F36CCF" w:rsidRDefault="00000000">
      <w:r>
        <w:rPr>
          <w:b/>
        </w:rPr>
        <w:t>Jared Westhoff</w:t>
      </w:r>
    </w:p>
    <w:p w14:paraId="53677895" w14:textId="77777777" w:rsidR="00F36CCF" w:rsidRDefault="00000000">
      <w:r>
        <w:t>So…</w:t>
      </w:r>
    </w:p>
    <w:p w14:paraId="4389BC74" w14:textId="77777777" w:rsidR="00F36CCF" w:rsidRDefault="00000000">
      <w:r>
        <w:rPr>
          <w:b/>
        </w:rPr>
        <w:t>Matt Ence (SJ&amp;R)</w:t>
      </w:r>
    </w:p>
    <w:p w14:paraId="160F7D31" w14:textId="77777777" w:rsidR="00F36CCF" w:rsidRDefault="00000000">
      <w:r>
        <w:t>servicing a bond.</w:t>
      </w:r>
    </w:p>
    <w:p w14:paraId="6B428C7A" w14:textId="77777777" w:rsidR="00F36CCF" w:rsidRDefault="00000000">
      <w:r>
        <w:rPr>
          <w:b/>
        </w:rPr>
        <w:t>Jared Westhoff</w:t>
      </w:r>
    </w:p>
    <w:p w14:paraId="73140FB1" w14:textId="77777777" w:rsidR="00F36CCF" w:rsidRDefault="00000000">
      <w:r>
        <w:t>So if Tyson Foods doesn't consent. Are they, the bond area doesn't affect them?</w:t>
      </w:r>
    </w:p>
    <w:p w14:paraId="63AADE61" w14:textId="77777777" w:rsidR="00F36CCF" w:rsidRDefault="00000000">
      <w:r>
        <w:rPr>
          <w:b/>
        </w:rPr>
        <w:t>Matt Ence (SJ&amp;R)</w:t>
      </w:r>
    </w:p>
    <w:p w14:paraId="2D220A6D" w14:textId="77777777" w:rsidR="00F36CCF" w:rsidRDefault="00000000">
      <w:r>
        <w:t>If they don't consent, we would have to look at some other method of issuing a bond rather than through the full district, and we talked about those options the other day. One would be… doing a special assessment and excluding some of the property in the district, or you could create a PID inside the district that has a smaller a smaller boundary and have the bonds issued by the PID. But you can't… you can't really get around that property owner consent, so… If you have somebody  Tyson or somebody else that says, no, we're not going to consent to it. Then we'd have to look at those alternatives.</w:t>
      </w:r>
    </w:p>
    <w:p w14:paraId="0DF6D39D" w14:textId="77777777" w:rsidR="00F36CCF" w:rsidRDefault="00000000">
      <w:r>
        <w:rPr>
          <w:b/>
        </w:rPr>
        <w:t>Jared Westhoff</w:t>
      </w:r>
    </w:p>
    <w:p w14:paraId="5120E39C" w14:textId="77777777" w:rsidR="00F36CCF" w:rsidRDefault="00000000">
      <w:r>
        <w:lastRenderedPageBreak/>
        <w:t>So one… one person not consenting removes the ability to do a geo bond.</w:t>
      </w:r>
    </w:p>
    <w:p w14:paraId="75C8ACA3" w14:textId="77777777" w:rsidR="00F36CCF" w:rsidRDefault="00000000">
      <w:r>
        <w:rPr>
          <w:b/>
        </w:rPr>
        <w:t>Matt Ence (SJ&amp;R)</w:t>
      </w:r>
    </w:p>
    <w:p w14:paraId="2E93E8AB" w14:textId="77777777" w:rsidR="00F36CCF" w:rsidRDefault="00000000">
      <w:r>
        <w:t>Through the district, but you could still create a PID, with a smaller boundary, and exclude that property, and then the PID could issue a geo bond.</w:t>
      </w:r>
    </w:p>
    <w:p w14:paraId="7B51C0E8" w14:textId="77777777" w:rsidR="00F36CCF" w:rsidRDefault="00000000">
      <w:r>
        <w:rPr>
          <w:b/>
        </w:rPr>
        <w:t>Jared Westhoff</w:t>
      </w:r>
    </w:p>
    <w:p w14:paraId="0A628DDA" w14:textId="26EA3141" w:rsidR="00F36CCF" w:rsidRDefault="00000000">
      <w:r>
        <w:t xml:space="preserve">And the PID… can… can the district then pledge its tax revenue to pay off the… </w:t>
      </w:r>
      <w:proofErr w:type="spellStart"/>
      <w:r>
        <w:t>Geobo</w:t>
      </w:r>
      <w:r w:rsidR="00B76E8F">
        <w:t>nd</w:t>
      </w:r>
      <w:proofErr w:type="spellEnd"/>
      <w:r>
        <w:t>.</w:t>
      </w:r>
    </w:p>
    <w:p w14:paraId="01E8AA8F" w14:textId="77777777" w:rsidR="00F36CCF" w:rsidRDefault="00000000">
      <w:r>
        <w:rPr>
          <w:b/>
        </w:rPr>
        <w:t>Matt Ence (SJ&amp;R)</w:t>
      </w:r>
    </w:p>
    <w:p w14:paraId="55E3D291" w14:textId="77777777" w:rsidR="00F36CCF" w:rsidRDefault="00000000">
      <w:r>
        <w:t>Potentially, yeah, potentially.</w:t>
      </w:r>
    </w:p>
    <w:p w14:paraId="2011DB5F" w14:textId="77777777" w:rsidR="00F36CCF" w:rsidRDefault="00000000">
      <w:r>
        <w:rPr>
          <w:b/>
        </w:rPr>
        <w:t>Jared Westhoff</w:t>
      </w:r>
    </w:p>
    <w:p w14:paraId="68199C0F" w14:textId="77777777" w:rsidR="00F36CCF" w:rsidRDefault="00000000">
      <w:r>
        <w:t>So you should…</w:t>
      </w:r>
    </w:p>
    <w:p w14:paraId="3984CF67" w14:textId="77777777" w:rsidR="00F36CCF" w:rsidRDefault="00000000">
      <w:r>
        <w:rPr>
          <w:b/>
        </w:rPr>
        <w:t>Matt Ence (SJ&amp;R)</w:t>
      </w:r>
    </w:p>
    <w:p w14:paraId="37158819" w14:textId="77777777" w:rsidR="00F36CCF" w:rsidRDefault="00000000">
      <w:r>
        <w:t>But you wouldn't need permission of the property owner to pledge the…</w:t>
      </w:r>
    </w:p>
    <w:p w14:paraId="5012ED37" w14:textId="77777777" w:rsidR="00F36CCF" w:rsidRDefault="00000000">
      <w:r>
        <w:rPr>
          <w:b/>
        </w:rPr>
        <w:t>NATE SHIPP</w:t>
      </w:r>
    </w:p>
    <w:p w14:paraId="0123316C" w14:textId="77777777" w:rsidR="00F36CCF" w:rsidRDefault="00000000">
      <w:r>
        <w:t>The tax revenue. We can go get a bond based on that revenue alone, just as a… revenue bond. Right? I mean, we wouldn't need to go ask permission for… For that type of a bond, would we?</w:t>
      </w:r>
    </w:p>
    <w:p w14:paraId="3E2BB8ED" w14:textId="77777777" w:rsidR="00F36CCF" w:rsidRDefault="00000000">
      <w:r>
        <w:rPr>
          <w:b/>
        </w:rPr>
        <w:t>Matt Ence (SJ&amp;R)</w:t>
      </w:r>
    </w:p>
    <w:p w14:paraId="2E623AE2" w14:textId="77777777" w:rsidR="00F36CCF" w:rsidRDefault="00000000">
      <w:r>
        <w:t>On exist… on existing revenue? No, you wouldn't have to. But if you're… if you're issuing a bond based on additional revenue, additional tax levy that's yet to be That's yet to be assessed or levied, then… then you would definitely need property owner permission.</w:t>
      </w:r>
    </w:p>
    <w:p w14:paraId="0979CCCB" w14:textId="77777777" w:rsidR="00F36CCF" w:rsidRDefault="00000000">
      <w:r>
        <w:rPr>
          <w:b/>
        </w:rPr>
        <w:t>Jared Westhoff</w:t>
      </w:r>
    </w:p>
    <w:p w14:paraId="20B22F4F" w14:textId="77777777" w:rsidR="00F36CCF" w:rsidRDefault="00000000">
      <w:r>
        <w:t>Okay, so we just need to get our tax base where we want it. And do a revenue bond.</w:t>
      </w:r>
    </w:p>
    <w:p w14:paraId="6ECDBFF0" w14:textId="77777777" w:rsidR="00F36CCF" w:rsidRDefault="00000000">
      <w:r>
        <w:rPr>
          <w:b/>
        </w:rPr>
        <w:t>NATE SHIPP</w:t>
      </w:r>
    </w:p>
    <w:p w14:paraId="66495D03" w14:textId="77777777" w:rsidR="00F36CCF" w:rsidRDefault="00000000">
      <w:r>
        <w:t>Yes. Is there any way to go back on the county and get them to get it right this year?</w:t>
      </w:r>
    </w:p>
    <w:p w14:paraId="27821B7A" w14:textId="77777777" w:rsidR="00F36CCF" w:rsidRDefault="00000000">
      <w:r>
        <w:rPr>
          <w:b/>
        </w:rPr>
        <w:t>Matt Ence (SJ&amp;R)</w:t>
      </w:r>
    </w:p>
    <w:p w14:paraId="4564D390" w14:textId="77777777" w:rsidR="00F36CCF" w:rsidRDefault="00000000">
      <w:r>
        <w:t>I'll let those that have been talking to the county answer that in more detail, but my understanding is that the only way to fix it is Going forward.</w:t>
      </w:r>
    </w:p>
    <w:p w14:paraId="481516A6" w14:textId="77777777" w:rsidR="00F36CCF" w:rsidRDefault="00000000">
      <w:r>
        <w:rPr>
          <w:b/>
        </w:rPr>
        <w:t>Josh Wagstaff</w:t>
      </w:r>
    </w:p>
    <w:p w14:paraId="6C12C840" w14:textId="72DA9344" w:rsidR="00F36CCF" w:rsidRDefault="00000000">
      <w:r>
        <w:lastRenderedPageBreak/>
        <w:t>Michael, do you have any input on that? I know the county messed up a few other… Districts, school districts, cities</w:t>
      </w:r>
      <w:r w:rsidR="00B76E8F">
        <w:t>.</w:t>
      </w:r>
    </w:p>
    <w:p w14:paraId="2799394F" w14:textId="77777777" w:rsidR="00F36CCF" w:rsidRDefault="00000000">
      <w:r>
        <w:rPr>
          <w:b/>
        </w:rPr>
        <w:t>Michael Jensen</w:t>
      </w:r>
    </w:p>
    <w:p w14:paraId="3C38617E" w14:textId="77777777" w:rsidR="00F36CCF" w:rsidRDefault="00000000">
      <w:r>
        <w:t>Yeah, Nate, I don't… I don't see a way to do it. And talking to the tax commission, he told me they were gonna try to make it up in next year, but I'll be honest, I don't know how we'd get back, , $48,000. I just don't see a way they can do it. But… That's what Matt at the Tax Commission said they're gonna try to work out. So, since we're on this topic, I just wanted to kind of go back to the tentative budget. So, I don't have a problem saying in the budget we're gonna do $300,000. I just want you guys to know we probably won't get to 300,000. the… the way… So, right, right now, the assessed valuation for the district's 100… I'm gonna round, $110 million. In order for us to get $300,000, the assessed valuation's gonna have to be $375 million. So we're gonna have to more than triple the assessed valuation to get up to that. $300,000. So, I don't have a problem putting in $300. That means any amount above 100 we will get, based on last year's $100,000, but just don't expect to get the $300,000. It's all gonna be based on what the assessed valuation's gonna be.</w:t>
      </w:r>
    </w:p>
    <w:p w14:paraId="5A00F7C9" w14:textId="77777777" w:rsidR="00F36CCF" w:rsidRDefault="00000000">
      <w:r>
        <w:rPr>
          <w:b/>
        </w:rPr>
        <w:t>NATE SHIPP</w:t>
      </w:r>
    </w:p>
    <w:p w14:paraId="722ED220" w14:textId="77777777" w:rsidR="00F36CCF" w:rsidRDefault="00000000">
      <w:r>
        <w:t>Totally understand. I think we're… and that's, I think, why we talked about having to supplement. I appreciate you bringing that up, it's a very valid point. I'm well aware of that. Okay. I, I… I do think it emphasizes that when you talk about the current Valuation. Based on the numbers that Tyson gave me of what they put in for real and personal property taxes, they're being way undervalued. They've represented to the state for the incentive package that they were putting in $500 million worth of infrastructure. And so, for us to only have a valuation at $100 million, and they're included in it, it doesn't make sense to me.</w:t>
      </w:r>
    </w:p>
    <w:p w14:paraId="09401C5A" w14:textId="77777777" w:rsidR="00F36CCF" w:rsidRDefault="00000000">
      <w:r>
        <w:rPr>
          <w:b/>
        </w:rPr>
        <w:t>Jared Westhoff</w:t>
      </w:r>
    </w:p>
    <w:p w14:paraId="7B8C4C6F" w14:textId="4650980E" w:rsidR="00F36CCF" w:rsidRDefault="00000000">
      <w:r>
        <w:t>Their building alone was estimated to be 280, and they went over 300.</w:t>
      </w:r>
    </w:p>
    <w:p w14:paraId="505D30D0" w14:textId="77777777" w:rsidR="00F36CCF" w:rsidRDefault="00000000">
      <w:r>
        <w:rPr>
          <w:b/>
        </w:rPr>
        <w:t>Michael Jensen</w:t>
      </w:r>
    </w:p>
    <w:p w14:paraId="22268A62" w14:textId="77777777" w:rsidR="00F36CCF" w:rsidRDefault="00000000">
      <w:r>
        <w:t>So when was their building done?</w:t>
      </w:r>
    </w:p>
    <w:p w14:paraId="4002B763" w14:textId="77777777" w:rsidR="00F36CCF" w:rsidRDefault="00000000">
      <w:r>
        <w:rPr>
          <w:b/>
        </w:rPr>
        <w:t>NATE SHIPP</w:t>
      </w:r>
    </w:p>
    <w:p w14:paraId="4342281B" w14:textId="77777777" w:rsidR="00F36CCF" w:rsidRDefault="00000000">
      <w:r>
        <w:t>Yeah, 18 or 2019, probably finished in 2019.</w:t>
      </w:r>
    </w:p>
    <w:p w14:paraId="70AF7515" w14:textId="77777777" w:rsidR="00F36CCF" w:rsidRDefault="00000000">
      <w:r>
        <w:rPr>
          <w:b/>
        </w:rPr>
        <w:t>Matt Ence (SJ&amp;R)</w:t>
      </w:r>
    </w:p>
    <w:p w14:paraId="162B90CE" w14:textId="77777777" w:rsidR="00F36CCF" w:rsidRDefault="00000000">
      <w:r>
        <w:t>Maybe that's a conversation to be had with the county assessor, , because that's where those values… that's where those assessed values originate.</w:t>
      </w:r>
    </w:p>
    <w:p w14:paraId="205EF126" w14:textId="77777777" w:rsidR="00F36CCF" w:rsidRDefault="00000000">
      <w:r>
        <w:rPr>
          <w:b/>
        </w:rPr>
        <w:t>NATE SHIPP</w:t>
      </w:r>
    </w:p>
    <w:p w14:paraId="75560F20" w14:textId="77777777" w:rsidR="00F36CCF" w:rsidRDefault="00000000">
      <w:r>
        <w:lastRenderedPageBreak/>
        <w:t>So they show up to the state, they say, hey, we're gonna do all this, this is the dollar amount we're gonna bring to the state. The state gave them a massive incentive program to say, okay, we want you to come. based on those… those amounts. And then the state turns around and looks the other way and says, oh yeah, you're… you're really only worth, , $100 million, or whatever the number is. It's… They're getting benefited on both ends. That's not right. They should… they should get it. They've gotten their… they've got their win. They should be paying taxes now.</w:t>
      </w:r>
    </w:p>
    <w:p w14:paraId="018F340B" w14:textId="77777777" w:rsidR="00F36CCF" w:rsidRDefault="00000000">
      <w:r>
        <w:rPr>
          <w:b/>
        </w:rPr>
        <w:t>Matt Ence (SJ&amp;R)</w:t>
      </w:r>
    </w:p>
    <w:p w14:paraId="6DCC2F62" w14:textId="77777777" w:rsidR="00F36CCF" w:rsidRDefault="00000000">
      <w:r>
        <w:t>Yeah, and that's… I think that's a disconnect in the assessor's office.</w:t>
      </w:r>
    </w:p>
    <w:p w14:paraId="5C713B45" w14:textId="77777777" w:rsidR="00F36CCF" w:rsidRDefault="00000000">
      <w:r>
        <w:rPr>
          <w:b/>
        </w:rPr>
        <w:t>Michael Jensen</w:t>
      </w:r>
    </w:p>
    <w:p w14:paraId="7EFBAB84" w14:textId="77777777" w:rsidR="00F36CCF" w:rsidRDefault="00000000">
      <w:r>
        <w:t>This could be the same issue Utah County had with Inside a Firefly. Where they didn't have all the parcels connected to the district.</w:t>
      </w:r>
    </w:p>
    <w:p w14:paraId="17EFE4E9" w14:textId="77777777" w:rsidR="00F36CCF" w:rsidRDefault="00000000">
      <w:r>
        <w:rPr>
          <w:b/>
        </w:rPr>
        <w:t>Matt Ence (SJ&amp;R)</w:t>
      </w:r>
    </w:p>
    <w:p w14:paraId="692D7F28" w14:textId="77777777" w:rsidR="00F36CCF" w:rsidRDefault="00000000">
      <w:r>
        <w:t>It might be. I mean, we, we probably need to…</w:t>
      </w:r>
    </w:p>
    <w:p w14:paraId="11740A6F" w14:textId="77777777" w:rsidR="00F36CCF" w:rsidRDefault="00000000">
      <w:r>
        <w:rPr>
          <w:b/>
        </w:rPr>
        <w:t>Michael Jensen</w:t>
      </w:r>
    </w:p>
    <w:p w14:paraId="2BC10331" w14:textId="77777777" w:rsidR="00F36CCF" w:rsidRDefault="00000000">
      <w:r>
        <w:t>Josh? you and I might need to go talk to the assessor. And then we might need to figure out if they have all the parcels that should be in the district in the district.</w:t>
      </w:r>
    </w:p>
    <w:p w14:paraId="26A4317D" w14:textId="77777777" w:rsidR="00F36CCF" w:rsidRDefault="00000000">
      <w:r>
        <w:rPr>
          <w:b/>
        </w:rPr>
        <w:t>Matt Ence (SJ&amp;R)</w:t>
      </w:r>
    </w:p>
    <w:p w14:paraId="040B5537" w14:textId="77777777" w:rsidR="00F36CCF" w:rsidRDefault="00000000">
      <w:r>
        <w:t>Now's the time.</w:t>
      </w:r>
    </w:p>
    <w:p w14:paraId="41D0D96D" w14:textId="77777777" w:rsidR="00F36CCF" w:rsidRDefault="00000000">
      <w:r>
        <w:rPr>
          <w:b/>
        </w:rPr>
        <w:t>Michael Jensen</w:t>
      </w:r>
    </w:p>
    <w:p w14:paraId="0431F827" w14:textId="77777777" w:rsidR="00F36CCF" w:rsidRDefault="00000000">
      <w:r>
        <w:t>And that's the issue they had with the Firefly PID. is they didn't have all the… all the parcels that should be in the PID in the PID. The assessor didn't.</w:t>
      </w:r>
    </w:p>
    <w:p w14:paraId="0C09A393" w14:textId="77777777" w:rsidR="00F36CCF" w:rsidRDefault="00000000">
      <w:r>
        <w:rPr>
          <w:b/>
        </w:rPr>
        <w:t>NATE SHIPP</w:t>
      </w:r>
    </w:p>
    <w:p w14:paraId="68D4E2BE" w14:textId="77777777" w:rsidR="00F36CCF" w:rsidRDefault="00000000">
      <w:r>
        <w:t>Yeah, because in my mind, a $48,000 gap, we're way bigger than a $48,000 gap right now. At least we should be.</w:t>
      </w:r>
    </w:p>
    <w:p w14:paraId="4A0B7089" w14:textId="77777777" w:rsidR="00F36CCF" w:rsidRDefault="00000000">
      <w:r>
        <w:rPr>
          <w:b/>
        </w:rPr>
        <w:t>Jared Westhoff</w:t>
      </w:r>
    </w:p>
    <w:p w14:paraId="33E9059F" w14:textId="77777777" w:rsidR="00F36CCF" w:rsidRDefault="00000000">
      <w:r>
        <w:t>Yeah, we should be 200. push it to be that $300,000 based off of Tyson's assessment value alone.</w:t>
      </w:r>
    </w:p>
    <w:p w14:paraId="0D89740A" w14:textId="77777777" w:rsidR="00F36CCF" w:rsidRDefault="00000000">
      <w:r>
        <w:rPr>
          <w:b/>
        </w:rPr>
        <w:t>Michael Jensen</w:t>
      </w:r>
    </w:p>
    <w:p w14:paraId="6D355DDA" w14:textId="77777777" w:rsidR="00F36CCF" w:rsidRDefault="00000000">
      <w:r>
        <w:t>Okay, let… let Josh and I go back and check all the parcels.</w:t>
      </w:r>
    </w:p>
    <w:p w14:paraId="335E5335" w14:textId="77777777" w:rsidR="00F36CCF" w:rsidRDefault="00000000">
      <w:r>
        <w:rPr>
          <w:b/>
        </w:rPr>
        <w:t>NATE SHIPP</w:t>
      </w:r>
    </w:p>
    <w:p w14:paraId="44AAD805" w14:textId="77777777" w:rsidR="00F36CCF" w:rsidRDefault="00000000">
      <w:r>
        <w:lastRenderedPageBreak/>
        <w:t>Great.</w:t>
      </w:r>
    </w:p>
    <w:p w14:paraId="692E0165" w14:textId="77777777" w:rsidR="00F36CCF" w:rsidRDefault="00000000">
      <w:r>
        <w:rPr>
          <w:b/>
        </w:rPr>
        <w:t>Jared Westhoff</w:t>
      </w:r>
    </w:p>
    <w:p w14:paraId="24F867C5" w14:textId="77777777" w:rsidR="00F36CCF" w:rsidRDefault="00000000">
      <w:r>
        <w:t>Real fast, just to illustrate the trickle-down effect of this assessor not having this right. is Tyson got tax increment financing, and for 20 years. Tyson, the city, and us are supposed to be getting a portion of their… I believe it was 75%. Tax increment, and the rest of the entities are getting the other 25% they would have normally got. So this isn't just shorting the district's taxes, it's shorting everybody's payback that they were counting on.</w:t>
      </w:r>
    </w:p>
    <w:p w14:paraId="68B1AF81" w14:textId="77777777" w:rsidR="00F36CCF" w:rsidRDefault="00000000">
      <w:r>
        <w:rPr>
          <w:b/>
        </w:rPr>
        <w:t>NATE SHIPP</w:t>
      </w:r>
    </w:p>
    <w:p w14:paraId="03A6D7E3" w14:textId="77777777" w:rsidR="00F36CCF" w:rsidRDefault="00000000">
      <w:r>
        <w:t>To the tune of millions. So, yeah, the county… county didn't just screw up on 48 grand. I really think this needs to be something we zero in on and go fix for 2025. We can't go another year. Not… not doing this.</w:t>
      </w:r>
    </w:p>
    <w:p w14:paraId="32B4C1C8" w14:textId="77777777" w:rsidR="00F36CCF" w:rsidRDefault="00000000">
      <w:r>
        <w:rPr>
          <w:b/>
        </w:rPr>
        <w:t>Michael Jensen</w:t>
      </w:r>
    </w:p>
    <w:p w14:paraId="5B7AF6D6" w14:textId="77777777" w:rsidR="00F36CCF" w:rsidRDefault="00000000">
      <w:r>
        <w:t>I'll talk with… And Matt, put on your thinking cap, we can talk about this later, but I'm gonna call… Matt Hurst at the Tax Commission, and maybe we look at doing a judgment levy. And see if we can go back. So, what a judgment levy does is it allows you to go back and capture any funds… I gotta think the right way to say this. So, let's say somebody goes into the tax, to the county at their Board of Equalization. And they lower their assessed valuation. And we've set our budget at a certain level, so we don't get that assessed valuation from that property. We don't collect the taxes on it. Even though it was in our budget. So that might be how we collect this at least 48. And maybe we can go back and get more if the parcels were wrong. That we do a judgment levy, which allows us To get that money back, it increases the rate back up, but again, I think… talking out loud, we might be stuck at what we would have got out of the .008. But that still should be at least the 40… 48. We'll have to run some numbers, but…</w:t>
      </w:r>
    </w:p>
    <w:p w14:paraId="175C6023" w14:textId="77777777" w:rsidR="00F36CCF" w:rsidRDefault="00000000">
      <w:r>
        <w:rPr>
          <w:b/>
        </w:rPr>
        <w:t>NATE SHIPP</w:t>
      </w:r>
    </w:p>
    <w:p w14:paraId="4DE0E3E0" w14:textId="77777777" w:rsidR="00F36CCF" w:rsidRDefault="00000000">
      <w:r>
        <w:t>So let's run them. And if you can also think about how it applies to All the other taxing districts? Because… because Jared's right, right? This is a much bigger issue than just… Just the district. There's… there's all the rest of this is supposed to be coming back, so each… Taxing authority is supposed to have been getting these valuations, and they're not.</w:t>
      </w:r>
    </w:p>
    <w:p w14:paraId="4792D4F4" w14:textId="77777777" w:rsidR="00F36CCF" w:rsidRDefault="00000000">
      <w:r>
        <w:rPr>
          <w:b/>
        </w:rPr>
        <w:t>Michael Jensen</w:t>
      </w:r>
    </w:p>
    <w:p w14:paraId="6700608A" w14:textId="77777777" w:rsidR="00F36CCF" w:rsidRDefault="00000000">
      <w:r>
        <w:t>So, each of those entities would need to do their own judgment levy. That would be the only way each of them could get their… Their lost revenue back.</w:t>
      </w:r>
    </w:p>
    <w:p w14:paraId="14848E6A" w14:textId="77777777" w:rsidR="00F36CCF" w:rsidRDefault="00000000">
      <w:r>
        <w:rPr>
          <w:b/>
        </w:rPr>
        <w:t>Jared Westhoff</w:t>
      </w:r>
    </w:p>
    <w:p w14:paraId="3C582AC9" w14:textId="77777777" w:rsidR="00F36CCF" w:rsidRDefault="00000000">
      <w:r>
        <w:t xml:space="preserve">From a relationship standpoint, I don't not know that we would go back in time on a judgment levy, but I think we should still try to get the $48,000 this year. And correct it </w:t>
      </w:r>
      <w:r>
        <w:lastRenderedPageBreak/>
        <w:t>going forward. But maybe we would. we're still hoping that they buy another 40 acres, and maybe we poke the bear, and that helps or hurts, I don't know, but the, Since we're still in the meeting, can I amend the prior motion? And we re-vote on it?</w:t>
      </w:r>
    </w:p>
    <w:p w14:paraId="1D6E364A" w14:textId="77777777" w:rsidR="00F36CCF" w:rsidRDefault="00000000">
      <w:r>
        <w:rPr>
          <w:b/>
        </w:rPr>
        <w:t>Matt Ence (SJ&amp;R)</w:t>
      </w:r>
    </w:p>
    <w:p w14:paraId="2825837C" w14:textId="77777777" w:rsidR="00F36CCF" w:rsidRDefault="00000000">
      <w:r>
        <w:t>Sure.</w:t>
      </w:r>
    </w:p>
    <w:p w14:paraId="4231F447" w14:textId="77777777" w:rsidR="00F36CCF" w:rsidRDefault="00000000">
      <w:r>
        <w:rPr>
          <w:b/>
        </w:rPr>
        <w:t>NATE SHIPP</w:t>
      </w:r>
    </w:p>
    <w:p w14:paraId="11752588" w14:textId="77777777" w:rsidR="00F36CCF" w:rsidRDefault="00000000">
      <w:r>
        <w:t>You can make a motion, Jared, to do that. You'd have to have the support of your other board members.</w:t>
      </w:r>
    </w:p>
    <w:p w14:paraId="562D8ECC" w14:textId="77777777" w:rsidR="00F36CCF" w:rsidRDefault="00000000">
      <w:r>
        <w:rPr>
          <w:b/>
        </w:rPr>
        <w:t>Jared Westhoff</w:t>
      </w:r>
    </w:p>
    <w:p w14:paraId="2CCC1163" w14:textId="77777777" w:rsidR="00F36CCF" w:rsidRDefault="00000000">
      <w:r>
        <w:t>Okay, so I would move that… I move that we approve a tentative budget of not $300,000, but $500,000 for the next fiscal year.</w:t>
      </w:r>
    </w:p>
    <w:p w14:paraId="2BC3BE4F" w14:textId="77777777" w:rsidR="00F36CCF" w:rsidRDefault="00000000">
      <w:r>
        <w:rPr>
          <w:b/>
        </w:rPr>
        <w:t>NATE SHIPP</w:t>
      </w:r>
    </w:p>
    <w:p w14:paraId="0F68B126" w14:textId="77777777" w:rsidR="00F36CCF" w:rsidRDefault="00000000">
      <w:r>
        <w:t>I would support that motion and second it.</w:t>
      </w:r>
    </w:p>
    <w:p w14:paraId="3E60A71E" w14:textId="77777777" w:rsidR="00F36CCF" w:rsidRDefault="00000000">
      <w:r>
        <w:rPr>
          <w:b/>
        </w:rPr>
        <w:t>Josh Wagstaff</w:t>
      </w:r>
    </w:p>
    <w:p w14:paraId="1CF7F91A" w14:textId="77777777" w:rsidR="00F36CCF" w:rsidRDefault="00000000">
      <w:r>
        <w:t>Okay. All in favor?</w:t>
      </w:r>
    </w:p>
    <w:p w14:paraId="29699C51" w14:textId="77777777" w:rsidR="008A1E53" w:rsidRDefault="008A1E53" w:rsidP="008A1E53">
      <w:pPr>
        <w:rPr>
          <w:bCs/>
        </w:rPr>
      </w:pPr>
      <w:r>
        <w:rPr>
          <w:b/>
        </w:rPr>
        <w:t xml:space="preserve">Jared Westhoff. </w:t>
      </w:r>
      <w:r>
        <w:rPr>
          <w:bCs/>
        </w:rPr>
        <w:t>Aye</w:t>
      </w:r>
    </w:p>
    <w:p w14:paraId="539E9BED" w14:textId="77777777" w:rsidR="008A1E53" w:rsidRDefault="008A1E53" w:rsidP="008A1E53">
      <w:pPr>
        <w:rPr>
          <w:bCs/>
        </w:rPr>
      </w:pPr>
      <w:r w:rsidRPr="00122C62">
        <w:rPr>
          <w:b/>
        </w:rPr>
        <w:t>Nate Shipp</w:t>
      </w:r>
      <w:r>
        <w:rPr>
          <w:bCs/>
        </w:rPr>
        <w:t>. Aye</w:t>
      </w:r>
    </w:p>
    <w:p w14:paraId="06D0BE66" w14:textId="77777777" w:rsidR="008A1E53" w:rsidRPr="00122C62" w:rsidRDefault="008A1E53" w:rsidP="008A1E53">
      <w:pPr>
        <w:rPr>
          <w:bCs/>
        </w:rPr>
      </w:pPr>
      <w:r w:rsidRPr="00122C62">
        <w:rPr>
          <w:b/>
        </w:rPr>
        <w:t>Carey Smith</w:t>
      </w:r>
      <w:r>
        <w:rPr>
          <w:bCs/>
        </w:rPr>
        <w:t>. Aye</w:t>
      </w:r>
    </w:p>
    <w:p w14:paraId="4E2B0B66" w14:textId="77777777" w:rsidR="00F36CCF" w:rsidRDefault="00000000">
      <w:r>
        <w:rPr>
          <w:b/>
        </w:rPr>
        <w:t>NATE SHIPP</w:t>
      </w:r>
    </w:p>
    <w:p w14:paraId="64613945" w14:textId="77777777" w:rsidR="00F36CCF" w:rsidRDefault="00000000">
      <w:r>
        <w:t>We've caught the vision now of what's at stake, so yeah, I appreciate that.</w:t>
      </w:r>
    </w:p>
    <w:p w14:paraId="00DEF785" w14:textId="77777777" w:rsidR="00F36CCF" w:rsidRDefault="00000000">
      <w:r>
        <w:rPr>
          <w:b/>
        </w:rPr>
        <w:t>Jared Westhoff</w:t>
      </w:r>
    </w:p>
    <w:p w14:paraId="04CA4891" w14:textId="77777777" w:rsidR="00F36CCF" w:rsidRDefault="00000000">
      <w:r>
        <w:t>Michael and Josh, good luck in that. Hopefully, hopefully you can get somewhere. I mean… I agree with Nate, they really need to fix it for this year.</w:t>
      </w:r>
    </w:p>
    <w:p w14:paraId="5F4E8C56" w14:textId="77777777" w:rsidR="00F36CCF" w:rsidRDefault="00000000">
      <w:r>
        <w:rPr>
          <w:b/>
        </w:rPr>
        <w:t>NATE SHIPP</w:t>
      </w:r>
    </w:p>
    <w:p w14:paraId="636AA448" w14:textId="77777777" w:rsidR="00F36CCF" w:rsidRDefault="00000000">
      <w:r>
        <w:t>Well, the problem is, I've been hearing they're gonna fix it… they were gonna fix it last year. That's what's the frustrating part of this, is that they… Felt  we had this issue previously, not with our district, but with the other districts. And the flag was raised, and the promises by the county were made, oh yeah, yeah, we'll get this done right. And… I haven't seen… , here we are again a year later, and it's not fixed.</w:t>
      </w:r>
    </w:p>
    <w:p w14:paraId="0D2D4902" w14:textId="77777777" w:rsidR="00F36CCF" w:rsidRDefault="00000000">
      <w:r>
        <w:rPr>
          <w:b/>
        </w:rPr>
        <w:t>Jared Westhoff</w:t>
      </w:r>
    </w:p>
    <w:p w14:paraId="1D5685F4" w14:textId="77777777" w:rsidR="00F36CCF" w:rsidRDefault="00000000">
      <w:r>
        <w:lastRenderedPageBreak/>
        <w:t>Hey, hey, Michael.</w:t>
      </w:r>
    </w:p>
    <w:p w14:paraId="1B5DAC46" w14:textId="77777777" w:rsidR="00F36CCF" w:rsidRDefault="00000000">
      <w:r>
        <w:rPr>
          <w:b/>
        </w:rPr>
        <w:t>Michael Jensen</w:t>
      </w:r>
    </w:p>
    <w:p w14:paraId="73A6A99B" w14:textId="77777777" w:rsidR="00F36CCF" w:rsidRDefault="00000000">
      <w:r>
        <w:t>Yes.</w:t>
      </w:r>
    </w:p>
    <w:p w14:paraId="5BC597A4" w14:textId="77777777" w:rsidR="00F36CCF" w:rsidRDefault="00000000">
      <w:r>
        <w:rPr>
          <w:b/>
        </w:rPr>
        <w:t>Jared Westhoff</w:t>
      </w:r>
    </w:p>
    <w:p w14:paraId="708D641A" w14:textId="49A11B88" w:rsidR="00F36CCF" w:rsidRDefault="00000000">
      <w:r>
        <w:t>Remind them that the first year we were a district, they were supposed to send us a check for $2.56. And they sent us a check for $256,000. We did cash it, we did deposit it, but we gave it back.</w:t>
      </w:r>
      <w:r w:rsidR="008A1E53">
        <w:t xml:space="preserve"> </w:t>
      </w:r>
      <w:r>
        <w:t>We gave it back. They made a mistake, and we gave it back. They made a mistake, we need them to pay it forward.</w:t>
      </w:r>
    </w:p>
    <w:p w14:paraId="7B463BD1" w14:textId="77777777" w:rsidR="00F36CCF" w:rsidRDefault="00000000">
      <w:r>
        <w:rPr>
          <w:b/>
        </w:rPr>
        <w:t>Michael Jensen</w:t>
      </w:r>
    </w:p>
    <w:p w14:paraId="5071C33A" w14:textId="77777777" w:rsidR="00F36CCF" w:rsidRDefault="00000000">
      <w:r>
        <w:t>I will remind them.</w:t>
      </w:r>
    </w:p>
    <w:p w14:paraId="375B5D1D" w14:textId="77777777" w:rsidR="00F36CCF" w:rsidRDefault="00000000">
      <w:r>
        <w:rPr>
          <w:b/>
        </w:rPr>
        <w:t>Josh Wagstaff</w:t>
      </w:r>
    </w:p>
    <w:p w14:paraId="47100198" w14:textId="77777777" w:rsidR="00F36CCF" w:rsidRDefault="00000000">
      <w:r>
        <w:t>Alright, that's the last item on our agenda, unless we need to cover anything else.</w:t>
      </w:r>
    </w:p>
    <w:p w14:paraId="4C19F8D0" w14:textId="77777777" w:rsidR="00F36CCF" w:rsidRDefault="00000000">
      <w:r>
        <w:rPr>
          <w:b/>
        </w:rPr>
        <w:t>Jared Westhoff</w:t>
      </w:r>
    </w:p>
    <w:p w14:paraId="1B6B202D" w14:textId="77777777" w:rsidR="00F36CCF" w:rsidRDefault="00000000">
      <w:r>
        <w:t>Thank you.</w:t>
      </w:r>
    </w:p>
    <w:p w14:paraId="77BE254D" w14:textId="77777777" w:rsidR="00F36CCF" w:rsidRDefault="00000000">
      <w:r>
        <w:rPr>
          <w:b/>
        </w:rPr>
        <w:t>NATE SHIPP</w:t>
      </w:r>
    </w:p>
    <w:p w14:paraId="54A9FBB3" w14:textId="77777777" w:rsidR="00F36CCF" w:rsidRDefault="00000000">
      <w:r>
        <w:t>Josh, I would make a motion, I would make a… thank you, Josh, I would make a motion that we go ahead and close the meeting.</w:t>
      </w:r>
    </w:p>
    <w:p w14:paraId="1829DE1E" w14:textId="22AC944B" w:rsidR="00F36CCF" w:rsidRDefault="008A1E53">
      <w:r>
        <w:rPr>
          <w:b/>
        </w:rPr>
        <w:t>Carey Smith</w:t>
      </w:r>
    </w:p>
    <w:p w14:paraId="193AE171" w14:textId="7CE605E7" w:rsidR="00F36CCF" w:rsidRDefault="00000000">
      <w:r>
        <w:t xml:space="preserve">I'll </w:t>
      </w:r>
      <w:r w:rsidR="008A1E53">
        <w:t>second</w:t>
      </w:r>
      <w:r>
        <w:t xml:space="preserve"> it.</w:t>
      </w:r>
    </w:p>
    <w:p w14:paraId="1F7D75A4" w14:textId="77777777" w:rsidR="008A1E53" w:rsidRDefault="008A1E53" w:rsidP="008A1E53">
      <w:pPr>
        <w:rPr>
          <w:bCs/>
        </w:rPr>
      </w:pPr>
      <w:r>
        <w:rPr>
          <w:b/>
        </w:rPr>
        <w:t xml:space="preserve">Jared Westhoff. </w:t>
      </w:r>
      <w:r>
        <w:rPr>
          <w:bCs/>
        </w:rPr>
        <w:t>Aye</w:t>
      </w:r>
    </w:p>
    <w:p w14:paraId="2B16DEAF" w14:textId="77777777" w:rsidR="008A1E53" w:rsidRDefault="008A1E53" w:rsidP="008A1E53">
      <w:pPr>
        <w:rPr>
          <w:bCs/>
        </w:rPr>
      </w:pPr>
      <w:r w:rsidRPr="00122C62">
        <w:rPr>
          <w:b/>
        </w:rPr>
        <w:t>Nate Shipp</w:t>
      </w:r>
      <w:r>
        <w:rPr>
          <w:bCs/>
        </w:rPr>
        <w:t>. Aye</w:t>
      </w:r>
    </w:p>
    <w:p w14:paraId="2769ABB4" w14:textId="77777777" w:rsidR="008A1E53" w:rsidRPr="00122C62" w:rsidRDefault="008A1E53" w:rsidP="008A1E53">
      <w:pPr>
        <w:rPr>
          <w:bCs/>
        </w:rPr>
      </w:pPr>
      <w:r w:rsidRPr="00122C62">
        <w:rPr>
          <w:b/>
        </w:rPr>
        <w:t>Carey Smith</w:t>
      </w:r>
      <w:r>
        <w:rPr>
          <w:bCs/>
        </w:rPr>
        <w:t>. Aye</w:t>
      </w:r>
    </w:p>
    <w:p w14:paraId="39FD9061" w14:textId="1BECE0D9" w:rsidR="00F36CCF" w:rsidRDefault="00F36CCF"/>
    <w:sectPr w:rsidR="00F36CC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9518683">
    <w:abstractNumId w:val="8"/>
  </w:num>
  <w:num w:numId="2" w16cid:durableId="1655063965">
    <w:abstractNumId w:val="6"/>
  </w:num>
  <w:num w:numId="3" w16cid:durableId="549077072">
    <w:abstractNumId w:val="5"/>
  </w:num>
  <w:num w:numId="4" w16cid:durableId="1946032896">
    <w:abstractNumId w:val="4"/>
  </w:num>
  <w:num w:numId="5" w16cid:durableId="1850872447">
    <w:abstractNumId w:val="7"/>
  </w:num>
  <w:num w:numId="6" w16cid:durableId="2141071632">
    <w:abstractNumId w:val="3"/>
  </w:num>
  <w:num w:numId="7" w16cid:durableId="575437899">
    <w:abstractNumId w:val="2"/>
  </w:num>
  <w:num w:numId="8" w16cid:durableId="254174063">
    <w:abstractNumId w:val="1"/>
  </w:num>
  <w:num w:numId="9" w16cid:durableId="2010936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2C62"/>
    <w:rsid w:val="0015074B"/>
    <w:rsid w:val="0029639D"/>
    <w:rsid w:val="00326F90"/>
    <w:rsid w:val="008A1E53"/>
    <w:rsid w:val="00912FDB"/>
    <w:rsid w:val="00A82F99"/>
    <w:rsid w:val="00AA1D8D"/>
    <w:rsid w:val="00B47730"/>
    <w:rsid w:val="00B76E8F"/>
    <w:rsid w:val="00CB0664"/>
    <w:rsid w:val="00D42B94"/>
    <w:rsid w:val="00E206CF"/>
    <w:rsid w:val="00F36C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E2FC3A"/>
  <w14:defaultImageDpi w14:val="300"/>
  <w15:docId w15:val="{94E8CD46-6D9E-534B-9771-89314AE2C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4248</Words>
  <Characters>24215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28407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CZ W</cp:lastModifiedBy>
  <cp:revision>3</cp:revision>
  <dcterms:created xsi:type="dcterms:W3CDTF">2025-12-08T20:34:00Z</dcterms:created>
  <dcterms:modified xsi:type="dcterms:W3CDTF">2025-12-08T20:50:00Z</dcterms:modified>
  <cp:category/>
</cp:coreProperties>
</file>