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8AB88" w14:textId="398DEFD2" w:rsidR="003456A2" w:rsidRPr="008E4C66" w:rsidRDefault="0077216F" w:rsidP="007D792C">
      <w:pPr>
        <w:jc w:val="center"/>
        <w:rPr>
          <w:b/>
          <w:bCs/>
          <w:noProof/>
        </w:rPr>
      </w:pPr>
      <w:r w:rsidRPr="0077216F">
        <w:rPr>
          <w:b/>
          <w:bCs/>
          <w:noProof/>
          <w:color w:val="FF0000"/>
        </w:rPr>
        <w:t xml:space="preserve">Draft </w:t>
      </w:r>
      <w:r w:rsidR="008E4C66">
        <w:rPr>
          <w:b/>
          <w:bCs/>
          <w:noProof/>
        </w:rPr>
        <w:t>M</w:t>
      </w:r>
      <w:r w:rsidR="007D792C" w:rsidRPr="008E4C66">
        <w:rPr>
          <w:b/>
          <w:bCs/>
          <w:noProof/>
        </w:rPr>
        <w:t>inutes of the</w:t>
      </w:r>
    </w:p>
    <w:p w14:paraId="0AF8A588" w14:textId="161EA834" w:rsidR="007D792C" w:rsidRPr="007750BE" w:rsidRDefault="007D792C" w:rsidP="007D792C">
      <w:pPr>
        <w:jc w:val="center"/>
        <w:rPr>
          <w:b/>
          <w:bCs/>
          <w:noProof/>
        </w:rPr>
      </w:pPr>
      <w:r w:rsidRPr="007750BE">
        <w:rPr>
          <w:b/>
          <w:bCs/>
          <w:noProof/>
        </w:rPr>
        <w:t xml:space="preserve">BOUNTIFUL CITY </w:t>
      </w:r>
      <w:r w:rsidR="00DA7C0E">
        <w:rPr>
          <w:b/>
          <w:bCs/>
          <w:noProof/>
        </w:rPr>
        <w:t>ADMINISTRATIVE COMMITTEE</w:t>
      </w:r>
    </w:p>
    <w:p w14:paraId="1FA1998A" w14:textId="3C16E9EC" w:rsidR="007D792C" w:rsidRPr="007750BE" w:rsidRDefault="00DA7C0E" w:rsidP="007D792C">
      <w:pPr>
        <w:jc w:val="center"/>
        <w:rPr>
          <w:b/>
          <w:bCs/>
          <w:noProof/>
        </w:rPr>
      </w:pPr>
      <w:r>
        <w:rPr>
          <w:b/>
          <w:bCs/>
          <w:noProof/>
        </w:rPr>
        <w:t>Mon</w:t>
      </w:r>
      <w:r w:rsidR="007D792C" w:rsidRPr="007750BE">
        <w:rPr>
          <w:b/>
          <w:bCs/>
          <w:noProof/>
        </w:rPr>
        <w:t>day</w:t>
      </w:r>
      <w:r w:rsidR="007750BE">
        <w:rPr>
          <w:b/>
          <w:bCs/>
          <w:noProof/>
        </w:rPr>
        <w:t>,</w:t>
      </w:r>
      <w:r w:rsidR="007D792C" w:rsidRPr="007750BE">
        <w:rPr>
          <w:b/>
          <w:bCs/>
          <w:noProof/>
        </w:rPr>
        <w:t xml:space="preserve"> </w:t>
      </w:r>
      <w:r w:rsidR="0077216F">
        <w:rPr>
          <w:b/>
          <w:bCs/>
          <w:noProof/>
        </w:rPr>
        <w:t>December 16</w:t>
      </w:r>
      <w:r w:rsidR="007D792C" w:rsidRPr="007750BE">
        <w:rPr>
          <w:b/>
          <w:bCs/>
          <w:noProof/>
        </w:rPr>
        <w:t>, 2024</w:t>
      </w:r>
      <w:r w:rsidR="00F85C68" w:rsidRPr="007750BE">
        <w:rPr>
          <w:b/>
          <w:bCs/>
          <w:noProof/>
        </w:rPr>
        <w:t xml:space="preserve"> – </w:t>
      </w:r>
      <w:r>
        <w:rPr>
          <w:b/>
          <w:bCs/>
          <w:noProof/>
        </w:rPr>
        <w:t>5:0</w:t>
      </w:r>
      <w:r w:rsidR="00F85C68" w:rsidRPr="007750BE">
        <w:rPr>
          <w:b/>
          <w:bCs/>
          <w:noProof/>
        </w:rPr>
        <w:t>0 p.m.</w:t>
      </w:r>
    </w:p>
    <w:p w14:paraId="23A6B648" w14:textId="77777777" w:rsidR="007D792C" w:rsidRDefault="007D792C" w:rsidP="007D792C">
      <w:pPr>
        <w:jc w:val="center"/>
        <w:rPr>
          <w:noProof/>
        </w:rPr>
      </w:pPr>
    </w:p>
    <w:p w14:paraId="4830B6E1" w14:textId="0EEE050C" w:rsidR="007D792C" w:rsidRDefault="007D792C" w:rsidP="007D792C">
      <w:pPr>
        <w:jc w:val="center"/>
        <w:rPr>
          <w:noProof/>
        </w:rPr>
      </w:pPr>
      <w:r>
        <w:rPr>
          <w:noProof/>
        </w:rPr>
        <w:t xml:space="preserve">Official notice of the </w:t>
      </w:r>
      <w:r w:rsidR="00DA7C0E">
        <w:rPr>
          <w:noProof/>
        </w:rPr>
        <w:t>Administrative Committee</w:t>
      </w:r>
      <w:r>
        <w:rPr>
          <w:noProof/>
        </w:rPr>
        <w:t xml:space="preserve"> Meeting was given by posting an agenda at City Hall, and on the Bountiful City Website and the Utah Public Notice Website.</w:t>
      </w:r>
    </w:p>
    <w:p w14:paraId="0EF15880" w14:textId="77777777" w:rsidR="001F484F" w:rsidRDefault="001F484F" w:rsidP="007D792C">
      <w:pPr>
        <w:jc w:val="center"/>
        <w:rPr>
          <w:noProof/>
        </w:rPr>
      </w:pPr>
    </w:p>
    <w:p w14:paraId="4C71DDB7" w14:textId="3C71A8E5" w:rsidR="001F484F" w:rsidRPr="007750BE" w:rsidRDefault="00DA7C0E" w:rsidP="007D792C">
      <w:pPr>
        <w:jc w:val="center"/>
        <w:rPr>
          <w:b/>
          <w:bCs/>
          <w:noProof/>
          <w:u w:val="single"/>
        </w:rPr>
      </w:pPr>
      <w:r>
        <w:rPr>
          <w:b/>
          <w:bCs/>
          <w:noProof/>
          <w:u w:val="single"/>
        </w:rPr>
        <w:t>Planning Conference Room</w:t>
      </w:r>
    </w:p>
    <w:p w14:paraId="4256C274" w14:textId="39980141" w:rsidR="001F484F" w:rsidRDefault="001F484F" w:rsidP="007D792C">
      <w:pPr>
        <w:jc w:val="center"/>
        <w:rPr>
          <w:noProof/>
        </w:rPr>
      </w:pPr>
      <w:r>
        <w:rPr>
          <w:noProof/>
        </w:rPr>
        <w:t>795 South Main Street, Bountiful, Utah 84010</w:t>
      </w:r>
    </w:p>
    <w:p w14:paraId="3A6FE5CE" w14:textId="77777777" w:rsidR="00375E6C" w:rsidRPr="00385AC3" w:rsidRDefault="00375E6C"/>
    <w:p w14:paraId="713E0A4E" w14:textId="45D37D9C" w:rsidR="00DA7C0E" w:rsidRDefault="00FE3A73" w:rsidP="00DA7C0E">
      <w:r w:rsidRPr="001F484F">
        <w:t>Pre</w:t>
      </w:r>
      <w:r w:rsidR="001F484F" w:rsidRPr="001F484F">
        <w:t>sent</w:t>
      </w:r>
      <w:r w:rsidR="006D0CD5">
        <w:t>:</w:t>
      </w:r>
      <w:r w:rsidR="00156F90">
        <w:tab/>
      </w:r>
      <w:r w:rsidR="00DA7C0E">
        <w:t>Administrative Committee</w:t>
      </w:r>
      <w:r w:rsidR="00B361E4">
        <w:tab/>
      </w:r>
      <w:r w:rsidR="009571D7" w:rsidRPr="001F484F">
        <w:t xml:space="preserve">Chair </w:t>
      </w:r>
      <w:r w:rsidR="00DA7C0E">
        <w:t>Francisco Astorga</w:t>
      </w:r>
    </w:p>
    <w:p w14:paraId="120AA0F4" w14:textId="20781FF5" w:rsidR="00DA7C0E" w:rsidRDefault="00DA7C0E" w:rsidP="00DA7C0E">
      <w:r>
        <w:t xml:space="preserve">                                                                        Andrew Hill</w:t>
      </w:r>
    </w:p>
    <w:p w14:paraId="10134601" w14:textId="2C97B10F" w:rsidR="00CB7EF4" w:rsidRDefault="00481AD1" w:rsidP="00DA7C0E">
      <w:r w:rsidRPr="001F484F">
        <w:t xml:space="preserve"> </w:t>
      </w:r>
      <w:r w:rsidR="00DA7C0E">
        <w:tab/>
      </w:r>
      <w:r w:rsidR="00DA7C0E">
        <w:tab/>
      </w:r>
      <w:r w:rsidR="00DA7C0E">
        <w:tab/>
      </w:r>
      <w:r w:rsidR="00DA7C0E">
        <w:tab/>
      </w:r>
      <w:r w:rsidR="00DA7C0E">
        <w:tab/>
      </w:r>
      <w:r w:rsidR="00DA7C0E">
        <w:tab/>
      </w:r>
      <w:r w:rsidR="0077216F">
        <w:t>Brad Clawson</w:t>
      </w:r>
    </w:p>
    <w:p w14:paraId="56246AEF" w14:textId="70A307F4" w:rsidR="009527E0" w:rsidRDefault="009527E0" w:rsidP="00DA7C0E">
      <w:r>
        <w:tab/>
      </w:r>
      <w:r>
        <w:tab/>
      </w:r>
      <w:r>
        <w:tab/>
      </w:r>
      <w:r>
        <w:tab/>
      </w:r>
      <w:r>
        <w:tab/>
      </w:r>
      <w:r>
        <w:tab/>
      </w:r>
    </w:p>
    <w:p w14:paraId="2FF4FD91" w14:textId="06406C51" w:rsidR="00210ADF" w:rsidRPr="001F484F" w:rsidRDefault="00DA7C0E" w:rsidP="00DA7C0E">
      <w:pPr>
        <w:ind w:left="720" w:firstLine="720"/>
      </w:pPr>
      <w:r>
        <w:t>Assistant</w:t>
      </w:r>
      <w:r w:rsidR="00742E60" w:rsidRPr="001F484F">
        <w:t xml:space="preserve"> Planner </w:t>
      </w:r>
      <w:r w:rsidR="00742E60">
        <w:tab/>
      </w:r>
      <w:r w:rsidR="00742E60">
        <w:tab/>
      </w:r>
      <w:r w:rsidR="0077216F">
        <w:t>DeAnne Morgan</w:t>
      </w:r>
      <w:r w:rsidR="00210ADF">
        <w:t xml:space="preserve"> </w:t>
      </w:r>
      <w:r w:rsidR="00210ADF">
        <w:tab/>
      </w:r>
      <w:r w:rsidR="00210ADF">
        <w:tab/>
      </w:r>
    </w:p>
    <w:p w14:paraId="558642E5" w14:textId="52422174" w:rsidR="00742E60" w:rsidRDefault="00742E60" w:rsidP="00742E60">
      <w:pPr>
        <w:ind w:left="720" w:firstLine="720"/>
      </w:pPr>
      <w:r w:rsidRPr="001F484F">
        <w:t xml:space="preserve">Recording Secretary </w:t>
      </w:r>
      <w:r>
        <w:tab/>
      </w:r>
      <w:r>
        <w:tab/>
      </w:r>
      <w:r w:rsidRPr="001F484F">
        <w:t xml:space="preserve">Sam Harris </w:t>
      </w:r>
    </w:p>
    <w:p w14:paraId="69AD0A06" w14:textId="77777777" w:rsidR="008D385E" w:rsidRPr="00385AC3" w:rsidRDefault="008D385E" w:rsidP="00375E6C"/>
    <w:p w14:paraId="0A50AEC7" w14:textId="140953F5" w:rsidR="007875FD" w:rsidRPr="007875FD" w:rsidRDefault="00375E6C" w:rsidP="00385AC3">
      <w:pPr>
        <w:pStyle w:val="ListParagraph"/>
        <w:numPr>
          <w:ilvl w:val="0"/>
          <w:numId w:val="1"/>
        </w:numPr>
        <w:rPr>
          <w:b/>
          <w:bCs/>
        </w:rPr>
      </w:pPr>
      <w:r w:rsidRPr="007875FD">
        <w:rPr>
          <w:b/>
          <w:bCs/>
          <w:u w:val="single"/>
        </w:rPr>
        <w:t>W</w:t>
      </w:r>
      <w:r w:rsidR="007D792C">
        <w:rPr>
          <w:b/>
          <w:bCs/>
          <w:u w:val="single"/>
        </w:rPr>
        <w:t>el</w:t>
      </w:r>
      <w:r w:rsidRPr="007875FD">
        <w:rPr>
          <w:b/>
          <w:bCs/>
          <w:u w:val="single"/>
        </w:rPr>
        <w:t>come</w:t>
      </w:r>
    </w:p>
    <w:p w14:paraId="36A6ED68" w14:textId="77777777" w:rsidR="002C18BC" w:rsidRDefault="002C18BC" w:rsidP="00EE2F0A">
      <w:pPr>
        <w:rPr>
          <w:rFonts w:eastAsia="Times New Roman"/>
          <w:color w:val="000000"/>
        </w:rPr>
      </w:pPr>
    </w:p>
    <w:p w14:paraId="5929DF5F" w14:textId="4DDC011C" w:rsidR="00BA55BA" w:rsidRDefault="0031063E" w:rsidP="00EE2F0A">
      <w:r w:rsidRPr="009527E0">
        <w:rPr>
          <w:rFonts w:eastAsia="Times New Roman"/>
          <w:color w:val="000000"/>
        </w:rPr>
        <w:t xml:space="preserve">Chair </w:t>
      </w:r>
      <w:r w:rsidR="00DA7C0E" w:rsidRPr="009527E0">
        <w:rPr>
          <w:rFonts w:eastAsia="Times New Roman"/>
          <w:color w:val="000000"/>
        </w:rPr>
        <w:t>Astorga</w:t>
      </w:r>
      <w:r w:rsidRPr="009527E0">
        <w:rPr>
          <w:rFonts w:eastAsia="Times New Roman"/>
          <w:color w:val="000000"/>
        </w:rPr>
        <w:t xml:space="preserve"> called the meeting to order </w:t>
      </w:r>
      <w:r w:rsidR="00385AC3" w:rsidRPr="009527E0">
        <w:rPr>
          <w:rFonts w:eastAsia="Times New Roman"/>
          <w:color w:val="000000"/>
        </w:rPr>
        <w:t xml:space="preserve">at </w:t>
      </w:r>
      <w:r w:rsidR="00DA7C0E" w:rsidRPr="009527E0">
        <w:rPr>
          <w:rFonts w:eastAsia="Times New Roman"/>
          <w:color w:val="000000"/>
        </w:rPr>
        <w:t>5:0</w:t>
      </w:r>
      <w:r w:rsidR="002E04C9">
        <w:rPr>
          <w:rFonts w:eastAsia="Times New Roman"/>
          <w:color w:val="000000"/>
        </w:rPr>
        <w:t>1</w:t>
      </w:r>
      <w:r w:rsidR="00D11AB0" w:rsidRPr="009527E0">
        <w:rPr>
          <w:rFonts w:eastAsia="Times New Roman"/>
          <w:color w:val="000000"/>
        </w:rPr>
        <w:t xml:space="preserve"> </w:t>
      </w:r>
      <w:r w:rsidR="00385AC3" w:rsidRPr="009527E0">
        <w:rPr>
          <w:rFonts w:eastAsia="Times New Roman"/>
          <w:color w:val="000000"/>
        </w:rPr>
        <w:t>p</w:t>
      </w:r>
      <w:r w:rsidR="00D11AB0" w:rsidRPr="009527E0">
        <w:rPr>
          <w:rFonts w:eastAsia="Times New Roman"/>
          <w:color w:val="000000"/>
        </w:rPr>
        <w:t>.</w:t>
      </w:r>
      <w:r w:rsidR="00385AC3" w:rsidRPr="009527E0">
        <w:rPr>
          <w:rFonts w:eastAsia="Times New Roman"/>
          <w:color w:val="000000"/>
        </w:rPr>
        <w:t>m</w:t>
      </w:r>
      <w:r w:rsidR="00D11AB0" w:rsidRPr="009527E0">
        <w:rPr>
          <w:rFonts w:eastAsia="Times New Roman"/>
          <w:color w:val="000000"/>
        </w:rPr>
        <w:t>.</w:t>
      </w:r>
      <w:r w:rsidR="00385AC3" w:rsidRPr="009527E0">
        <w:rPr>
          <w:rFonts w:eastAsia="Times New Roman"/>
          <w:color w:val="000000"/>
        </w:rPr>
        <w:t xml:space="preserve"> </w:t>
      </w:r>
      <w:r w:rsidRPr="009527E0">
        <w:rPr>
          <w:rFonts w:eastAsia="Times New Roman"/>
          <w:color w:val="000000"/>
        </w:rPr>
        <w:t>and welcomed everyone</w:t>
      </w:r>
      <w:r w:rsidR="00127F01" w:rsidRPr="009527E0">
        <w:rPr>
          <w:rFonts w:eastAsia="Times New Roman"/>
          <w:color w:val="000000"/>
        </w:rPr>
        <w:t>.</w:t>
      </w:r>
    </w:p>
    <w:p w14:paraId="1B746BD6" w14:textId="77777777" w:rsidR="001D4AF5" w:rsidRPr="00385AC3" w:rsidRDefault="001D4AF5" w:rsidP="007B2975">
      <w:pPr>
        <w:rPr>
          <w:b/>
          <w:bCs/>
        </w:rPr>
      </w:pPr>
    </w:p>
    <w:p w14:paraId="063A1C3C" w14:textId="0368E040" w:rsidR="007875FD" w:rsidRPr="007875FD" w:rsidRDefault="0077216F" w:rsidP="0031063E">
      <w:pPr>
        <w:pStyle w:val="ListParagraph"/>
        <w:numPr>
          <w:ilvl w:val="0"/>
          <w:numId w:val="1"/>
        </w:numPr>
        <w:rPr>
          <w:b/>
          <w:bCs/>
          <w:u w:val="single"/>
        </w:rPr>
      </w:pPr>
      <w:r>
        <w:rPr>
          <w:b/>
          <w:bCs/>
          <w:u w:val="single"/>
        </w:rPr>
        <w:t xml:space="preserve">Meeting Minutes </w:t>
      </w:r>
      <w:r w:rsidR="00630A20" w:rsidRPr="007875FD">
        <w:rPr>
          <w:b/>
          <w:bCs/>
          <w:u w:val="single"/>
        </w:rPr>
        <w:t xml:space="preserve">from </w:t>
      </w:r>
      <w:r>
        <w:rPr>
          <w:b/>
          <w:bCs/>
          <w:u w:val="single"/>
        </w:rPr>
        <w:t>August 05</w:t>
      </w:r>
      <w:r w:rsidR="00630A20" w:rsidRPr="007875FD">
        <w:rPr>
          <w:b/>
          <w:bCs/>
          <w:u w:val="single"/>
        </w:rPr>
        <w:t>, 202</w:t>
      </w:r>
      <w:r w:rsidR="00874A84">
        <w:rPr>
          <w:b/>
          <w:bCs/>
          <w:u w:val="single"/>
        </w:rPr>
        <w:t>4</w:t>
      </w:r>
    </w:p>
    <w:p w14:paraId="376F67BC" w14:textId="77777777" w:rsidR="002C18BC" w:rsidRDefault="002C18BC" w:rsidP="00DB0BFA">
      <w:pPr>
        <w:rPr>
          <w:rFonts w:eastAsia="Times New Roman"/>
          <w:color w:val="000000"/>
        </w:rPr>
      </w:pPr>
    </w:p>
    <w:p w14:paraId="3CF29A47" w14:textId="1AA0E3AF" w:rsidR="00210ADF" w:rsidRDefault="00B32739" w:rsidP="00210ADF">
      <w:pPr>
        <w:rPr>
          <w:rFonts w:eastAsia="Times New Roman"/>
          <w:color w:val="000000"/>
        </w:rPr>
      </w:pPr>
      <w:r w:rsidRPr="002E04C9">
        <w:t xml:space="preserve">Committee </w:t>
      </w:r>
      <w:r w:rsidR="003D4184">
        <w:t>M</w:t>
      </w:r>
      <w:r w:rsidRPr="002E04C9">
        <w:t>ember</w:t>
      </w:r>
      <w:r w:rsidR="00210ADF" w:rsidRPr="002E04C9">
        <w:t xml:space="preserve"> Hill </w:t>
      </w:r>
      <w:r w:rsidR="00210ADF" w:rsidRPr="002E04C9">
        <w:rPr>
          <w:rFonts w:eastAsia="Times New Roman"/>
          <w:color w:val="000000"/>
        </w:rPr>
        <w:t xml:space="preserve">motioned to approve the minutes from </w:t>
      </w:r>
      <w:r w:rsidR="002E04C9" w:rsidRPr="002E04C9">
        <w:rPr>
          <w:rFonts w:eastAsia="Times New Roman"/>
          <w:color w:val="000000"/>
        </w:rPr>
        <w:t>August 05</w:t>
      </w:r>
      <w:r w:rsidR="00210ADF" w:rsidRPr="002E04C9">
        <w:rPr>
          <w:rFonts w:eastAsia="Times New Roman"/>
          <w:color w:val="000000"/>
        </w:rPr>
        <w:t xml:space="preserve">, 2024, and </w:t>
      </w:r>
      <w:r w:rsidRPr="002E04C9">
        <w:rPr>
          <w:rFonts w:eastAsia="Times New Roman"/>
          <w:color w:val="000000"/>
        </w:rPr>
        <w:t xml:space="preserve">Chair </w:t>
      </w:r>
      <w:r w:rsidR="00210ADF" w:rsidRPr="002E04C9">
        <w:rPr>
          <w:rFonts w:eastAsia="Times New Roman"/>
          <w:color w:val="000000"/>
        </w:rPr>
        <w:t xml:space="preserve">Astorga seconded the motion. </w:t>
      </w:r>
      <w:r w:rsidR="002E04C9" w:rsidRPr="002E04C9">
        <w:rPr>
          <w:rFonts w:eastAsia="Times New Roman"/>
          <w:color w:val="000000"/>
        </w:rPr>
        <w:t xml:space="preserve">Committee Member Clawson abstained from the motion. </w:t>
      </w:r>
    </w:p>
    <w:p w14:paraId="72F7DDAE" w14:textId="77777777" w:rsidR="00210ADF" w:rsidRDefault="00210ADF" w:rsidP="00BA55BA"/>
    <w:p w14:paraId="7232C3E6" w14:textId="115B5E7A" w:rsidR="00532487" w:rsidRPr="00DA7C0E" w:rsidRDefault="0077216F" w:rsidP="00532487">
      <w:pPr>
        <w:pStyle w:val="ListParagraph"/>
        <w:numPr>
          <w:ilvl w:val="0"/>
          <w:numId w:val="1"/>
        </w:numPr>
        <w:rPr>
          <w:rFonts w:eastAsia="Times New Roman"/>
          <w:color w:val="000000"/>
        </w:rPr>
      </w:pPr>
      <w:r>
        <w:rPr>
          <w:b/>
          <w:bCs/>
          <w:u w:val="single"/>
        </w:rPr>
        <w:t xml:space="preserve">Home Occupation </w:t>
      </w:r>
      <w:r w:rsidR="00532487">
        <w:rPr>
          <w:b/>
          <w:bCs/>
          <w:u w:val="single"/>
        </w:rPr>
        <w:t xml:space="preserve">Conditional Use Permit </w:t>
      </w:r>
      <w:r w:rsidR="00210ADF">
        <w:rPr>
          <w:b/>
          <w:bCs/>
          <w:u w:val="single"/>
        </w:rPr>
        <w:t xml:space="preserve">for a </w:t>
      </w:r>
      <w:r>
        <w:rPr>
          <w:b/>
          <w:bCs/>
          <w:u w:val="single"/>
        </w:rPr>
        <w:t>Construction Business</w:t>
      </w:r>
      <w:r w:rsidR="00532487">
        <w:rPr>
          <w:b/>
          <w:bCs/>
          <w:u w:val="single"/>
        </w:rPr>
        <w:t xml:space="preserve"> at </w:t>
      </w:r>
      <w:r w:rsidR="00210ADF">
        <w:rPr>
          <w:b/>
          <w:bCs/>
          <w:u w:val="single"/>
        </w:rPr>
        <w:t>1</w:t>
      </w:r>
      <w:r>
        <w:rPr>
          <w:b/>
          <w:bCs/>
          <w:u w:val="single"/>
        </w:rPr>
        <w:t>653 North Pages Place Drive</w:t>
      </w:r>
      <w:r w:rsidR="00210ADF">
        <w:rPr>
          <w:b/>
          <w:bCs/>
          <w:u w:val="single"/>
        </w:rPr>
        <w:t xml:space="preserve"> </w:t>
      </w:r>
    </w:p>
    <w:p w14:paraId="67A13CE0" w14:textId="77777777" w:rsidR="00141448" w:rsidRPr="00D26BA8" w:rsidRDefault="00141448" w:rsidP="00B43854"/>
    <w:p w14:paraId="1D11DAA5" w14:textId="77777777" w:rsidR="0077216F" w:rsidRDefault="0077216F" w:rsidP="00210ADF">
      <w:r>
        <w:t>Assistant Planner Morgan presented the item as outlined in the packet.</w:t>
      </w:r>
    </w:p>
    <w:p w14:paraId="45BF55BD" w14:textId="77777777" w:rsidR="0077216F" w:rsidRDefault="0077216F" w:rsidP="00210ADF"/>
    <w:p w14:paraId="0F668006" w14:textId="177CB67F" w:rsidR="00C00FC1" w:rsidRPr="00C00FC1" w:rsidRDefault="00CD3E86" w:rsidP="00210ADF">
      <w:r w:rsidRPr="00C00FC1">
        <w:t>Chair Astorga asked if the condition of approval</w:t>
      </w:r>
      <w:r w:rsidR="00E84CD2">
        <w:t xml:space="preserve"> that</w:t>
      </w:r>
      <w:r w:rsidRPr="00C00FC1">
        <w:t xml:space="preserve"> the applicant shall maintain an active business license, was included in the first Conditional Use Permit granted in 2017. Assistant Planner Morgan stated that it was included in the 2017</w:t>
      </w:r>
      <w:r w:rsidR="00C00FC1" w:rsidRPr="00C00FC1">
        <w:t xml:space="preserve"> Conditional Use Permit</w:t>
      </w:r>
      <w:r w:rsidR="005D1A34" w:rsidRPr="00C00FC1">
        <w:t xml:space="preserve">. Chair Astorga questioned that since they didn’t renew </w:t>
      </w:r>
      <w:r w:rsidR="00C00FC1" w:rsidRPr="00C00FC1">
        <w:t>their</w:t>
      </w:r>
      <w:r w:rsidR="005D1A34" w:rsidRPr="00C00FC1">
        <w:t xml:space="preserve"> business license they were out of compliance.</w:t>
      </w:r>
      <w:r w:rsidR="00C00FC1" w:rsidRPr="00C00FC1">
        <w:t xml:space="preserve"> Assistant Planner Morgan stated that this is why they had to reapply for a Conditional Use Permit.</w:t>
      </w:r>
    </w:p>
    <w:p w14:paraId="10CEA783" w14:textId="77777777" w:rsidR="00C00FC1" w:rsidRPr="00C00FC1" w:rsidRDefault="00C00FC1" w:rsidP="00210ADF"/>
    <w:p w14:paraId="549AF9B1" w14:textId="3E30AA48" w:rsidR="009F7453" w:rsidRPr="00C00FC1" w:rsidRDefault="00C00FC1" w:rsidP="00210ADF">
      <w:r w:rsidRPr="00701048">
        <w:t>Committee Member Hill asked if there have been any reports or complaints from neighbors.</w:t>
      </w:r>
      <w:r w:rsidR="00701048">
        <w:t xml:space="preserve"> Assistant Planner Morgan stated that there </w:t>
      </w:r>
      <w:r w:rsidR="00A53DA8">
        <w:t>have</w:t>
      </w:r>
      <w:r w:rsidR="00701048">
        <w:t xml:space="preserve"> not been any complaints and there </w:t>
      </w:r>
      <w:r w:rsidR="00A53DA8">
        <w:t>are</w:t>
      </w:r>
      <w:r w:rsidR="00701048">
        <w:t xml:space="preserve"> no changes </w:t>
      </w:r>
      <w:r w:rsidR="00A53DA8">
        <w:t>to</w:t>
      </w:r>
      <w:r w:rsidR="00701048">
        <w:t xml:space="preserve"> the previously granted Conditional Use Permit. </w:t>
      </w:r>
      <w:r w:rsidRPr="00C00FC1">
        <w:t xml:space="preserve">  </w:t>
      </w:r>
      <w:r w:rsidR="00CD3E86" w:rsidRPr="00C00FC1">
        <w:t xml:space="preserve"> </w:t>
      </w:r>
    </w:p>
    <w:p w14:paraId="2C6D6EB3" w14:textId="77777777" w:rsidR="008A07DD" w:rsidRPr="0077216F" w:rsidRDefault="008A07DD" w:rsidP="00210ADF">
      <w:pPr>
        <w:rPr>
          <w:highlight w:val="yellow"/>
        </w:rPr>
      </w:pPr>
    </w:p>
    <w:p w14:paraId="04002F3A" w14:textId="56F16E28" w:rsidR="00B32739" w:rsidRPr="00833E47" w:rsidRDefault="003D0B3E" w:rsidP="00210ADF">
      <w:r w:rsidRPr="00833E47">
        <w:t>Chair Astorga opened the Public Hearing at 5:0</w:t>
      </w:r>
      <w:r w:rsidR="0077216F" w:rsidRPr="00833E47">
        <w:t xml:space="preserve">6 </w:t>
      </w:r>
      <w:r w:rsidRPr="00833E47">
        <w:t>p</w:t>
      </w:r>
      <w:r w:rsidR="0077216F" w:rsidRPr="00833E47">
        <w:t>.</w:t>
      </w:r>
      <w:r w:rsidRPr="00833E47">
        <w:t>m.  No comments were made.  Chair Astorga closed the Public Hearing at 5:0</w:t>
      </w:r>
      <w:r w:rsidR="00833E47" w:rsidRPr="00833E47">
        <w:t xml:space="preserve">6 </w:t>
      </w:r>
      <w:r w:rsidRPr="00833E47">
        <w:t>p</w:t>
      </w:r>
      <w:r w:rsidR="00833E47" w:rsidRPr="00833E47">
        <w:t>.</w:t>
      </w:r>
      <w:r w:rsidRPr="00833E47">
        <w:t>m.</w:t>
      </w:r>
      <w:r w:rsidR="0042271A" w:rsidRPr="00833E47">
        <w:t xml:space="preserve"> </w:t>
      </w:r>
    </w:p>
    <w:p w14:paraId="4D56A293" w14:textId="77777777" w:rsidR="00701048" w:rsidRDefault="00701048" w:rsidP="00210ADF">
      <w:pPr>
        <w:rPr>
          <w:rFonts w:eastAsia="Times New Roman"/>
          <w:color w:val="000000"/>
        </w:rPr>
      </w:pPr>
    </w:p>
    <w:p w14:paraId="57B38343" w14:textId="4A82527D" w:rsidR="00A53DA8" w:rsidRDefault="00701048" w:rsidP="00210ADF">
      <w:pPr>
        <w:rPr>
          <w:rFonts w:eastAsia="Times New Roman"/>
          <w:color w:val="000000"/>
        </w:rPr>
      </w:pPr>
      <w:r>
        <w:rPr>
          <w:rFonts w:eastAsia="Times New Roman"/>
          <w:color w:val="000000"/>
        </w:rPr>
        <w:lastRenderedPageBreak/>
        <w:t xml:space="preserve">Chair Astorga asked about the noticing requirements for a </w:t>
      </w:r>
      <w:r w:rsidR="00A53DA8">
        <w:rPr>
          <w:rFonts w:eastAsia="Times New Roman"/>
          <w:color w:val="000000"/>
        </w:rPr>
        <w:t>Conditional</w:t>
      </w:r>
      <w:r>
        <w:rPr>
          <w:rFonts w:eastAsia="Times New Roman"/>
          <w:color w:val="000000"/>
        </w:rPr>
        <w:t xml:space="preserve"> Use Permit</w:t>
      </w:r>
      <w:r w:rsidR="00A53DA8">
        <w:rPr>
          <w:rFonts w:eastAsia="Times New Roman"/>
          <w:color w:val="000000"/>
        </w:rPr>
        <w:t xml:space="preserve"> Public Hearing</w:t>
      </w:r>
      <w:r>
        <w:rPr>
          <w:rFonts w:eastAsia="Times New Roman"/>
          <w:color w:val="000000"/>
        </w:rPr>
        <w:t xml:space="preserve">. Assistant Planner Morgan </w:t>
      </w:r>
      <w:r w:rsidR="00A53DA8">
        <w:rPr>
          <w:rFonts w:eastAsia="Times New Roman"/>
          <w:color w:val="000000"/>
        </w:rPr>
        <w:t>stated that a sign</w:t>
      </w:r>
      <w:r w:rsidR="003D4184">
        <w:rPr>
          <w:rFonts w:eastAsia="Times New Roman"/>
          <w:color w:val="000000"/>
        </w:rPr>
        <w:t xml:space="preserve"> is to be</w:t>
      </w:r>
      <w:r w:rsidR="00A53DA8">
        <w:rPr>
          <w:rFonts w:eastAsia="Times New Roman"/>
          <w:color w:val="000000"/>
        </w:rPr>
        <w:t xml:space="preserve"> posted on the site ten (10) days prior, and a Public Notice posted on the City Website and the Public Notice Website.</w:t>
      </w:r>
      <w:r w:rsidR="00E84CD2">
        <w:rPr>
          <w:rFonts w:eastAsia="Times New Roman"/>
          <w:color w:val="000000"/>
        </w:rPr>
        <w:t xml:space="preserve">  Committee Member Hill asked for the location of the public notice sign.  Assistant Planner Morgan indicated that it was placed adjacent to the street as she pointed to the location on the printed packet. </w:t>
      </w:r>
      <w:r w:rsidR="003D4184">
        <w:rPr>
          <w:rFonts w:eastAsia="Times New Roman"/>
          <w:color w:val="000000"/>
        </w:rPr>
        <w:t xml:space="preserve"> </w:t>
      </w:r>
    </w:p>
    <w:p w14:paraId="398BF7DA" w14:textId="53289A47" w:rsidR="00701048" w:rsidRDefault="00A53DA8" w:rsidP="00210ADF">
      <w:pPr>
        <w:rPr>
          <w:rFonts w:eastAsia="Times New Roman"/>
          <w:color w:val="000000"/>
        </w:rPr>
      </w:pPr>
      <w:r>
        <w:rPr>
          <w:rFonts w:eastAsia="Times New Roman"/>
          <w:color w:val="000000"/>
        </w:rPr>
        <w:t xml:space="preserve"> </w:t>
      </w:r>
    </w:p>
    <w:p w14:paraId="2142021C" w14:textId="51715AED" w:rsidR="00210ADF" w:rsidRPr="00E332CA" w:rsidRDefault="00B32739" w:rsidP="00210ADF">
      <w:r w:rsidRPr="00E332CA">
        <w:rPr>
          <w:rFonts w:eastAsia="Times New Roman"/>
          <w:color w:val="000000"/>
        </w:rPr>
        <w:t xml:space="preserve">Committee </w:t>
      </w:r>
      <w:r w:rsidR="003D4184">
        <w:rPr>
          <w:rFonts w:eastAsia="Times New Roman"/>
          <w:color w:val="000000"/>
        </w:rPr>
        <w:t>M</w:t>
      </w:r>
      <w:r w:rsidRPr="00E332CA">
        <w:rPr>
          <w:rFonts w:eastAsia="Times New Roman"/>
          <w:color w:val="000000"/>
        </w:rPr>
        <w:t>ember</w:t>
      </w:r>
      <w:r w:rsidR="00210ADF" w:rsidRPr="00E332CA">
        <w:rPr>
          <w:rFonts w:eastAsia="Times New Roman"/>
          <w:color w:val="000000"/>
        </w:rPr>
        <w:t xml:space="preserve"> </w:t>
      </w:r>
      <w:r w:rsidR="00C00FC1" w:rsidRPr="00E332CA">
        <w:rPr>
          <w:rFonts w:eastAsia="Times New Roman"/>
          <w:color w:val="000000"/>
        </w:rPr>
        <w:t>Hill</w:t>
      </w:r>
      <w:r w:rsidR="00210ADF" w:rsidRPr="00E332CA">
        <w:rPr>
          <w:rFonts w:eastAsia="Times New Roman"/>
          <w:color w:val="000000"/>
        </w:rPr>
        <w:t xml:space="preserve"> motioned to approve the </w:t>
      </w:r>
      <w:r w:rsidR="00C00FC1" w:rsidRPr="00E332CA">
        <w:rPr>
          <w:rFonts w:eastAsia="Times New Roman"/>
          <w:color w:val="000000"/>
        </w:rPr>
        <w:t xml:space="preserve">Home Occupation </w:t>
      </w:r>
      <w:r w:rsidR="00210ADF" w:rsidRPr="00E332CA">
        <w:rPr>
          <w:rFonts w:eastAsia="Times New Roman"/>
          <w:color w:val="000000"/>
        </w:rPr>
        <w:t xml:space="preserve">Conditional Use Permit for </w:t>
      </w:r>
      <w:r w:rsidR="00C00FC1" w:rsidRPr="00E332CA">
        <w:rPr>
          <w:rFonts w:eastAsia="Times New Roman"/>
          <w:color w:val="000000"/>
        </w:rPr>
        <w:t xml:space="preserve">a Construction Business </w:t>
      </w:r>
      <w:r w:rsidR="00210ADF" w:rsidRPr="00E332CA">
        <w:rPr>
          <w:rFonts w:eastAsia="Times New Roman"/>
          <w:color w:val="000000"/>
        </w:rPr>
        <w:t>at 1</w:t>
      </w:r>
      <w:r w:rsidR="00C00FC1" w:rsidRPr="00E332CA">
        <w:rPr>
          <w:rFonts w:eastAsia="Times New Roman"/>
          <w:color w:val="000000"/>
        </w:rPr>
        <w:t>653 North Pages Place Drive</w:t>
      </w:r>
      <w:r w:rsidR="00210ADF" w:rsidRPr="00E332CA">
        <w:rPr>
          <w:rFonts w:eastAsia="Times New Roman"/>
          <w:color w:val="000000"/>
        </w:rPr>
        <w:t xml:space="preserve">. </w:t>
      </w:r>
      <w:r w:rsidRPr="00E332CA">
        <w:rPr>
          <w:rFonts w:eastAsia="Times New Roman"/>
          <w:color w:val="000000"/>
        </w:rPr>
        <w:t>Committee member</w:t>
      </w:r>
      <w:r w:rsidR="00210ADF" w:rsidRPr="00E332CA">
        <w:rPr>
          <w:rFonts w:eastAsia="Times New Roman"/>
          <w:color w:val="000000"/>
        </w:rPr>
        <w:t xml:space="preserve"> </w:t>
      </w:r>
      <w:r w:rsidR="00C00FC1" w:rsidRPr="00E332CA">
        <w:rPr>
          <w:rFonts w:eastAsia="Times New Roman"/>
          <w:color w:val="000000"/>
        </w:rPr>
        <w:t xml:space="preserve">Clawson </w:t>
      </w:r>
      <w:r w:rsidR="003D4184">
        <w:rPr>
          <w:rFonts w:eastAsia="Times New Roman"/>
          <w:color w:val="000000"/>
        </w:rPr>
        <w:t>s</w:t>
      </w:r>
      <w:r w:rsidR="00210ADF" w:rsidRPr="00E332CA">
        <w:rPr>
          <w:rFonts w:eastAsia="Times New Roman"/>
          <w:color w:val="000000"/>
        </w:rPr>
        <w:t>econded the motion.</w:t>
      </w:r>
      <w:r w:rsidR="003D4184">
        <w:rPr>
          <w:rFonts w:eastAsia="Times New Roman"/>
          <w:color w:val="000000"/>
        </w:rPr>
        <w:t xml:space="preserve"> </w:t>
      </w:r>
      <w:r w:rsidR="003D4184" w:rsidRPr="623C5F92">
        <w:rPr>
          <w:rFonts w:eastAsia="Times New Roman"/>
          <w:color w:val="000000" w:themeColor="text1"/>
        </w:rPr>
        <w:t>The motion was approved with Commi</w:t>
      </w:r>
      <w:r w:rsidR="003D4184">
        <w:rPr>
          <w:rFonts w:eastAsia="Times New Roman"/>
          <w:color w:val="000000" w:themeColor="text1"/>
        </w:rPr>
        <w:t>ttee Members</w:t>
      </w:r>
      <w:r w:rsidR="003D4184" w:rsidRPr="00DB0BFA">
        <w:t xml:space="preserve"> </w:t>
      </w:r>
      <w:r w:rsidR="003D4184">
        <w:t xml:space="preserve">Astorga, Hill, and Clawson </w:t>
      </w:r>
      <w:r w:rsidR="003D4184" w:rsidRPr="00DB0BFA">
        <w:t>voting “aye</w:t>
      </w:r>
      <w:r w:rsidR="003D4184">
        <w:t>.”</w:t>
      </w:r>
    </w:p>
    <w:p w14:paraId="0B24A33A" w14:textId="77777777" w:rsidR="00B32739" w:rsidRPr="0077216F" w:rsidRDefault="00B32739" w:rsidP="00B32739">
      <w:pPr>
        <w:pStyle w:val="ListParagraph"/>
        <w:ind w:left="360"/>
        <w:rPr>
          <w:rFonts w:eastAsia="Times New Roman"/>
          <w:color w:val="000000"/>
          <w:highlight w:val="yellow"/>
        </w:rPr>
      </w:pPr>
    </w:p>
    <w:p w14:paraId="3C5B38DB" w14:textId="0FFE2A4D" w:rsidR="00B32739" w:rsidRPr="00833E47" w:rsidRDefault="0077216F" w:rsidP="00B32739">
      <w:pPr>
        <w:pStyle w:val="ListParagraph"/>
        <w:numPr>
          <w:ilvl w:val="0"/>
          <w:numId w:val="1"/>
        </w:numPr>
        <w:rPr>
          <w:rFonts w:eastAsia="Times New Roman"/>
          <w:color w:val="000000"/>
        </w:rPr>
      </w:pPr>
      <w:r w:rsidRPr="00833E47">
        <w:rPr>
          <w:b/>
          <w:bCs/>
          <w:u w:val="single"/>
        </w:rPr>
        <w:t>Meeting Schedule for 2025</w:t>
      </w:r>
    </w:p>
    <w:p w14:paraId="12A0F191" w14:textId="77777777" w:rsidR="00B32739" w:rsidRPr="00833E47" w:rsidRDefault="00B32739" w:rsidP="00B32739"/>
    <w:p w14:paraId="576613FB" w14:textId="22DC3402" w:rsidR="00B32739" w:rsidRDefault="00E332CA" w:rsidP="00B32739">
      <w:r w:rsidRPr="002E04C9">
        <w:t xml:space="preserve">Committee </w:t>
      </w:r>
      <w:r w:rsidR="003D4184">
        <w:t>M</w:t>
      </w:r>
      <w:r w:rsidRPr="002E04C9">
        <w:t xml:space="preserve">ember </w:t>
      </w:r>
      <w:r>
        <w:t>Clawson</w:t>
      </w:r>
      <w:r w:rsidRPr="002E04C9">
        <w:t xml:space="preserve"> </w:t>
      </w:r>
      <w:r w:rsidRPr="002E04C9">
        <w:rPr>
          <w:rFonts w:eastAsia="Times New Roman"/>
          <w:color w:val="000000"/>
        </w:rPr>
        <w:t xml:space="preserve">motioned to approve the </w:t>
      </w:r>
      <w:r w:rsidR="0077216F" w:rsidRPr="00833E47">
        <w:t>Public Notice for the Administrative Committee meeting schedule to remain as meetings taking place on Monday</w:t>
      </w:r>
      <w:r w:rsidR="003D4184">
        <w:t xml:space="preserve"> evening</w:t>
      </w:r>
      <w:r w:rsidR="003D4184" w:rsidRPr="00833E47">
        <w:t>s</w:t>
      </w:r>
      <w:r w:rsidR="0077216F" w:rsidRPr="00833E47">
        <w:t xml:space="preserve"> as needed. </w:t>
      </w:r>
      <w:r>
        <w:t>Committee member Hill seconded the motion.</w:t>
      </w:r>
      <w:r w:rsidR="003D4184">
        <w:t xml:space="preserve"> </w:t>
      </w:r>
      <w:r w:rsidR="003D4184" w:rsidRPr="623C5F92">
        <w:rPr>
          <w:rFonts w:eastAsia="Times New Roman"/>
          <w:color w:val="000000" w:themeColor="text1"/>
        </w:rPr>
        <w:t>The motion was approved with Commi</w:t>
      </w:r>
      <w:r w:rsidR="003D4184">
        <w:rPr>
          <w:rFonts w:eastAsia="Times New Roman"/>
          <w:color w:val="000000" w:themeColor="text1"/>
        </w:rPr>
        <w:t>ttee Members</w:t>
      </w:r>
      <w:r w:rsidR="003D4184" w:rsidRPr="00DB0BFA">
        <w:t xml:space="preserve"> </w:t>
      </w:r>
      <w:r w:rsidR="003D4184">
        <w:t xml:space="preserve">Astorga, Hill, and Clawson </w:t>
      </w:r>
      <w:r w:rsidR="003D4184" w:rsidRPr="00DB0BFA">
        <w:t>voting “aye</w:t>
      </w:r>
      <w:r w:rsidR="003D4184">
        <w:t>.”</w:t>
      </w:r>
    </w:p>
    <w:p w14:paraId="67FB8367" w14:textId="77777777" w:rsidR="003D4184" w:rsidRDefault="003D4184" w:rsidP="00B32739"/>
    <w:p w14:paraId="08024864" w14:textId="5387CDD1" w:rsidR="003D4184" w:rsidRDefault="003D4184" w:rsidP="00B32739">
      <w:r>
        <w:t xml:space="preserve">Chair Astorga informed the Committee that </w:t>
      </w:r>
      <w:r w:rsidR="00543373">
        <w:t xml:space="preserve">the Administrative Committee may dissolve in </w:t>
      </w:r>
      <w:r>
        <w:t xml:space="preserve">2025. Planning Director Astorga would then delegate those items to </w:t>
      </w:r>
      <w:r w:rsidR="00543373">
        <w:t>the Planning</w:t>
      </w:r>
      <w:r>
        <w:t xml:space="preserve"> Commission or Staff. </w:t>
      </w:r>
    </w:p>
    <w:p w14:paraId="65101FEE" w14:textId="77777777" w:rsidR="0077216F" w:rsidRPr="00532487" w:rsidRDefault="0077216F" w:rsidP="00B32739">
      <w:pPr>
        <w:rPr>
          <w:b/>
          <w:bCs/>
          <w:u w:val="single"/>
        </w:rPr>
      </w:pPr>
    </w:p>
    <w:p w14:paraId="1C4BEC80" w14:textId="77777777" w:rsidR="008C14CC" w:rsidRDefault="00375E6C" w:rsidP="00385AC3">
      <w:pPr>
        <w:pStyle w:val="ListParagraph"/>
        <w:numPr>
          <w:ilvl w:val="0"/>
          <w:numId w:val="1"/>
        </w:numPr>
        <w:rPr>
          <w:b/>
          <w:bCs/>
          <w:u w:val="single"/>
        </w:rPr>
      </w:pPr>
      <w:r w:rsidRPr="008C14CC">
        <w:rPr>
          <w:b/>
          <w:bCs/>
          <w:u w:val="single"/>
        </w:rPr>
        <w:t>Adjourn</w:t>
      </w:r>
    </w:p>
    <w:p w14:paraId="7CA1ADFE" w14:textId="77777777" w:rsidR="002C18BC" w:rsidRPr="008C14CC" w:rsidRDefault="002C18BC" w:rsidP="007D59AF">
      <w:pPr>
        <w:pStyle w:val="ListParagraph"/>
        <w:ind w:left="360"/>
        <w:rPr>
          <w:b/>
          <w:bCs/>
          <w:u w:val="single"/>
        </w:rPr>
      </w:pPr>
    </w:p>
    <w:p w14:paraId="635A6005" w14:textId="16BB1D98" w:rsidR="00823040" w:rsidRPr="00823040" w:rsidRDefault="001D4AF5">
      <w:r w:rsidRPr="002135FD">
        <w:rPr>
          <w:rFonts w:eastAsia="Times New Roman"/>
          <w:color w:val="000000"/>
        </w:rPr>
        <w:t xml:space="preserve">Chair </w:t>
      </w:r>
      <w:r w:rsidR="00532487">
        <w:rPr>
          <w:rFonts w:eastAsia="Times New Roman"/>
          <w:color w:val="000000"/>
        </w:rPr>
        <w:t>Astorga</w:t>
      </w:r>
      <w:r w:rsidRPr="002135FD">
        <w:rPr>
          <w:rFonts w:eastAsia="Times New Roman"/>
          <w:color w:val="000000"/>
        </w:rPr>
        <w:t xml:space="preserve"> </w:t>
      </w:r>
      <w:r w:rsidR="006064CB" w:rsidRPr="00385AC3">
        <w:t xml:space="preserve">adjourned the meeting at </w:t>
      </w:r>
      <w:r w:rsidR="00532487">
        <w:t>5</w:t>
      </w:r>
      <w:r w:rsidRPr="00385AC3">
        <w:t>:</w:t>
      </w:r>
      <w:r w:rsidR="0077216F">
        <w:t>14</w:t>
      </w:r>
      <w:r w:rsidR="006064CB" w:rsidRPr="00385AC3">
        <w:t xml:space="preserve"> p</w:t>
      </w:r>
      <w:r w:rsidR="002135FD">
        <w:t>.</w:t>
      </w:r>
      <w:r w:rsidR="006064CB" w:rsidRPr="00385AC3">
        <w:t>m</w:t>
      </w:r>
      <w:r w:rsidR="007E6785">
        <w:t>.</w:t>
      </w:r>
    </w:p>
    <w:sectPr w:rsidR="00823040" w:rsidRPr="00823040" w:rsidSect="0077216F">
      <w:headerReference w:type="default" r:id="rId8"/>
      <w:headerReference w:type="first" r:id="rId9"/>
      <w:pgSz w:w="12240" w:h="15840"/>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08B52" w14:textId="77777777" w:rsidR="00EA2D9F" w:rsidRDefault="00EA2D9F" w:rsidP="00CE1926">
      <w:r>
        <w:separator/>
      </w:r>
    </w:p>
  </w:endnote>
  <w:endnote w:type="continuationSeparator" w:id="0">
    <w:p w14:paraId="6CE6F396" w14:textId="77777777" w:rsidR="00EA2D9F" w:rsidRDefault="00EA2D9F" w:rsidP="00CE1926">
      <w:r>
        <w:continuationSeparator/>
      </w:r>
    </w:p>
  </w:endnote>
  <w:endnote w:type="continuationNotice" w:id="1">
    <w:p w14:paraId="0875B759" w14:textId="77777777" w:rsidR="00EA2D9F" w:rsidRDefault="00EA2D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5237D" w14:textId="77777777" w:rsidR="00EA2D9F" w:rsidRDefault="00EA2D9F" w:rsidP="00CE1926">
      <w:r>
        <w:separator/>
      </w:r>
    </w:p>
  </w:footnote>
  <w:footnote w:type="continuationSeparator" w:id="0">
    <w:p w14:paraId="3E80D766" w14:textId="77777777" w:rsidR="00EA2D9F" w:rsidRDefault="00EA2D9F" w:rsidP="00CE1926">
      <w:r>
        <w:continuationSeparator/>
      </w:r>
    </w:p>
  </w:footnote>
  <w:footnote w:type="continuationNotice" w:id="1">
    <w:p w14:paraId="3D5A0039" w14:textId="77777777" w:rsidR="00EA2D9F" w:rsidRDefault="00EA2D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DEBD3" w14:textId="7E8A0C13" w:rsidR="007469AE" w:rsidRPr="008E4C66" w:rsidRDefault="0077216F" w:rsidP="006D7521">
    <w:pPr>
      <w:pStyle w:val="Header"/>
      <w:rPr>
        <w:sz w:val="20"/>
        <w:szCs w:val="20"/>
      </w:rPr>
    </w:pPr>
    <w:r w:rsidRPr="0077216F">
      <w:rPr>
        <w:color w:val="FF0000"/>
        <w:sz w:val="20"/>
        <w:szCs w:val="20"/>
      </w:rPr>
      <w:t>Draft</w:t>
    </w:r>
    <w:r w:rsidR="00233E42">
      <w:rPr>
        <w:color w:val="FF0000"/>
        <w:sz w:val="20"/>
        <w:szCs w:val="20"/>
      </w:rPr>
      <w:t xml:space="preserve"> </w:t>
    </w:r>
    <w:r w:rsidR="007469AE" w:rsidRPr="008E4C66">
      <w:rPr>
        <w:sz w:val="20"/>
        <w:szCs w:val="20"/>
      </w:rPr>
      <w:t>Meeting Minutes</w:t>
    </w:r>
  </w:p>
  <w:p w14:paraId="237CE428" w14:textId="10992866" w:rsidR="007469AE" w:rsidRPr="008E4C66" w:rsidRDefault="0077216F" w:rsidP="007469AE">
    <w:pPr>
      <w:pStyle w:val="Header"/>
      <w:rPr>
        <w:sz w:val="20"/>
        <w:szCs w:val="20"/>
      </w:rPr>
    </w:pPr>
    <w:r>
      <w:rPr>
        <w:sz w:val="20"/>
        <w:szCs w:val="20"/>
      </w:rPr>
      <w:t>December 16</w:t>
    </w:r>
    <w:r w:rsidR="007469AE" w:rsidRPr="008E4C66">
      <w:rPr>
        <w:sz w:val="20"/>
        <w:szCs w:val="20"/>
      </w:rPr>
      <w:t>, 202</w:t>
    </w:r>
    <w:r w:rsidR="00721B06" w:rsidRPr="008E4C66">
      <w:rPr>
        <w:sz w:val="20"/>
        <w:szCs w:val="20"/>
      </w:rPr>
      <w:t>4</w:t>
    </w:r>
  </w:p>
  <w:sdt>
    <w:sdtPr>
      <w:rPr>
        <w:sz w:val="20"/>
        <w:szCs w:val="20"/>
      </w:rPr>
      <w:id w:val="98381352"/>
      <w:docPartObj>
        <w:docPartGallery w:val="Page Numbers (Top of Page)"/>
        <w:docPartUnique/>
      </w:docPartObj>
    </w:sdtPr>
    <w:sdtContent>
      <w:p w14:paraId="154A8468" w14:textId="77777777" w:rsidR="007469AE" w:rsidRPr="008E4C66" w:rsidRDefault="007469AE">
        <w:pPr>
          <w:pStyle w:val="Header"/>
          <w:rPr>
            <w:sz w:val="20"/>
            <w:szCs w:val="20"/>
          </w:rPr>
        </w:pPr>
        <w:r w:rsidRPr="008E4C66">
          <w:rPr>
            <w:sz w:val="20"/>
            <w:szCs w:val="20"/>
          </w:rPr>
          <w:t xml:space="preserve">Page </w:t>
        </w:r>
        <w:r w:rsidRPr="008E4C66">
          <w:rPr>
            <w:sz w:val="20"/>
            <w:szCs w:val="20"/>
          </w:rPr>
          <w:fldChar w:fldCharType="begin"/>
        </w:r>
        <w:r w:rsidRPr="008E4C66">
          <w:rPr>
            <w:sz w:val="20"/>
            <w:szCs w:val="20"/>
          </w:rPr>
          <w:instrText xml:space="preserve"> PAGE </w:instrText>
        </w:r>
        <w:r w:rsidRPr="008E4C66">
          <w:rPr>
            <w:sz w:val="20"/>
            <w:szCs w:val="20"/>
          </w:rPr>
          <w:fldChar w:fldCharType="separate"/>
        </w:r>
        <w:r w:rsidRPr="008E4C66">
          <w:rPr>
            <w:noProof/>
            <w:sz w:val="20"/>
            <w:szCs w:val="20"/>
          </w:rPr>
          <w:t>2</w:t>
        </w:r>
        <w:r w:rsidRPr="008E4C66">
          <w:rPr>
            <w:sz w:val="20"/>
            <w:szCs w:val="20"/>
          </w:rPr>
          <w:fldChar w:fldCharType="end"/>
        </w:r>
        <w:r w:rsidRPr="008E4C66">
          <w:rPr>
            <w:sz w:val="20"/>
            <w:szCs w:val="20"/>
          </w:rPr>
          <w:t xml:space="preserve"> of </w:t>
        </w:r>
        <w:r w:rsidRPr="008E4C66">
          <w:rPr>
            <w:sz w:val="20"/>
            <w:szCs w:val="20"/>
          </w:rPr>
          <w:fldChar w:fldCharType="begin"/>
        </w:r>
        <w:r w:rsidRPr="008E4C66">
          <w:rPr>
            <w:sz w:val="20"/>
            <w:szCs w:val="20"/>
          </w:rPr>
          <w:instrText xml:space="preserve"> NUMPAGES  </w:instrText>
        </w:r>
        <w:r w:rsidRPr="008E4C66">
          <w:rPr>
            <w:sz w:val="20"/>
            <w:szCs w:val="20"/>
          </w:rPr>
          <w:fldChar w:fldCharType="separate"/>
        </w:r>
        <w:r w:rsidRPr="008E4C66">
          <w:rPr>
            <w:noProof/>
            <w:sz w:val="20"/>
            <w:szCs w:val="20"/>
          </w:rPr>
          <w:t>2</w:t>
        </w:r>
        <w:r w:rsidRPr="008E4C66">
          <w:rPr>
            <w:sz w:val="20"/>
            <w:szCs w:val="20"/>
          </w:rPr>
          <w:fldChar w:fldCharType="end"/>
        </w:r>
      </w:p>
    </w:sdtContent>
  </w:sdt>
  <w:p w14:paraId="76F50424" w14:textId="1D99B86F" w:rsidR="00CE1926" w:rsidRDefault="00CE1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524889"/>
      <w:docPartObj>
        <w:docPartGallery w:val="Watermarks"/>
        <w:docPartUnique/>
      </w:docPartObj>
    </w:sdtPr>
    <w:sdtContent>
      <w:p w14:paraId="46AA9EE2" w14:textId="2CC72091" w:rsidR="0077216F" w:rsidRDefault="00000000">
        <w:pPr>
          <w:pStyle w:val="Header"/>
        </w:pPr>
        <w:r>
          <w:rPr>
            <w:noProof/>
          </w:rPr>
          <w:pict w14:anchorId="45E97C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E9644F6"/>
    <w:multiLevelType w:val="hybridMultilevel"/>
    <w:tmpl w:val="4A562754"/>
    <w:lvl w:ilvl="0" w:tplc="2D02103C">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474399"/>
    <w:multiLevelType w:val="hybridMultilevel"/>
    <w:tmpl w:val="C6809B1E"/>
    <w:lvl w:ilvl="0" w:tplc="04090015">
      <w:start w:val="1"/>
      <w:numFmt w:val="upperLetter"/>
      <w:lvlText w:val="%1."/>
      <w:lvlJc w:val="left"/>
      <w:pPr>
        <w:ind w:left="720" w:hanging="360"/>
      </w:pPr>
      <w:rPr>
        <w:b w:val="0"/>
        <w:bCs w:val="0"/>
      </w:rPr>
    </w:lvl>
    <w:lvl w:ilvl="1" w:tplc="4434FD78">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B0715E"/>
    <w:multiLevelType w:val="hybridMultilevel"/>
    <w:tmpl w:val="D00038CE"/>
    <w:lvl w:ilvl="0" w:tplc="FFFFFFFF">
      <w:start w:val="1"/>
      <w:numFmt w:val="decimal"/>
      <w:lvlText w:val="%1."/>
      <w:lvlJc w:val="left"/>
      <w:pPr>
        <w:ind w:left="360" w:hanging="360"/>
      </w:pPr>
      <w:rPr>
        <w:b/>
        <w:bCs/>
      </w:rPr>
    </w:lvl>
    <w:lvl w:ilvl="1" w:tplc="FFFFFFFF">
      <w:start w:val="1"/>
      <w:numFmt w:val="bullet"/>
      <w:lvlText w:val=""/>
      <w:lvlJc w:val="left"/>
      <w:pPr>
        <w:ind w:left="1080" w:hanging="360"/>
      </w:pPr>
      <w:rPr>
        <w:rFonts w:ascii="Symbol" w:hAnsi="Symbol" w:hint="default"/>
      </w:rPr>
    </w:lvl>
    <w:lvl w:ilvl="2" w:tplc="04090003">
      <w:start w:val="1"/>
      <w:numFmt w:val="bullet"/>
      <w:lvlText w:val="o"/>
      <w:lvlJc w:val="left"/>
      <w:pPr>
        <w:ind w:left="1980" w:hanging="360"/>
      </w:pPr>
      <w:rPr>
        <w:rFonts w:ascii="Courier New" w:hAnsi="Courier New" w:cs="Courier New"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AAB1C58"/>
    <w:multiLevelType w:val="hybridMultilevel"/>
    <w:tmpl w:val="087615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48D2375"/>
    <w:multiLevelType w:val="hybridMultilevel"/>
    <w:tmpl w:val="FE36FFE8"/>
    <w:lvl w:ilvl="0" w:tplc="FFFFFFFF">
      <w:start w:val="1"/>
      <w:numFmt w:val="decimal"/>
      <w:lvlText w:val="%1."/>
      <w:lvlJc w:val="left"/>
      <w:pPr>
        <w:ind w:left="360" w:hanging="360"/>
      </w:pPr>
      <w:rPr>
        <w:b/>
        <w:bCs/>
      </w:rPr>
    </w:lvl>
    <w:lvl w:ilvl="1" w:tplc="04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49E2B3E"/>
    <w:multiLevelType w:val="hybridMultilevel"/>
    <w:tmpl w:val="17FC8196"/>
    <w:lvl w:ilvl="0" w:tplc="FFFFFFFF">
      <w:start w:val="1"/>
      <w:numFmt w:val="decimal"/>
      <w:lvlText w:val="%1."/>
      <w:lvlJc w:val="left"/>
      <w:pPr>
        <w:ind w:left="360" w:hanging="360"/>
      </w:pPr>
      <w:rPr>
        <w:b/>
        <w:bCs/>
      </w:rPr>
    </w:lvl>
    <w:lvl w:ilvl="1" w:tplc="FFFFFFFF">
      <w:start w:val="1"/>
      <w:numFmt w:val="bullet"/>
      <w:lvlText w:val=""/>
      <w:lvlJc w:val="left"/>
      <w:pPr>
        <w:ind w:left="1080" w:hanging="360"/>
      </w:pPr>
      <w:rPr>
        <w:rFonts w:ascii="Symbol" w:hAnsi="Symbol" w:hint="default"/>
      </w:rPr>
    </w:lvl>
    <w:lvl w:ilvl="2" w:tplc="04090001">
      <w:start w:val="1"/>
      <w:numFmt w:val="bullet"/>
      <w:lvlText w:val=""/>
      <w:lvlJc w:val="left"/>
      <w:pPr>
        <w:ind w:left="1980" w:hanging="360"/>
      </w:pPr>
      <w:rPr>
        <w:rFonts w:ascii="Symbol" w:hAnsi="Symbo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67E10291"/>
    <w:multiLevelType w:val="hybridMultilevel"/>
    <w:tmpl w:val="59081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A50026"/>
    <w:multiLevelType w:val="hybridMultilevel"/>
    <w:tmpl w:val="D42A000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5891280">
    <w:abstractNumId w:val="9"/>
  </w:num>
  <w:num w:numId="2" w16cid:durableId="237714349">
    <w:abstractNumId w:val="12"/>
  </w:num>
  <w:num w:numId="3" w16cid:durableId="1657607297">
    <w:abstractNumId w:val="8"/>
  </w:num>
  <w:num w:numId="4" w16cid:durableId="203176411">
    <w:abstractNumId w:val="6"/>
  </w:num>
  <w:num w:numId="5" w16cid:durableId="459031084">
    <w:abstractNumId w:val="5"/>
  </w:num>
  <w:num w:numId="6" w16cid:durableId="433936852">
    <w:abstractNumId w:val="4"/>
  </w:num>
  <w:num w:numId="7" w16cid:durableId="1518498010">
    <w:abstractNumId w:val="7"/>
  </w:num>
  <w:num w:numId="8" w16cid:durableId="1605771700">
    <w:abstractNumId w:val="3"/>
  </w:num>
  <w:num w:numId="9" w16cid:durableId="1234897414">
    <w:abstractNumId w:val="2"/>
  </w:num>
  <w:num w:numId="10" w16cid:durableId="43875674">
    <w:abstractNumId w:val="1"/>
  </w:num>
  <w:num w:numId="11" w16cid:durableId="1061489982">
    <w:abstractNumId w:val="0"/>
  </w:num>
  <w:num w:numId="12" w16cid:durableId="417674502">
    <w:abstractNumId w:val="15"/>
  </w:num>
  <w:num w:numId="13" w16cid:durableId="1487891909">
    <w:abstractNumId w:val="16"/>
  </w:num>
  <w:num w:numId="14" w16cid:durableId="1860775855">
    <w:abstractNumId w:val="13"/>
  </w:num>
  <w:num w:numId="15" w16cid:durableId="805392762">
    <w:abstractNumId w:val="14"/>
  </w:num>
  <w:num w:numId="16" w16cid:durableId="2103380754">
    <w:abstractNumId w:val="11"/>
  </w:num>
  <w:num w:numId="17" w16cid:durableId="5667699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E6C"/>
    <w:rsid w:val="000026DE"/>
    <w:rsid w:val="000074C0"/>
    <w:rsid w:val="0000777A"/>
    <w:rsid w:val="00020DFB"/>
    <w:rsid w:val="00022A4D"/>
    <w:rsid w:val="000234B3"/>
    <w:rsid w:val="00023545"/>
    <w:rsid w:val="00024F6D"/>
    <w:rsid w:val="00027C89"/>
    <w:rsid w:val="00040C80"/>
    <w:rsid w:val="00043701"/>
    <w:rsid w:val="000577F5"/>
    <w:rsid w:val="00063BAE"/>
    <w:rsid w:val="00064629"/>
    <w:rsid w:val="00067456"/>
    <w:rsid w:val="00072541"/>
    <w:rsid w:val="00072664"/>
    <w:rsid w:val="000733E0"/>
    <w:rsid w:val="0008643A"/>
    <w:rsid w:val="00086BB2"/>
    <w:rsid w:val="0009382A"/>
    <w:rsid w:val="000A1CF1"/>
    <w:rsid w:val="000B77D5"/>
    <w:rsid w:val="000F0A4E"/>
    <w:rsid w:val="00101CE4"/>
    <w:rsid w:val="00105938"/>
    <w:rsid w:val="00125866"/>
    <w:rsid w:val="00127F01"/>
    <w:rsid w:val="001407E6"/>
    <w:rsid w:val="00141448"/>
    <w:rsid w:val="00153CA5"/>
    <w:rsid w:val="0015445D"/>
    <w:rsid w:val="00156F90"/>
    <w:rsid w:val="00162C88"/>
    <w:rsid w:val="00172A4A"/>
    <w:rsid w:val="00174E25"/>
    <w:rsid w:val="001A1A28"/>
    <w:rsid w:val="001A59F0"/>
    <w:rsid w:val="001A765B"/>
    <w:rsid w:val="001B41A5"/>
    <w:rsid w:val="001C27AB"/>
    <w:rsid w:val="001C4361"/>
    <w:rsid w:val="001D4753"/>
    <w:rsid w:val="001D4AF5"/>
    <w:rsid w:val="001D68D7"/>
    <w:rsid w:val="001E31A0"/>
    <w:rsid w:val="001E3D53"/>
    <w:rsid w:val="001E7815"/>
    <w:rsid w:val="001F2165"/>
    <w:rsid w:val="001F484F"/>
    <w:rsid w:val="001F4EDC"/>
    <w:rsid w:val="001F52B4"/>
    <w:rsid w:val="002074F9"/>
    <w:rsid w:val="00210ADF"/>
    <w:rsid w:val="002135FD"/>
    <w:rsid w:val="002152B2"/>
    <w:rsid w:val="00217000"/>
    <w:rsid w:val="002213FC"/>
    <w:rsid w:val="00222DAA"/>
    <w:rsid w:val="00224837"/>
    <w:rsid w:val="00225FA8"/>
    <w:rsid w:val="00233E42"/>
    <w:rsid w:val="00235B9B"/>
    <w:rsid w:val="0024107E"/>
    <w:rsid w:val="00242D44"/>
    <w:rsid w:val="00252486"/>
    <w:rsid w:val="0025381C"/>
    <w:rsid w:val="002664BF"/>
    <w:rsid w:val="0027217D"/>
    <w:rsid w:val="00293860"/>
    <w:rsid w:val="00294EC3"/>
    <w:rsid w:val="002965C7"/>
    <w:rsid w:val="002A03A2"/>
    <w:rsid w:val="002B7D4C"/>
    <w:rsid w:val="002C18BC"/>
    <w:rsid w:val="002C3B20"/>
    <w:rsid w:val="002D0EA4"/>
    <w:rsid w:val="002D17B4"/>
    <w:rsid w:val="002D4082"/>
    <w:rsid w:val="002D5FB4"/>
    <w:rsid w:val="002E04C9"/>
    <w:rsid w:val="002E29A0"/>
    <w:rsid w:val="002F26CA"/>
    <w:rsid w:val="003005BB"/>
    <w:rsid w:val="0031063E"/>
    <w:rsid w:val="00311B38"/>
    <w:rsid w:val="00313678"/>
    <w:rsid w:val="00314495"/>
    <w:rsid w:val="0032124B"/>
    <w:rsid w:val="00330F44"/>
    <w:rsid w:val="003347CF"/>
    <w:rsid w:val="00344DDF"/>
    <w:rsid w:val="003456A2"/>
    <w:rsid w:val="00347DAE"/>
    <w:rsid w:val="00351FDA"/>
    <w:rsid w:val="003540EC"/>
    <w:rsid w:val="00357D65"/>
    <w:rsid w:val="00360C1D"/>
    <w:rsid w:val="00366B7F"/>
    <w:rsid w:val="003676E2"/>
    <w:rsid w:val="00375E6C"/>
    <w:rsid w:val="00385AC3"/>
    <w:rsid w:val="003922A1"/>
    <w:rsid w:val="003A0F43"/>
    <w:rsid w:val="003A1E58"/>
    <w:rsid w:val="003D0B3E"/>
    <w:rsid w:val="003D4184"/>
    <w:rsid w:val="003D5E51"/>
    <w:rsid w:val="003F3290"/>
    <w:rsid w:val="004144BF"/>
    <w:rsid w:val="0042271A"/>
    <w:rsid w:val="00440515"/>
    <w:rsid w:val="00444FD8"/>
    <w:rsid w:val="0044588C"/>
    <w:rsid w:val="00450493"/>
    <w:rsid w:val="004509D2"/>
    <w:rsid w:val="0046142E"/>
    <w:rsid w:val="0046309A"/>
    <w:rsid w:val="00465DC5"/>
    <w:rsid w:val="00467C6F"/>
    <w:rsid w:val="00477AEF"/>
    <w:rsid w:val="004807AD"/>
    <w:rsid w:val="00481AD1"/>
    <w:rsid w:val="00484E8D"/>
    <w:rsid w:val="004A7B34"/>
    <w:rsid w:val="004B6013"/>
    <w:rsid w:val="004B6460"/>
    <w:rsid w:val="004E6E8A"/>
    <w:rsid w:val="00500663"/>
    <w:rsid w:val="00514CCC"/>
    <w:rsid w:val="00526E58"/>
    <w:rsid w:val="00532487"/>
    <w:rsid w:val="0053313E"/>
    <w:rsid w:val="00542345"/>
    <w:rsid w:val="00543373"/>
    <w:rsid w:val="005541C7"/>
    <w:rsid w:val="00565376"/>
    <w:rsid w:val="005724E0"/>
    <w:rsid w:val="005A1690"/>
    <w:rsid w:val="005B45EC"/>
    <w:rsid w:val="005D1A34"/>
    <w:rsid w:val="005E4623"/>
    <w:rsid w:val="005F53CF"/>
    <w:rsid w:val="005F5CA8"/>
    <w:rsid w:val="0060318A"/>
    <w:rsid w:val="006064CB"/>
    <w:rsid w:val="006200AE"/>
    <w:rsid w:val="00620228"/>
    <w:rsid w:val="00623F30"/>
    <w:rsid w:val="00630A20"/>
    <w:rsid w:val="006435C2"/>
    <w:rsid w:val="00645943"/>
    <w:rsid w:val="00653845"/>
    <w:rsid w:val="00656BD1"/>
    <w:rsid w:val="00672011"/>
    <w:rsid w:val="0067340C"/>
    <w:rsid w:val="00673CE4"/>
    <w:rsid w:val="00685CCB"/>
    <w:rsid w:val="00686583"/>
    <w:rsid w:val="0069785F"/>
    <w:rsid w:val="006A124D"/>
    <w:rsid w:val="006B4241"/>
    <w:rsid w:val="006B4389"/>
    <w:rsid w:val="006D0CD5"/>
    <w:rsid w:val="006D39F7"/>
    <w:rsid w:val="006D7521"/>
    <w:rsid w:val="006E2E9E"/>
    <w:rsid w:val="006E73E9"/>
    <w:rsid w:val="006F662B"/>
    <w:rsid w:val="00701048"/>
    <w:rsid w:val="007174E9"/>
    <w:rsid w:val="00720E4A"/>
    <w:rsid w:val="00721B06"/>
    <w:rsid w:val="00734CAD"/>
    <w:rsid w:val="00736F7C"/>
    <w:rsid w:val="00742E60"/>
    <w:rsid w:val="007463BD"/>
    <w:rsid w:val="007469AE"/>
    <w:rsid w:val="00747F81"/>
    <w:rsid w:val="00752683"/>
    <w:rsid w:val="00754AD6"/>
    <w:rsid w:val="007621C8"/>
    <w:rsid w:val="0077216F"/>
    <w:rsid w:val="00772AD0"/>
    <w:rsid w:val="007733AF"/>
    <w:rsid w:val="00773496"/>
    <w:rsid w:val="007750BE"/>
    <w:rsid w:val="00780645"/>
    <w:rsid w:val="007875FD"/>
    <w:rsid w:val="007A3C6B"/>
    <w:rsid w:val="007B2975"/>
    <w:rsid w:val="007B6F5A"/>
    <w:rsid w:val="007C7A2E"/>
    <w:rsid w:val="007D59AF"/>
    <w:rsid w:val="007D61B0"/>
    <w:rsid w:val="007D792C"/>
    <w:rsid w:val="007E6785"/>
    <w:rsid w:val="007E6F32"/>
    <w:rsid w:val="008052D1"/>
    <w:rsid w:val="00823040"/>
    <w:rsid w:val="00824B2C"/>
    <w:rsid w:val="00830521"/>
    <w:rsid w:val="00830A57"/>
    <w:rsid w:val="00833E47"/>
    <w:rsid w:val="0084434C"/>
    <w:rsid w:val="00852C36"/>
    <w:rsid w:val="00856B05"/>
    <w:rsid w:val="00861474"/>
    <w:rsid w:val="0087094D"/>
    <w:rsid w:val="00874A84"/>
    <w:rsid w:val="00874E8B"/>
    <w:rsid w:val="00877286"/>
    <w:rsid w:val="00887362"/>
    <w:rsid w:val="00887BC8"/>
    <w:rsid w:val="008A07DD"/>
    <w:rsid w:val="008A5B3E"/>
    <w:rsid w:val="008B11F9"/>
    <w:rsid w:val="008B2F1D"/>
    <w:rsid w:val="008C14CC"/>
    <w:rsid w:val="008D368B"/>
    <w:rsid w:val="008D385E"/>
    <w:rsid w:val="008D5226"/>
    <w:rsid w:val="008E4C66"/>
    <w:rsid w:val="008E68A2"/>
    <w:rsid w:val="009276ED"/>
    <w:rsid w:val="00930D3C"/>
    <w:rsid w:val="00935BFF"/>
    <w:rsid w:val="0093722B"/>
    <w:rsid w:val="00947095"/>
    <w:rsid w:val="009527E0"/>
    <w:rsid w:val="00954CB6"/>
    <w:rsid w:val="009571D7"/>
    <w:rsid w:val="009654A1"/>
    <w:rsid w:val="00970AA3"/>
    <w:rsid w:val="00970FCE"/>
    <w:rsid w:val="0098523A"/>
    <w:rsid w:val="00991465"/>
    <w:rsid w:val="009951EC"/>
    <w:rsid w:val="009961B5"/>
    <w:rsid w:val="009A0A94"/>
    <w:rsid w:val="009B51D0"/>
    <w:rsid w:val="009B799F"/>
    <w:rsid w:val="009C5A86"/>
    <w:rsid w:val="009C5B80"/>
    <w:rsid w:val="009C7FE1"/>
    <w:rsid w:val="009D3D07"/>
    <w:rsid w:val="009D4436"/>
    <w:rsid w:val="009D64A9"/>
    <w:rsid w:val="009E2493"/>
    <w:rsid w:val="009E3258"/>
    <w:rsid w:val="009F0498"/>
    <w:rsid w:val="009F205C"/>
    <w:rsid w:val="009F53D5"/>
    <w:rsid w:val="009F7453"/>
    <w:rsid w:val="00A01ECB"/>
    <w:rsid w:val="00A03264"/>
    <w:rsid w:val="00A10AD0"/>
    <w:rsid w:val="00A13B1C"/>
    <w:rsid w:val="00A1780D"/>
    <w:rsid w:val="00A31BCC"/>
    <w:rsid w:val="00A3530E"/>
    <w:rsid w:val="00A47896"/>
    <w:rsid w:val="00A508CA"/>
    <w:rsid w:val="00A5377F"/>
    <w:rsid w:val="00A53DA8"/>
    <w:rsid w:val="00A541E6"/>
    <w:rsid w:val="00A97534"/>
    <w:rsid w:val="00AB79E0"/>
    <w:rsid w:val="00AC334B"/>
    <w:rsid w:val="00AD6ED6"/>
    <w:rsid w:val="00AD73DF"/>
    <w:rsid w:val="00AE2BF9"/>
    <w:rsid w:val="00AE709E"/>
    <w:rsid w:val="00AF1833"/>
    <w:rsid w:val="00B027BA"/>
    <w:rsid w:val="00B108D2"/>
    <w:rsid w:val="00B11E4F"/>
    <w:rsid w:val="00B150FB"/>
    <w:rsid w:val="00B26ABA"/>
    <w:rsid w:val="00B32739"/>
    <w:rsid w:val="00B32941"/>
    <w:rsid w:val="00B32DF8"/>
    <w:rsid w:val="00B361E4"/>
    <w:rsid w:val="00B43854"/>
    <w:rsid w:val="00B56559"/>
    <w:rsid w:val="00B65BE5"/>
    <w:rsid w:val="00B778C8"/>
    <w:rsid w:val="00B81F0C"/>
    <w:rsid w:val="00B872DA"/>
    <w:rsid w:val="00B94039"/>
    <w:rsid w:val="00BA229B"/>
    <w:rsid w:val="00BA55BA"/>
    <w:rsid w:val="00BB0D7F"/>
    <w:rsid w:val="00BD6D7C"/>
    <w:rsid w:val="00BE4C8A"/>
    <w:rsid w:val="00BE4D2D"/>
    <w:rsid w:val="00BE72C0"/>
    <w:rsid w:val="00C00FC1"/>
    <w:rsid w:val="00C10EA1"/>
    <w:rsid w:val="00C12061"/>
    <w:rsid w:val="00C14534"/>
    <w:rsid w:val="00C249CE"/>
    <w:rsid w:val="00C40B11"/>
    <w:rsid w:val="00C6738F"/>
    <w:rsid w:val="00C837AF"/>
    <w:rsid w:val="00C904F4"/>
    <w:rsid w:val="00C93D45"/>
    <w:rsid w:val="00C94D98"/>
    <w:rsid w:val="00C96CB1"/>
    <w:rsid w:val="00CA6BC1"/>
    <w:rsid w:val="00CB262C"/>
    <w:rsid w:val="00CB4A3B"/>
    <w:rsid w:val="00CB7EF4"/>
    <w:rsid w:val="00CD3E86"/>
    <w:rsid w:val="00CD5629"/>
    <w:rsid w:val="00CE101A"/>
    <w:rsid w:val="00CE1926"/>
    <w:rsid w:val="00CE276D"/>
    <w:rsid w:val="00CE3910"/>
    <w:rsid w:val="00CE3B5D"/>
    <w:rsid w:val="00D04202"/>
    <w:rsid w:val="00D071B4"/>
    <w:rsid w:val="00D11AB0"/>
    <w:rsid w:val="00D12023"/>
    <w:rsid w:val="00D16413"/>
    <w:rsid w:val="00D26BA8"/>
    <w:rsid w:val="00D302B9"/>
    <w:rsid w:val="00D33423"/>
    <w:rsid w:val="00D46532"/>
    <w:rsid w:val="00D47F69"/>
    <w:rsid w:val="00D63C0D"/>
    <w:rsid w:val="00D70D2A"/>
    <w:rsid w:val="00D712F5"/>
    <w:rsid w:val="00D85AEC"/>
    <w:rsid w:val="00DA57A7"/>
    <w:rsid w:val="00DA7C0E"/>
    <w:rsid w:val="00DB0BFA"/>
    <w:rsid w:val="00DB1E9D"/>
    <w:rsid w:val="00DC0290"/>
    <w:rsid w:val="00DC034B"/>
    <w:rsid w:val="00DD5FEE"/>
    <w:rsid w:val="00DE07C4"/>
    <w:rsid w:val="00DE2B33"/>
    <w:rsid w:val="00DE448A"/>
    <w:rsid w:val="00DE79B8"/>
    <w:rsid w:val="00DE7AA5"/>
    <w:rsid w:val="00DF3C7A"/>
    <w:rsid w:val="00DF5293"/>
    <w:rsid w:val="00E20A1D"/>
    <w:rsid w:val="00E23DB3"/>
    <w:rsid w:val="00E25171"/>
    <w:rsid w:val="00E332CA"/>
    <w:rsid w:val="00E33C1D"/>
    <w:rsid w:val="00E648F8"/>
    <w:rsid w:val="00E65192"/>
    <w:rsid w:val="00E762A9"/>
    <w:rsid w:val="00E80BF3"/>
    <w:rsid w:val="00E828B2"/>
    <w:rsid w:val="00E84CD2"/>
    <w:rsid w:val="00E96687"/>
    <w:rsid w:val="00EA2D9F"/>
    <w:rsid w:val="00EA41DA"/>
    <w:rsid w:val="00EB02E9"/>
    <w:rsid w:val="00EB2697"/>
    <w:rsid w:val="00EC2F72"/>
    <w:rsid w:val="00EC743B"/>
    <w:rsid w:val="00EE13B6"/>
    <w:rsid w:val="00EE2F0A"/>
    <w:rsid w:val="00EE789F"/>
    <w:rsid w:val="00EF0CDC"/>
    <w:rsid w:val="00EF1FF0"/>
    <w:rsid w:val="00F031B8"/>
    <w:rsid w:val="00F1273C"/>
    <w:rsid w:val="00F16D67"/>
    <w:rsid w:val="00F54A74"/>
    <w:rsid w:val="00F55A95"/>
    <w:rsid w:val="00F62334"/>
    <w:rsid w:val="00F624FC"/>
    <w:rsid w:val="00F628DF"/>
    <w:rsid w:val="00F74321"/>
    <w:rsid w:val="00F8149F"/>
    <w:rsid w:val="00F82C2F"/>
    <w:rsid w:val="00F85C68"/>
    <w:rsid w:val="00F9466A"/>
    <w:rsid w:val="00F95278"/>
    <w:rsid w:val="00F97F64"/>
    <w:rsid w:val="00FB6B0D"/>
    <w:rsid w:val="00FC714B"/>
    <w:rsid w:val="00FE3A73"/>
    <w:rsid w:val="00FE7DA3"/>
    <w:rsid w:val="00FF41EE"/>
    <w:rsid w:val="00FF4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13C0A9"/>
  <w15:chartTrackingRefBased/>
  <w15:docId w15:val="{B4BA6055-939C-48B5-809C-C7DB490DB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5FA8"/>
    <w:pPr>
      <w:keepNext/>
      <w:keepLines/>
      <w:spacing w:before="480" w:line="276" w:lineRule="auto"/>
      <w:outlineLvl w:val="0"/>
    </w:pPr>
    <w:rPr>
      <w:rFonts w:asciiTheme="majorHAnsi" w:eastAsiaTheme="majorEastAsia" w:hAnsiTheme="majorHAnsi" w:cstheme="majorBidi"/>
      <w:b/>
      <w:bCs/>
      <w:color w:val="2F5496" w:themeColor="accent1" w:themeShade="BF"/>
      <w:kern w:val="0"/>
      <w:sz w:val="28"/>
      <w:szCs w:val="28"/>
      <w14:ligatures w14:val="none"/>
    </w:rPr>
  </w:style>
  <w:style w:type="paragraph" w:styleId="Heading2">
    <w:name w:val="heading 2"/>
    <w:basedOn w:val="Normal"/>
    <w:next w:val="Normal"/>
    <w:link w:val="Heading2Char"/>
    <w:uiPriority w:val="9"/>
    <w:unhideWhenUsed/>
    <w:qFormat/>
    <w:rsid w:val="00225FA8"/>
    <w:pPr>
      <w:keepNext/>
      <w:keepLines/>
      <w:spacing w:before="200" w:line="276" w:lineRule="auto"/>
      <w:outlineLvl w:val="1"/>
    </w:pPr>
    <w:rPr>
      <w:rFonts w:asciiTheme="majorHAnsi" w:eastAsiaTheme="majorEastAsia" w:hAnsiTheme="majorHAnsi" w:cstheme="majorBidi"/>
      <w:b/>
      <w:bCs/>
      <w:color w:val="4472C4" w:themeColor="accent1"/>
      <w:kern w:val="0"/>
      <w:sz w:val="26"/>
      <w:szCs w:val="26"/>
      <w14:ligatures w14:val="none"/>
    </w:rPr>
  </w:style>
  <w:style w:type="paragraph" w:styleId="Heading3">
    <w:name w:val="heading 3"/>
    <w:basedOn w:val="Normal"/>
    <w:next w:val="Normal"/>
    <w:link w:val="Heading3Char"/>
    <w:uiPriority w:val="9"/>
    <w:unhideWhenUsed/>
    <w:qFormat/>
    <w:rsid w:val="00225FA8"/>
    <w:pPr>
      <w:keepNext/>
      <w:keepLines/>
      <w:spacing w:before="200" w:line="276" w:lineRule="auto"/>
      <w:outlineLvl w:val="2"/>
    </w:pPr>
    <w:rPr>
      <w:rFonts w:asciiTheme="majorHAnsi" w:eastAsiaTheme="majorEastAsia" w:hAnsiTheme="majorHAnsi" w:cstheme="majorBidi"/>
      <w:b/>
      <w:bCs/>
      <w:color w:val="4472C4" w:themeColor="accent1"/>
      <w:kern w:val="0"/>
      <w:sz w:val="22"/>
      <w:szCs w:val="22"/>
      <w14:ligatures w14:val="none"/>
    </w:rPr>
  </w:style>
  <w:style w:type="paragraph" w:styleId="Heading4">
    <w:name w:val="heading 4"/>
    <w:basedOn w:val="Normal"/>
    <w:next w:val="Normal"/>
    <w:link w:val="Heading4Char"/>
    <w:uiPriority w:val="9"/>
    <w:semiHidden/>
    <w:unhideWhenUsed/>
    <w:qFormat/>
    <w:rsid w:val="00225FA8"/>
    <w:pPr>
      <w:keepNext/>
      <w:keepLines/>
      <w:spacing w:before="200" w:line="276" w:lineRule="auto"/>
      <w:outlineLvl w:val="3"/>
    </w:pPr>
    <w:rPr>
      <w:rFonts w:asciiTheme="majorHAnsi" w:eastAsiaTheme="majorEastAsia" w:hAnsiTheme="majorHAnsi" w:cstheme="majorBidi"/>
      <w:b/>
      <w:bCs/>
      <w:i/>
      <w:iCs/>
      <w:color w:val="4472C4" w:themeColor="accent1"/>
      <w:kern w:val="0"/>
      <w:sz w:val="22"/>
      <w:szCs w:val="22"/>
      <w14:ligatures w14:val="none"/>
    </w:rPr>
  </w:style>
  <w:style w:type="paragraph" w:styleId="Heading5">
    <w:name w:val="heading 5"/>
    <w:basedOn w:val="Normal"/>
    <w:next w:val="Normal"/>
    <w:link w:val="Heading5Char"/>
    <w:uiPriority w:val="9"/>
    <w:semiHidden/>
    <w:unhideWhenUsed/>
    <w:qFormat/>
    <w:rsid w:val="00225FA8"/>
    <w:pPr>
      <w:keepNext/>
      <w:keepLines/>
      <w:spacing w:before="200" w:line="276" w:lineRule="auto"/>
      <w:outlineLvl w:val="4"/>
    </w:pPr>
    <w:rPr>
      <w:rFonts w:asciiTheme="majorHAnsi" w:eastAsiaTheme="majorEastAsia" w:hAnsiTheme="majorHAnsi" w:cstheme="majorBidi"/>
      <w:color w:val="1F3763" w:themeColor="accent1" w:themeShade="7F"/>
      <w:kern w:val="0"/>
      <w:sz w:val="22"/>
      <w:szCs w:val="22"/>
      <w14:ligatures w14:val="none"/>
    </w:rPr>
  </w:style>
  <w:style w:type="paragraph" w:styleId="Heading6">
    <w:name w:val="heading 6"/>
    <w:basedOn w:val="Normal"/>
    <w:next w:val="Normal"/>
    <w:link w:val="Heading6Char"/>
    <w:uiPriority w:val="9"/>
    <w:semiHidden/>
    <w:unhideWhenUsed/>
    <w:qFormat/>
    <w:rsid w:val="00225FA8"/>
    <w:pPr>
      <w:keepNext/>
      <w:keepLines/>
      <w:spacing w:before="200" w:line="276" w:lineRule="auto"/>
      <w:outlineLvl w:val="5"/>
    </w:pPr>
    <w:rPr>
      <w:rFonts w:asciiTheme="majorHAnsi" w:eastAsiaTheme="majorEastAsia" w:hAnsiTheme="majorHAnsi" w:cstheme="majorBidi"/>
      <w:i/>
      <w:iCs/>
      <w:color w:val="1F3763" w:themeColor="accent1" w:themeShade="7F"/>
      <w:kern w:val="0"/>
      <w:sz w:val="22"/>
      <w:szCs w:val="22"/>
      <w14:ligatures w14:val="none"/>
    </w:rPr>
  </w:style>
  <w:style w:type="paragraph" w:styleId="Heading7">
    <w:name w:val="heading 7"/>
    <w:basedOn w:val="Normal"/>
    <w:next w:val="Normal"/>
    <w:link w:val="Heading7Char"/>
    <w:uiPriority w:val="9"/>
    <w:semiHidden/>
    <w:unhideWhenUsed/>
    <w:qFormat/>
    <w:rsid w:val="00225FA8"/>
    <w:pPr>
      <w:keepNext/>
      <w:keepLines/>
      <w:spacing w:before="200" w:line="276" w:lineRule="auto"/>
      <w:outlineLvl w:val="6"/>
    </w:pPr>
    <w:rPr>
      <w:rFonts w:asciiTheme="majorHAnsi" w:eastAsiaTheme="majorEastAsia" w:hAnsiTheme="majorHAnsi" w:cstheme="majorBidi"/>
      <w:i/>
      <w:iCs/>
      <w:color w:val="404040" w:themeColor="text1" w:themeTint="BF"/>
      <w:kern w:val="0"/>
      <w:sz w:val="22"/>
      <w:szCs w:val="22"/>
      <w14:ligatures w14:val="none"/>
    </w:rPr>
  </w:style>
  <w:style w:type="paragraph" w:styleId="Heading8">
    <w:name w:val="heading 8"/>
    <w:basedOn w:val="Normal"/>
    <w:next w:val="Normal"/>
    <w:link w:val="Heading8Char"/>
    <w:uiPriority w:val="9"/>
    <w:semiHidden/>
    <w:unhideWhenUsed/>
    <w:qFormat/>
    <w:rsid w:val="00225FA8"/>
    <w:pPr>
      <w:keepNext/>
      <w:keepLines/>
      <w:spacing w:before="200" w:line="276" w:lineRule="auto"/>
      <w:outlineLvl w:val="7"/>
    </w:pPr>
    <w:rPr>
      <w:rFonts w:asciiTheme="majorHAnsi" w:eastAsiaTheme="majorEastAsia" w:hAnsiTheme="majorHAnsi" w:cstheme="majorBidi"/>
      <w:color w:val="4472C4" w:themeColor="accent1"/>
      <w:kern w:val="0"/>
      <w:sz w:val="20"/>
      <w:szCs w:val="20"/>
      <w14:ligatures w14:val="none"/>
    </w:rPr>
  </w:style>
  <w:style w:type="paragraph" w:styleId="Heading9">
    <w:name w:val="heading 9"/>
    <w:basedOn w:val="Normal"/>
    <w:next w:val="Normal"/>
    <w:link w:val="Heading9Char"/>
    <w:uiPriority w:val="9"/>
    <w:semiHidden/>
    <w:unhideWhenUsed/>
    <w:qFormat/>
    <w:rsid w:val="00225FA8"/>
    <w:pPr>
      <w:keepNext/>
      <w:keepLines/>
      <w:spacing w:before="200" w:line="276" w:lineRule="auto"/>
      <w:outlineLvl w:val="8"/>
    </w:pPr>
    <w:rPr>
      <w:rFonts w:asciiTheme="majorHAnsi" w:eastAsiaTheme="majorEastAsia" w:hAnsiTheme="majorHAnsi" w:cstheme="majorBidi"/>
      <w:i/>
      <w:iCs/>
      <w:color w:val="404040" w:themeColor="text1" w:themeTint="BF"/>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E6C"/>
    <w:pPr>
      <w:ind w:left="720"/>
      <w:contextualSpacing/>
    </w:pPr>
  </w:style>
  <w:style w:type="paragraph" w:styleId="Header">
    <w:name w:val="header"/>
    <w:basedOn w:val="Normal"/>
    <w:link w:val="HeaderChar"/>
    <w:uiPriority w:val="99"/>
    <w:unhideWhenUsed/>
    <w:rsid w:val="00CE1926"/>
    <w:pPr>
      <w:tabs>
        <w:tab w:val="center" w:pos="4680"/>
        <w:tab w:val="right" w:pos="9360"/>
      </w:tabs>
    </w:pPr>
  </w:style>
  <w:style w:type="character" w:customStyle="1" w:styleId="HeaderChar">
    <w:name w:val="Header Char"/>
    <w:basedOn w:val="DefaultParagraphFont"/>
    <w:link w:val="Header"/>
    <w:uiPriority w:val="99"/>
    <w:rsid w:val="00CE1926"/>
  </w:style>
  <w:style w:type="paragraph" w:styleId="Footer">
    <w:name w:val="footer"/>
    <w:basedOn w:val="Normal"/>
    <w:link w:val="FooterChar"/>
    <w:uiPriority w:val="99"/>
    <w:unhideWhenUsed/>
    <w:rsid w:val="00CE1926"/>
    <w:pPr>
      <w:tabs>
        <w:tab w:val="center" w:pos="4680"/>
        <w:tab w:val="right" w:pos="9360"/>
      </w:tabs>
    </w:pPr>
  </w:style>
  <w:style w:type="character" w:customStyle="1" w:styleId="FooterChar">
    <w:name w:val="Footer Char"/>
    <w:basedOn w:val="DefaultParagraphFont"/>
    <w:link w:val="Footer"/>
    <w:uiPriority w:val="99"/>
    <w:rsid w:val="00CE1926"/>
  </w:style>
  <w:style w:type="character" w:styleId="LineNumber">
    <w:name w:val="line number"/>
    <w:basedOn w:val="DefaultParagraphFont"/>
    <w:uiPriority w:val="99"/>
    <w:semiHidden/>
    <w:unhideWhenUsed/>
    <w:rsid w:val="007469AE"/>
  </w:style>
  <w:style w:type="paragraph" w:styleId="NormalWeb">
    <w:name w:val="Normal (Web)"/>
    <w:basedOn w:val="Normal"/>
    <w:uiPriority w:val="99"/>
    <w:unhideWhenUsed/>
    <w:rsid w:val="00C6738F"/>
    <w:pPr>
      <w:spacing w:before="100" w:beforeAutospacing="1" w:after="100" w:afterAutospacing="1"/>
    </w:pPr>
    <w:rPr>
      <w:rFonts w:eastAsia="Times New Roman"/>
      <w:kern w:val="0"/>
      <w14:ligatures w14:val="none"/>
    </w:rPr>
  </w:style>
  <w:style w:type="paragraph" w:styleId="Revision">
    <w:name w:val="Revision"/>
    <w:hidden/>
    <w:uiPriority w:val="99"/>
    <w:semiHidden/>
    <w:rsid w:val="00D46532"/>
  </w:style>
  <w:style w:type="character" w:styleId="CommentReference">
    <w:name w:val="annotation reference"/>
    <w:basedOn w:val="DefaultParagraphFont"/>
    <w:uiPriority w:val="99"/>
    <w:semiHidden/>
    <w:unhideWhenUsed/>
    <w:rsid w:val="00D46532"/>
    <w:rPr>
      <w:sz w:val="16"/>
      <w:szCs w:val="16"/>
    </w:rPr>
  </w:style>
  <w:style w:type="paragraph" w:styleId="CommentText">
    <w:name w:val="annotation text"/>
    <w:basedOn w:val="Normal"/>
    <w:link w:val="CommentTextChar"/>
    <w:uiPriority w:val="99"/>
    <w:unhideWhenUsed/>
    <w:rsid w:val="00D46532"/>
    <w:rPr>
      <w:sz w:val="20"/>
      <w:szCs w:val="20"/>
    </w:rPr>
  </w:style>
  <w:style w:type="character" w:customStyle="1" w:styleId="CommentTextChar">
    <w:name w:val="Comment Text Char"/>
    <w:basedOn w:val="DefaultParagraphFont"/>
    <w:link w:val="CommentText"/>
    <w:uiPriority w:val="99"/>
    <w:rsid w:val="00D46532"/>
    <w:rPr>
      <w:sz w:val="20"/>
      <w:szCs w:val="20"/>
    </w:rPr>
  </w:style>
  <w:style w:type="paragraph" w:styleId="CommentSubject">
    <w:name w:val="annotation subject"/>
    <w:basedOn w:val="CommentText"/>
    <w:next w:val="CommentText"/>
    <w:link w:val="CommentSubjectChar"/>
    <w:uiPriority w:val="99"/>
    <w:semiHidden/>
    <w:unhideWhenUsed/>
    <w:rsid w:val="00D46532"/>
    <w:rPr>
      <w:b/>
      <w:bCs/>
    </w:rPr>
  </w:style>
  <w:style w:type="character" w:customStyle="1" w:styleId="CommentSubjectChar">
    <w:name w:val="Comment Subject Char"/>
    <w:basedOn w:val="CommentTextChar"/>
    <w:link w:val="CommentSubject"/>
    <w:uiPriority w:val="99"/>
    <w:semiHidden/>
    <w:rsid w:val="00D46532"/>
    <w:rPr>
      <w:b/>
      <w:bCs/>
      <w:sz w:val="20"/>
      <w:szCs w:val="20"/>
    </w:rPr>
  </w:style>
  <w:style w:type="character" w:customStyle="1" w:styleId="Heading1Char">
    <w:name w:val="Heading 1 Char"/>
    <w:basedOn w:val="DefaultParagraphFont"/>
    <w:link w:val="Heading1"/>
    <w:uiPriority w:val="9"/>
    <w:rsid w:val="00225FA8"/>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2Char">
    <w:name w:val="Heading 2 Char"/>
    <w:basedOn w:val="DefaultParagraphFont"/>
    <w:link w:val="Heading2"/>
    <w:uiPriority w:val="9"/>
    <w:rsid w:val="00225FA8"/>
    <w:rPr>
      <w:rFonts w:asciiTheme="majorHAnsi" w:eastAsiaTheme="majorEastAsia" w:hAnsiTheme="majorHAnsi" w:cstheme="majorBidi"/>
      <w:b/>
      <w:bCs/>
      <w:color w:val="4472C4" w:themeColor="accent1"/>
      <w:kern w:val="0"/>
      <w:sz w:val="26"/>
      <w:szCs w:val="26"/>
      <w14:ligatures w14:val="none"/>
    </w:rPr>
  </w:style>
  <w:style w:type="character" w:customStyle="1" w:styleId="Heading3Char">
    <w:name w:val="Heading 3 Char"/>
    <w:basedOn w:val="DefaultParagraphFont"/>
    <w:link w:val="Heading3"/>
    <w:uiPriority w:val="9"/>
    <w:rsid w:val="00225FA8"/>
    <w:rPr>
      <w:rFonts w:asciiTheme="majorHAnsi" w:eastAsiaTheme="majorEastAsia" w:hAnsiTheme="majorHAnsi" w:cstheme="majorBidi"/>
      <w:b/>
      <w:bCs/>
      <w:color w:val="4472C4" w:themeColor="accent1"/>
      <w:kern w:val="0"/>
      <w:sz w:val="22"/>
      <w:szCs w:val="22"/>
      <w14:ligatures w14:val="none"/>
    </w:rPr>
  </w:style>
  <w:style w:type="character" w:customStyle="1" w:styleId="Heading4Char">
    <w:name w:val="Heading 4 Char"/>
    <w:basedOn w:val="DefaultParagraphFont"/>
    <w:link w:val="Heading4"/>
    <w:uiPriority w:val="9"/>
    <w:semiHidden/>
    <w:rsid w:val="00225FA8"/>
    <w:rPr>
      <w:rFonts w:asciiTheme="majorHAnsi" w:eastAsiaTheme="majorEastAsia" w:hAnsiTheme="majorHAnsi" w:cstheme="majorBidi"/>
      <w:b/>
      <w:bCs/>
      <w:i/>
      <w:iCs/>
      <w:color w:val="4472C4" w:themeColor="accent1"/>
      <w:kern w:val="0"/>
      <w:sz w:val="22"/>
      <w:szCs w:val="22"/>
      <w14:ligatures w14:val="none"/>
    </w:rPr>
  </w:style>
  <w:style w:type="character" w:customStyle="1" w:styleId="Heading5Char">
    <w:name w:val="Heading 5 Char"/>
    <w:basedOn w:val="DefaultParagraphFont"/>
    <w:link w:val="Heading5"/>
    <w:uiPriority w:val="9"/>
    <w:semiHidden/>
    <w:rsid w:val="00225FA8"/>
    <w:rPr>
      <w:rFonts w:asciiTheme="majorHAnsi" w:eastAsiaTheme="majorEastAsia" w:hAnsiTheme="majorHAnsi" w:cstheme="majorBidi"/>
      <w:color w:val="1F3763" w:themeColor="accent1" w:themeShade="7F"/>
      <w:kern w:val="0"/>
      <w:sz w:val="22"/>
      <w:szCs w:val="22"/>
      <w14:ligatures w14:val="none"/>
    </w:rPr>
  </w:style>
  <w:style w:type="character" w:customStyle="1" w:styleId="Heading6Char">
    <w:name w:val="Heading 6 Char"/>
    <w:basedOn w:val="DefaultParagraphFont"/>
    <w:link w:val="Heading6"/>
    <w:uiPriority w:val="9"/>
    <w:semiHidden/>
    <w:rsid w:val="00225FA8"/>
    <w:rPr>
      <w:rFonts w:asciiTheme="majorHAnsi" w:eastAsiaTheme="majorEastAsia" w:hAnsiTheme="majorHAnsi" w:cstheme="majorBidi"/>
      <w:i/>
      <w:iCs/>
      <w:color w:val="1F3763" w:themeColor="accent1" w:themeShade="7F"/>
      <w:kern w:val="0"/>
      <w:sz w:val="22"/>
      <w:szCs w:val="22"/>
      <w14:ligatures w14:val="none"/>
    </w:rPr>
  </w:style>
  <w:style w:type="character" w:customStyle="1" w:styleId="Heading7Char">
    <w:name w:val="Heading 7 Char"/>
    <w:basedOn w:val="DefaultParagraphFont"/>
    <w:link w:val="Heading7"/>
    <w:uiPriority w:val="9"/>
    <w:semiHidden/>
    <w:rsid w:val="00225FA8"/>
    <w:rPr>
      <w:rFonts w:asciiTheme="majorHAnsi" w:eastAsiaTheme="majorEastAsia" w:hAnsiTheme="majorHAnsi" w:cstheme="majorBidi"/>
      <w:i/>
      <w:iCs/>
      <w:color w:val="404040" w:themeColor="text1" w:themeTint="BF"/>
      <w:kern w:val="0"/>
      <w:sz w:val="22"/>
      <w:szCs w:val="22"/>
      <w14:ligatures w14:val="none"/>
    </w:rPr>
  </w:style>
  <w:style w:type="character" w:customStyle="1" w:styleId="Heading8Char">
    <w:name w:val="Heading 8 Char"/>
    <w:basedOn w:val="DefaultParagraphFont"/>
    <w:link w:val="Heading8"/>
    <w:uiPriority w:val="9"/>
    <w:semiHidden/>
    <w:rsid w:val="00225FA8"/>
    <w:rPr>
      <w:rFonts w:asciiTheme="majorHAnsi" w:eastAsiaTheme="majorEastAsia" w:hAnsiTheme="majorHAnsi" w:cstheme="majorBidi"/>
      <w:color w:val="4472C4" w:themeColor="accent1"/>
      <w:kern w:val="0"/>
      <w:sz w:val="20"/>
      <w:szCs w:val="20"/>
      <w14:ligatures w14:val="none"/>
    </w:rPr>
  </w:style>
  <w:style w:type="character" w:customStyle="1" w:styleId="Heading9Char">
    <w:name w:val="Heading 9 Char"/>
    <w:basedOn w:val="DefaultParagraphFont"/>
    <w:link w:val="Heading9"/>
    <w:uiPriority w:val="9"/>
    <w:semiHidden/>
    <w:rsid w:val="00225FA8"/>
    <w:rPr>
      <w:rFonts w:asciiTheme="majorHAnsi" w:eastAsiaTheme="majorEastAsia" w:hAnsiTheme="majorHAnsi" w:cstheme="majorBidi"/>
      <w:i/>
      <w:iCs/>
      <w:color w:val="404040" w:themeColor="text1" w:themeTint="BF"/>
      <w:kern w:val="0"/>
      <w:sz w:val="20"/>
      <w:szCs w:val="20"/>
      <w14:ligatures w14:val="none"/>
    </w:rPr>
  </w:style>
  <w:style w:type="paragraph" w:styleId="NoSpacing">
    <w:name w:val="No Spacing"/>
    <w:uiPriority w:val="1"/>
    <w:qFormat/>
    <w:rsid w:val="00225FA8"/>
    <w:rPr>
      <w:rFonts w:asciiTheme="minorHAnsi" w:eastAsiaTheme="minorEastAsia" w:hAnsiTheme="minorHAnsi" w:cstheme="minorBidi"/>
      <w:kern w:val="0"/>
      <w:sz w:val="22"/>
      <w:szCs w:val="22"/>
      <w14:ligatures w14:val="none"/>
    </w:rPr>
  </w:style>
  <w:style w:type="paragraph" w:styleId="Title">
    <w:name w:val="Title"/>
    <w:basedOn w:val="Normal"/>
    <w:next w:val="Normal"/>
    <w:link w:val="TitleChar"/>
    <w:uiPriority w:val="10"/>
    <w:qFormat/>
    <w:rsid w:val="00225FA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14:ligatures w14:val="none"/>
    </w:rPr>
  </w:style>
  <w:style w:type="character" w:customStyle="1" w:styleId="TitleChar">
    <w:name w:val="Title Char"/>
    <w:basedOn w:val="DefaultParagraphFont"/>
    <w:link w:val="Title"/>
    <w:uiPriority w:val="10"/>
    <w:rsid w:val="00225FA8"/>
    <w:rPr>
      <w:rFonts w:asciiTheme="majorHAnsi" w:eastAsiaTheme="majorEastAsia" w:hAnsiTheme="majorHAnsi" w:cstheme="majorBidi"/>
      <w:color w:val="323E4F" w:themeColor="text2" w:themeShade="BF"/>
      <w:spacing w:val="5"/>
      <w:kern w:val="28"/>
      <w:sz w:val="52"/>
      <w:szCs w:val="52"/>
      <w14:ligatures w14:val="none"/>
    </w:rPr>
  </w:style>
  <w:style w:type="paragraph" w:styleId="Subtitle">
    <w:name w:val="Subtitle"/>
    <w:basedOn w:val="Normal"/>
    <w:next w:val="Normal"/>
    <w:link w:val="SubtitleChar"/>
    <w:uiPriority w:val="11"/>
    <w:qFormat/>
    <w:rsid w:val="00225FA8"/>
    <w:pPr>
      <w:numPr>
        <w:ilvl w:val="1"/>
      </w:numPr>
      <w:spacing w:after="200" w:line="276" w:lineRule="auto"/>
    </w:pPr>
    <w:rPr>
      <w:rFonts w:asciiTheme="majorHAnsi" w:eastAsiaTheme="majorEastAsia" w:hAnsiTheme="majorHAnsi" w:cstheme="majorBidi"/>
      <w:i/>
      <w:iCs/>
      <w:color w:val="4472C4" w:themeColor="accent1"/>
      <w:spacing w:val="15"/>
      <w:kern w:val="0"/>
      <w14:ligatures w14:val="none"/>
    </w:rPr>
  </w:style>
  <w:style w:type="character" w:customStyle="1" w:styleId="SubtitleChar">
    <w:name w:val="Subtitle Char"/>
    <w:basedOn w:val="DefaultParagraphFont"/>
    <w:link w:val="Subtitle"/>
    <w:uiPriority w:val="11"/>
    <w:rsid w:val="00225FA8"/>
    <w:rPr>
      <w:rFonts w:asciiTheme="majorHAnsi" w:eastAsiaTheme="majorEastAsia" w:hAnsiTheme="majorHAnsi" w:cstheme="majorBidi"/>
      <w:i/>
      <w:iCs/>
      <w:color w:val="4472C4" w:themeColor="accent1"/>
      <w:spacing w:val="15"/>
      <w:kern w:val="0"/>
      <w14:ligatures w14:val="none"/>
    </w:rPr>
  </w:style>
  <w:style w:type="paragraph" w:styleId="BodyText">
    <w:name w:val="Body Text"/>
    <w:basedOn w:val="Normal"/>
    <w:link w:val="BodyTextChar"/>
    <w:uiPriority w:val="99"/>
    <w:unhideWhenUsed/>
    <w:rsid w:val="00225FA8"/>
    <w:pPr>
      <w:spacing w:after="120" w:line="276" w:lineRule="auto"/>
    </w:pPr>
    <w:rPr>
      <w:rFonts w:asciiTheme="minorHAnsi" w:eastAsiaTheme="minorEastAsia" w:hAnsiTheme="minorHAnsi" w:cstheme="minorBidi"/>
      <w:kern w:val="0"/>
      <w:sz w:val="22"/>
      <w:szCs w:val="22"/>
      <w14:ligatures w14:val="none"/>
    </w:rPr>
  </w:style>
  <w:style w:type="character" w:customStyle="1" w:styleId="BodyTextChar">
    <w:name w:val="Body Text Char"/>
    <w:basedOn w:val="DefaultParagraphFont"/>
    <w:link w:val="BodyText"/>
    <w:uiPriority w:val="99"/>
    <w:rsid w:val="00225FA8"/>
    <w:rPr>
      <w:rFonts w:asciiTheme="minorHAnsi" w:eastAsiaTheme="minorEastAsia" w:hAnsiTheme="minorHAnsi" w:cstheme="minorBidi"/>
      <w:kern w:val="0"/>
      <w:sz w:val="22"/>
      <w:szCs w:val="22"/>
      <w14:ligatures w14:val="none"/>
    </w:rPr>
  </w:style>
  <w:style w:type="paragraph" w:styleId="BodyText2">
    <w:name w:val="Body Text 2"/>
    <w:basedOn w:val="Normal"/>
    <w:link w:val="BodyText2Char"/>
    <w:uiPriority w:val="99"/>
    <w:unhideWhenUsed/>
    <w:rsid w:val="00225FA8"/>
    <w:pPr>
      <w:spacing w:after="120" w:line="480" w:lineRule="auto"/>
    </w:pPr>
    <w:rPr>
      <w:rFonts w:asciiTheme="minorHAnsi" w:eastAsiaTheme="minorEastAsia" w:hAnsiTheme="minorHAnsi" w:cstheme="minorBidi"/>
      <w:kern w:val="0"/>
      <w:sz w:val="22"/>
      <w:szCs w:val="22"/>
      <w14:ligatures w14:val="none"/>
    </w:rPr>
  </w:style>
  <w:style w:type="character" w:customStyle="1" w:styleId="BodyText2Char">
    <w:name w:val="Body Text 2 Char"/>
    <w:basedOn w:val="DefaultParagraphFont"/>
    <w:link w:val="BodyText2"/>
    <w:uiPriority w:val="99"/>
    <w:rsid w:val="00225FA8"/>
    <w:rPr>
      <w:rFonts w:asciiTheme="minorHAnsi" w:eastAsiaTheme="minorEastAsia" w:hAnsiTheme="minorHAnsi" w:cstheme="minorBidi"/>
      <w:kern w:val="0"/>
      <w:sz w:val="22"/>
      <w:szCs w:val="22"/>
      <w14:ligatures w14:val="none"/>
    </w:rPr>
  </w:style>
  <w:style w:type="paragraph" w:styleId="BodyText3">
    <w:name w:val="Body Text 3"/>
    <w:basedOn w:val="Normal"/>
    <w:link w:val="BodyText3Char"/>
    <w:uiPriority w:val="99"/>
    <w:unhideWhenUsed/>
    <w:rsid w:val="00225FA8"/>
    <w:pPr>
      <w:spacing w:after="120" w:line="276" w:lineRule="auto"/>
    </w:pPr>
    <w:rPr>
      <w:rFonts w:asciiTheme="minorHAnsi" w:eastAsiaTheme="minorEastAsia" w:hAnsiTheme="minorHAnsi" w:cstheme="minorBidi"/>
      <w:kern w:val="0"/>
      <w:sz w:val="16"/>
      <w:szCs w:val="16"/>
      <w14:ligatures w14:val="none"/>
    </w:rPr>
  </w:style>
  <w:style w:type="character" w:customStyle="1" w:styleId="BodyText3Char">
    <w:name w:val="Body Text 3 Char"/>
    <w:basedOn w:val="DefaultParagraphFont"/>
    <w:link w:val="BodyText3"/>
    <w:uiPriority w:val="99"/>
    <w:rsid w:val="00225FA8"/>
    <w:rPr>
      <w:rFonts w:asciiTheme="minorHAnsi" w:eastAsiaTheme="minorEastAsia" w:hAnsiTheme="minorHAnsi" w:cstheme="minorBidi"/>
      <w:kern w:val="0"/>
      <w:sz w:val="16"/>
      <w:szCs w:val="16"/>
      <w14:ligatures w14:val="none"/>
    </w:rPr>
  </w:style>
  <w:style w:type="paragraph" w:styleId="List">
    <w:name w:val="List"/>
    <w:basedOn w:val="Normal"/>
    <w:uiPriority w:val="99"/>
    <w:unhideWhenUsed/>
    <w:rsid w:val="00225FA8"/>
    <w:pPr>
      <w:spacing w:after="200" w:line="276" w:lineRule="auto"/>
      <w:ind w:left="360" w:hanging="360"/>
      <w:contextualSpacing/>
    </w:pPr>
    <w:rPr>
      <w:rFonts w:asciiTheme="minorHAnsi" w:eastAsiaTheme="minorEastAsia" w:hAnsiTheme="minorHAnsi" w:cstheme="minorBidi"/>
      <w:kern w:val="0"/>
      <w:sz w:val="22"/>
      <w:szCs w:val="22"/>
      <w14:ligatures w14:val="none"/>
    </w:rPr>
  </w:style>
  <w:style w:type="paragraph" w:styleId="List2">
    <w:name w:val="List 2"/>
    <w:basedOn w:val="Normal"/>
    <w:uiPriority w:val="99"/>
    <w:unhideWhenUsed/>
    <w:rsid w:val="00225FA8"/>
    <w:pPr>
      <w:spacing w:after="200" w:line="276" w:lineRule="auto"/>
      <w:ind w:left="720" w:hanging="360"/>
      <w:contextualSpacing/>
    </w:pPr>
    <w:rPr>
      <w:rFonts w:asciiTheme="minorHAnsi" w:eastAsiaTheme="minorEastAsia" w:hAnsiTheme="minorHAnsi" w:cstheme="minorBidi"/>
      <w:kern w:val="0"/>
      <w:sz w:val="22"/>
      <w:szCs w:val="22"/>
      <w14:ligatures w14:val="none"/>
    </w:rPr>
  </w:style>
  <w:style w:type="paragraph" w:styleId="List3">
    <w:name w:val="List 3"/>
    <w:basedOn w:val="Normal"/>
    <w:uiPriority w:val="99"/>
    <w:unhideWhenUsed/>
    <w:rsid w:val="00225FA8"/>
    <w:pPr>
      <w:spacing w:after="200" w:line="276" w:lineRule="auto"/>
      <w:ind w:left="1080" w:hanging="360"/>
      <w:contextualSpacing/>
    </w:pPr>
    <w:rPr>
      <w:rFonts w:asciiTheme="minorHAnsi" w:eastAsiaTheme="minorEastAsia" w:hAnsiTheme="minorHAnsi" w:cstheme="minorBidi"/>
      <w:kern w:val="0"/>
      <w:sz w:val="22"/>
      <w:szCs w:val="22"/>
      <w14:ligatures w14:val="none"/>
    </w:rPr>
  </w:style>
  <w:style w:type="paragraph" w:styleId="ListBullet">
    <w:name w:val="List Bullet"/>
    <w:basedOn w:val="Normal"/>
    <w:uiPriority w:val="99"/>
    <w:unhideWhenUsed/>
    <w:rsid w:val="00225FA8"/>
    <w:pPr>
      <w:numPr>
        <w:numId w:val="3"/>
      </w:numPr>
      <w:spacing w:after="200" w:line="276" w:lineRule="auto"/>
      <w:contextualSpacing/>
    </w:pPr>
    <w:rPr>
      <w:rFonts w:asciiTheme="minorHAnsi" w:eastAsiaTheme="minorEastAsia" w:hAnsiTheme="minorHAnsi" w:cstheme="minorBidi"/>
      <w:kern w:val="0"/>
      <w:sz w:val="22"/>
      <w:szCs w:val="22"/>
      <w14:ligatures w14:val="none"/>
    </w:rPr>
  </w:style>
  <w:style w:type="paragraph" w:styleId="ListBullet2">
    <w:name w:val="List Bullet 2"/>
    <w:basedOn w:val="Normal"/>
    <w:uiPriority w:val="99"/>
    <w:unhideWhenUsed/>
    <w:rsid w:val="00225FA8"/>
    <w:pPr>
      <w:numPr>
        <w:numId w:val="4"/>
      </w:numPr>
      <w:spacing w:after="200" w:line="276" w:lineRule="auto"/>
      <w:contextualSpacing/>
    </w:pPr>
    <w:rPr>
      <w:rFonts w:asciiTheme="minorHAnsi" w:eastAsiaTheme="minorEastAsia" w:hAnsiTheme="minorHAnsi" w:cstheme="minorBidi"/>
      <w:kern w:val="0"/>
      <w:sz w:val="22"/>
      <w:szCs w:val="22"/>
      <w14:ligatures w14:val="none"/>
    </w:rPr>
  </w:style>
  <w:style w:type="paragraph" w:styleId="ListBullet3">
    <w:name w:val="List Bullet 3"/>
    <w:basedOn w:val="Normal"/>
    <w:uiPriority w:val="99"/>
    <w:unhideWhenUsed/>
    <w:rsid w:val="00225FA8"/>
    <w:pPr>
      <w:numPr>
        <w:numId w:val="5"/>
      </w:numPr>
      <w:spacing w:after="200" w:line="276" w:lineRule="auto"/>
      <w:contextualSpacing/>
    </w:pPr>
    <w:rPr>
      <w:rFonts w:asciiTheme="minorHAnsi" w:eastAsiaTheme="minorEastAsia" w:hAnsiTheme="minorHAnsi" w:cstheme="minorBidi"/>
      <w:kern w:val="0"/>
      <w:sz w:val="22"/>
      <w:szCs w:val="22"/>
      <w14:ligatures w14:val="none"/>
    </w:rPr>
  </w:style>
  <w:style w:type="paragraph" w:styleId="ListNumber">
    <w:name w:val="List Number"/>
    <w:basedOn w:val="Normal"/>
    <w:uiPriority w:val="99"/>
    <w:unhideWhenUsed/>
    <w:rsid w:val="00225FA8"/>
    <w:pPr>
      <w:numPr>
        <w:numId w:val="7"/>
      </w:numPr>
      <w:spacing w:after="200" w:line="276" w:lineRule="auto"/>
      <w:contextualSpacing/>
    </w:pPr>
    <w:rPr>
      <w:rFonts w:asciiTheme="minorHAnsi" w:eastAsiaTheme="minorEastAsia" w:hAnsiTheme="minorHAnsi" w:cstheme="minorBidi"/>
      <w:kern w:val="0"/>
      <w:sz w:val="22"/>
      <w:szCs w:val="22"/>
      <w14:ligatures w14:val="none"/>
    </w:rPr>
  </w:style>
  <w:style w:type="paragraph" w:styleId="ListNumber2">
    <w:name w:val="List Number 2"/>
    <w:basedOn w:val="Normal"/>
    <w:uiPriority w:val="99"/>
    <w:unhideWhenUsed/>
    <w:rsid w:val="00225FA8"/>
    <w:pPr>
      <w:numPr>
        <w:numId w:val="8"/>
      </w:numPr>
      <w:spacing w:after="200" w:line="276" w:lineRule="auto"/>
      <w:contextualSpacing/>
    </w:pPr>
    <w:rPr>
      <w:rFonts w:asciiTheme="minorHAnsi" w:eastAsiaTheme="minorEastAsia" w:hAnsiTheme="minorHAnsi" w:cstheme="minorBidi"/>
      <w:kern w:val="0"/>
      <w:sz w:val="22"/>
      <w:szCs w:val="22"/>
      <w14:ligatures w14:val="none"/>
    </w:rPr>
  </w:style>
  <w:style w:type="paragraph" w:styleId="ListNumber3">
    <w:name w:val="List Number 3"/>
    <w:basedOn w:val="Normal"/>
    <w:uiPriority w:val="99"/>
    <w:unhideWhenUsed/>
    <w:rsid w:val="00225FA8"/>
    <w:pPr>
      <w:numPr>
        <w:numId w:val="9"/>
      </w:numPr>
      <w:spacing w:after="200" w:line="276" w:lineRule="auto"/>
      <w:contextualSpacing/>
    </w:pPr>
    <w:rPr>
      <w:rFonts w:asciiTheme="minorHAnsi" w:eastAsiaTheme="minorEastAsia" w:hAnsiTheme="minorHAnsi" w:cstheme="minorBidi"/>
      <w:kern w:val="0"/>
      <w:sz w:val="22"/>
      <w:szCs w:val="22"/>
      <w14:ligatures w14:val="none"/>
    </w:rPr>
  </w:style>
  <w:style w:type="paragraph" w:styleId="ListContinue">
    <w:name w:val="List Continue"/>
    <w:basedOn w:val="Normal"/>
    <w:uiPriority w:val="99"/>
    <w:unhideWhenUsed/>
    <w:rsid w:val="00225FA8"/>
    <w:pPr>
      <w:spacing w:after="120" w:line="276" w:lineRule="auto"/>
      <w:ind w:left="360"/>
      <w:contextualSpacing/>
    </w:pPr>
    <w:rPr>
      <w:rFonts w:asciiTheme="minorHAnsi" w:eastAsiaTheme="minorEastAsia" w:hAnsiTheme="minorHAnsi" w:cstheme="minorBidi"/>
      <w:kern w:val="0"/>
      <w:sz w:val="22"/>
      <w:szCs w:val="22"/>
      <w14:ligatures w14:val="none"/>
    </w:rPr>
  </w:style>
  <w:style w:type="paragraph" w:styleId="ListContinue2">
    <w:name w:val="List Continue 2"/>
    <w:basedOn w:val="Normal"/>
    <w:uiPriority w:val="99"/>
    <w:unhideWhenUsed/>
    <w:rsid w:val="00225FA8"/>
    <w:pPr>
      <w:spacing w:after="120" w:line="276" w:lineRule="auto"/>
      <w:ind w:left="720"/>
      <w:contextualSpacing/>
    </w:pPr>
    <w:rPr>
      <w:rFonts w:asciiTheme="minorHAnsi" w:eastAsiaTheme="minorEastAsia" w:hAnsiTheme="minorHAnsi" w:cstheme="minorBidi"/>
      <w:kern w:val="0"/>
      <w:sz w:val="22"/>
      <w:szCs w:val="22"/>
      <w14:ligatures w14:val="none"/>
    </w:rPr>
  </w:style>
  <w:style w:type="paragraph" w:styleId="ListContinue3">
    <w:name w:val="List Continue 3"/>
    <w:basedOn w:val="Normal"/>
    <w:uiPriority w:val="99"/>
    <w:unhideWhenUsed/>
    <w:rsid w:val="00225FA8"/>
    <w:pPr>
      <w:spacing w:after="120" w:line="276" w:lineRule="auto"/>
      <w:ind w:left="1080"/>
      <w:contextualSpacing/>
    </w:pPr>
    <w:rPr>
      <w:rFonts w:asciiTheme="minorHAnsi" w:eastAsiaTheme="minorEastAsia" w:hAnsiTheme="minorHAnsi" w:cstheme="minorBidi"/>
      <w:kern w:val="0"/>
      <w:sz w:val="22"/>
      <w:szCs w:val="22"/>
      <w14:ligatures w14:val="none"/>
    </w:rPr>
  </w:style>
  <w:style w:type="paragraph" w:styleId="MacroText">
    <w:name w:val="macro"/>
    <w:link w:val="MacroTextChar"/>
    <w:uiPriority w:val="99"/>
    <w:unhideWhenUsed/>
    <w:rsid w:val="00225FA8"/>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kern w:val="0"/>
      <w:sz w:val="20"/>
      <w:szCs w:val="20"/>
      <w14:ligatures w14:val="none"/>
    </w:rPr>
  </w:style>
  <w:style w:type="character" w:customStyle="1" w:styleId="MacroTextChar">
    <w:name w:val="Macro Text Char"/>
    <w:basedOn w:val="DefaultParagraphFont"/>
    <w:link w:val="MacroText"/>
    <w:uiPriority w:val="99"/>
    <w:rsid w:val="00225FA8"/>
    <w:rPr>
      <w:rFonts w:ascii="Courier" w:eastAsiaTheme="minorEastAsia" w:hAnsi="Courier" w:cstheme="minorBidi"/>
      <w:kern w:val="0"/>
      <w:sz w:val="20"/>
      <w:szCs w:val="20"/>
      <w14:ligatures w14:val="none"/>
    </w:rPr>
  </w:style>
  <w:style w:type="paragraph" w:styleId="Quote">
    <w:name w:val="Quote"/>
    <w:basedOn w:val="Normal"/>
    <w:next w:val="Normal"/>
    <w:link w:val="QuoteChar"/>
    <w:uiPriority w:val="29"/>
    <w:qFormat/>
    <w:rsid w:val="00225FA8"/>
    <w:pPr>
      <w:spacing w:after="200" w:line="276" w:lineRule="auto"/>
    </w:pPr>
    <w:rPr>
      <w:rFonts w:asciiTheme="minorHAnsi" w:eastAsiaTheme="minorEastAsia" w:hAnsiTheme="minorHAnsi" w:cstheme="minorBidi"/>
      <w:i/>
      <w:iCs/>
      <w:color w:val="000000" w:themeColor="text1"/>
      <w:kern w:val="0"/>
      <w:sz w:val="22"/>
      <w:szCs w:val="22"/>
      <w14:ligatures w14:val="none"/>
    </w:rPr>
  </w:style>
  <w:style w:type="character" w:customStyle="1" w:styleId="QuoteChar">
    <w:name w:val="Quote Char"/>
    <w:basedOn w:val="DefaultParagraphFont"/>
    <w:link w:val="Quote"/>
    <w:uiPriority w:val="29"/>
    <w:rsid w:val="00225FA8"/>
    <w:rPr>
      <w:rFonts w:asciiTheme="minorHAnsi" w:eastAsiaTheme="minorEastAsia" w:hAnsiTheme="minorHAnsi" w:cstheme="minorBidi"/>
      <w:i/>
      <w:iCs/>
      <w:color w:val="000000" w:themeColor="text1"/>
      <w:kern w:val="0"/>
      <w:sz w:val="22"/>
      <w:szCs w:val="22"/>
      <w14:ligatures w14:val="none"/>
    </w:rPr>
  </w:style>
  <w:style w:type="paragraph" w:styleId="Caption">
    <w:name w:val="caption"/>
    <w:basedOn w:val="Normal"/>
    <w:next w:val="Normal"/>
    <w:uiPriority w:val="35"/>
    <w:semiHidden/>
    <w:unhideWhenUsed/>
    <w:qFormat/>
    <w:rsid w:val="00225FA8"/>
    <w:pPr>
      <w:spacing w:after="200"/>
    </w:pPr>
    <w:rPr>
      <w:rFonts w:asciiTheme="minorHAnsi" w:eastAsiaTheme="minorEastAsia" w:hAnsiTheme="minorHAnsi" w:cstheme="minorBidi"/>
      <w:b/>
      <w:bCs/>
      <w:color w:val="4472C4" w:themeColor="accent1"/>
      <w:kern w:val="0"/>
      <w:sz w:val="18"/>
      <w:szCs w:val="18"/>
      <w14:ligatures w14:val="none"/>
    </w:rPr>
  </w:style>
  <w:style w:type="character" w:styleId="Strong">
    <w:name w:val="Strong"/>
    <w:basedOn w:val="DefaultParagraphFont"/>
    <w:uiPriority w:val="22"/>
    <w:qFormat/>
    <w:rsid w:val="00225FA8"/>
    <w:rPr>
      <w:b/>
      <w:bCs/>
    </w:rPr>
  </w:style>
  <w:style w:type="character" w:styleId="Emphasis">
    <w:name w:val="Emphasis"/>
    <w:basedOn w:val="DefaultParagraphFont"/>
    <w:uiPriority w:val="20"/>
    <w:qFormat/>
    <w:rsid w:val="00225FA8"/>
    <w:rPr>
      <w:i/>
      <w:iCs/>
    </w:rPr>
  </w:style>
  <w:style w:type="paragraph" w:styleId="IntenseQuote">
    <w:name w:val="Intense Quote"/>
    <w:basedOn w:val="Normal"/>
    <w:next w:val="Normal"/>
    <w:link w:val="IntenseQuoteChar"/>
    <w:uiPriority w:val="30"/>
    <w:qFormat/>
    <w:rsid w:val="00225FA8"/>
    <w:pPr>
      <w:pBdr>
        <w:bottom w:val="single" w:sz="4" w:space="4" w:color="4472C4" w:themeColor="accent1"/>
      </w:pBdr>
      <w:spacing w:before="200" w:after="280" w:line="276" w:lineRule="auto"/>
      <w:ind w:left="936" w:right="936"/>
    </w:pPr>
    <w:rPr>
      <w:rFonts w:asciiTheme="minorHAnsi" w:eastAsiaTheme="minorEastAsia" w:hAnsiTheme="minorHAnsi" w:cstheme="minorBidi"/>
      <w:b/>
      <w:bCs/>
      <w:i/>
      <w:iCs/>
      <w:color w:val="4472C4" w:themeColor="accent1"/>
      <w:kern w:val="0"/>
      <w:sz w:val="22"/>
      <w:szCs w:val="22"/>
      <w14:ligatures w14:val="none"/>
    </w:rPr>
  </w:style>
  <w:style w:type="character" w:customStyle="1" w:styleId="IntenseQuoteChar">
    <w:name w:val="Intense Quote Char"/>
    <w:basedOn w:val="DefaultParagraphFont"/>
    <w:link w:val="IntenseQuote"/>
    <w:uiPriority w:val="30"/>
    <w:rsid w:val="00225FA8"/>
    <w:rPr>
      <w:rFonts w:asciiTheme="minorHAnsi" w:eastAsiaTheme="minorEastAsia" w:hAnsiTheme="minorHAnsi" w:cstheme="minorBidi"/>
      <w:b/>
      <w:bCs/>
      <w:i/>
      <w:iCs/>
      <w:color w:val="4472C4" w:themeColor="accent1"/>
      <w:kern w:val="0"/>
      <w:sz w:val="22"/>
      <w:szCs w:val="22"/>
      <w14:ligatures w14:val="none"/>
    </w:rPr>
  </w:style>
  <w:style w:type="character" w:styleId="SubtleEmphasis">
    <w:name w:val="Subtle Emphasis"/>
    <w:basedOn w:val="DefaultParagraphFont"/>
    <w:uiPriority w:val="19"/>
    <w:qFormat/>
    <w:rsid w:val="00225FA8"/>
    <w:rPr>
      <w:i/>
      <w:iCs/>
      <w:color w:val="808080" w:themeColor="text1" w:themeTint="7F"/>
    </w:rPr>
  </w:style>
  <w:style w:type="character" w:styleId="IntenseEmphasis">
    <w:name w:val="Intense Emphasis"/>
    <w:basedOn w:val="DefaultParagraphFont"/>
    <w:uiPriority w:val="21"/>
    <w:qFormat/>
    <w:rsid w:val="00225FA8"/>
    <w:rPr>
      <w:b/>
      <w:bCs/>
      <w:i/>
      <w:iCs/>
      <w:color w:val="4472C4" w:themeColor="accent1"/>
    </w:rPr>
  </w:style>
  <w:style w:type="character" w:styleId="SubtleReference">
    <w:name w:val="Subtle Reference"/>
    <w:basedOn w:val="DefaultParagraphFont"/>
    <w:uiPriority w:val="31"/>
    <w:qFormat/>
    <w:rsid w:val="00225FA8"/>
    <w:rPr>
      <w:smallCaps/>
      <w:color w:val="ED7D31" w:themeColor="accent2"/>
      <w:u w:val="single"/>
    </w:rPr>
  </w:style>
  <w:style w:type="character" w:styleId="IntenseReference">
    <w:name w:val="Intense Reference"/>
    <w:basedOn w:val="DefaultParagraphFont"/>
    <w:uiPriority w:val="32"/>
    <w:qFormat/>
    <w:rsid w:val="00225FA8"/>
    <w:rPr>
      <w:b/>
      <w:bCs/>
      <w:smallCaps/>
      <w:color w:val="ED7D31" w:themeColor="accent2"/>
      <w:spacing w:val="5"/>
      <w:u w:val="single"/>
    </w:rPr>
  </w:style>
  <w:style w:type="character" w:styleId="BookTitle">
    <w:name w:val="Book Title"/>
    <w:basedOn w:val="DefaultParagraphFont"/>
    <w:uiPriority w:val="33"/>
    <w:qFormat/>
    <w:rsid w:val="00225FA8"/>
    <w:rPr>
      <w:b/>
      <w:bCs/>
      <w:smallCaps/>
      <w:spacing w:val="5"/>
    </w:rPr>
  </w:style>
  <w:style w:type="paragraph" w:styleId="TOCHeading">
    <w:name w:val="TOC Heading"/>
    <w:basedOn w:val="Heading1"/>
    <w:next w:val="Normal"/>
    <w:uiPriority w:val="39"/>
    <w:semiHidden/>
    <w:unhideWhenUsed/>
    <w:qFormat/>
    <w:rsid w:val="00225FA8"/>
    <w:pPr>
      <w:outlineLvl w:val="9"/>
    </w:pPr>
  </w:style>
  <w:style w:type="table" w:styleId="TableGrid">
    <w:name w:val="Table Grid"/>
    <w:basedOn w:val="TableNormal"/>
    <w:uiPriority w:val="59"/>
    <w:rsid w:val="00225FA8"/>
    <w:rPr>
      <w:rFonts w:asciiTheme="minorHAnsi" w:eastAsiaTheme="minorEastAsia"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25FA8"/>
    <w:rPr>
      <w:rFonts w:asciiTheme="minorHAnsi" w:eastAsiaTheme="minorEastAsia" w:hAnsiTheme="minorHAnsi" w:cstheme="minorBidi"/>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25FA8"/>
    <w:rPr>
      <w:rFonts w:asciiTheme="minorHAnsi" w:eastAsiaTheme="minorEastAsia" w:hAnsiTheme="minorHAnsi" w:cstheme="minorBidi"/>
      <w:color w:val="2F5496" w:themeColor="accent1" w:themeShade="BF"/>
      <w:kern w:val="0"/>
      <w:sz w:val="22"/>
      <w:szCs w:val="22"/>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225FA8"/>
    <w:rPr>
      <w:rFonts w:asciiTheme="minorHAnsi" w:eastAsiaTheme="minorEastAsia" w:hAnsiTheme="minorHAnsi" w:cstheme="minorBidi"/>
      <w:color w:val="C45911" w:themeColor="accent2" w:themeShade="BF"/>
      <w:kern w:val="0"/>
      <w:sz w:val="22"/>
      <w:szCs w:val="22"/>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225FA8"/>
    <w:rPr>
      <w:rFonts w:asciiTheme="minorHAnsi" w:eastAsiaTheme="minorEastAsia" w:hAnsiTheme="minorHAnsi" w:cstheme="minorBidi"/>
      <w:color w:val="7B7B7B" w:themeColor="accent3" w:themeShade="BF"/>
      <w:kern w:val="0"/>
      <w:sz w:val="22"/>
      <w:szCs w:val="22"/>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225FA8"/>
    <w:rPr>
      <w:rFonts w:asciiTheme="minorHAnsi" w:eastAsiaTheme="minorEastAsia" w:hAnsiTheme="minorHAnsi" w:cstheme="minorBidi"/>
      <w:color w:val="BF8F00" w:themeColor="accent4" w:themeShade="BF"/>
      <w:kern w:val="0"/>
      <w:sz w:val="22"/>
      <w:szCs w:val="22"/>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225FA8"/>
    <w:rPr>
      <w:rFonts w:asciiTheme="minorHAnsi" w:eastAsiaTheme="minorEastAsia" w:hAnsiTheme="minorHAnsi" w:cstheme="minorBidi"/>
      <w:color w:val="2E74B5" w:themeColor="accent5" w:themeShade="BF"/>
      <w:kern w:val="0"/>
      <w:sz w:val="22"/>
      <w:szCs w:val="22"/>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225FA8"/>
    <w:rPr>
      <w:rFonts w:asciiTheme="minorHAnsi" w:eastAsiaTheme="minorEastAsia" w:hAnsiTheme="minorHAnsi" w:cstheme="minorBidi"/>
      <w:color w:val="538135" w:themeColor="accent6" w:themeShade="BF"/>
      <w:kern w:val="0"/>
      <w:sz w:val="22"/>
      <w:szCs w:val="22"/>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225FA8"/>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225FA8"/>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225FA8"/>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225FA8"/>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225FA8"/>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225FA8"/>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225FA8"/>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225FA8"/>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225FA8"/>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225FA8"/>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225FA8"/>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225FA8"/>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225FA8"/>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225FA8"/>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225FA8"/>
    <w:rPr>
      <w:rFonts w:asciiTheme="minorHAnsi" w:eastAsiaTheme="minorEastAsia" w:hAnsiTheme="minorHAnsi" w:cstheme="minorBidi"/>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225FA8"/>
    <w:rPr>
      <w:rFonts w:asciiTheme="minorHAnsi" w:eastAsiaTheme="minorEastAsia" w:hAnsiTheme="minorHAnsi" w:cstheme="minorBidi"/>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225FA8"/>
    <w:rPr>
      <w:rFonts w:asciiTheme="minorHAnsi" w:eastAsiaTheme="minorEastAsia" w:hAnsiTheme="minorHAnsi" w:cstheme="minorBidi"/>
      <w:color w:val="FFFFFF" w:themeColor="background1"/>
      <w:kern w:val="0"/>
      <w:sz w:val="22"/>
      <w:szCs w:val="22"/>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225FA8"/>
    <w:rPr>
      <w:rFonts w:asciiTheme="minorHAnsi" w:eastAsiaTheme="minorEastAsia" w:hAnsiTheme="minorHAnsi" w:cstheme="minorBidi"/>
      <w:color w:val="FFFFFF" w:themeColor="background1"/>
      <w:kern w:val="0"/>
      <w:sz w:val="22"/>
      <w:szCs w:val="22"/>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225FA8"/>
    <w:rPr>
      <w:rFonts w:asciiTheme="minorHAnsi" w:eastAsiaTheme="minorEastAsia" w:hAnsiTheme="minorHAnsi" w:cstheme="minorBidi"/>
      <w:color w:val="FFFFFF" w:themeColor="background1"/>
      <w:kern w:val="0"/>
      <w:sz w:val="22"/>
      <w:szCs w:val="22"/>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225FA8"/>
    <w:rPr>
      <w:rFonts w:asciiTheme="minorHAnsi" w:eastAsiaTheme="minorEastAsia" w:hAnsiTheme="minorHAnsi" w:cstheme="minorBidi"/>
      <w:color w:val="FFFFFF" w:themeColor="background1"/>
      <w:kern w:val="0"/>
      <w:sz w:val="22"/>
      <w:szCs w:val="22"/>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225FA8"/>
    <w:rPr>
      <w:rFonts w:asciiTheme="minorHAnsi" w:eastAsiaTheme="minorEastAsia" w:hAnsiTheme="minorHAnsi" w:cstheme="minorBidi"/>
      <w:color w:val="FFFFFF" w:themeColor="background1"/>
      <w:kern w:val="0"/>
      <w:sz w:val="22"/>
      <w:szCs w:val="22"/>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225FA8"/>
    <w:rPr>
      <w:rFonts w:asciiTheme="minorHAnsi" w:eastAsiaTheme="minorEastAsia" w:hAnsiTheme="minorHAnsi" w:cstheme="minorBidi"/>
      <w:color w:val="FFFFFF" w:themeColor="background1"/>
      <w:kern w:val="0"/>
      <w:sz w:val="22"/>
      <w:szCs w:val="22"/>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225FA8"/>
    <w:rPr>
      <w:rFonts w:asciiTheme="minorHAnsi" w:eastAsiaTheme="minorEastAsia" w:hAnsiTheme="minorHAnsi" w:cstheme="minorBidi"/>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PageNumber">
    <w:name w:val="page number"/>
    <w:basedOn w:val="DefaultParagraphFont"/>
    <w:uiPriority w:val="99"/>
    <w:semiHidden/>
    <w:unhideWhenUsed/>
    <w:rsid w:val="00225FA8"/>
  </w:style>
  <w:style w:type="character" w:styleId="Hyperlink">
    <w:name w:val="Hyperlink"/>
    <w:basedOn w:val="DefaultParagraphFont"/>
    <w:uiPriority w:val="99"/>
    <w:unhideWhenUsed/>
    <w:rsid w:val="00225FA8"/>
    <w:rPr>
      <w:color w:val="0563C1" w:themeColor="hyperlink"/>
      <w:u w:val="single"/>
    </w:rPr>
  </w:style>
  <w:style w:type="character" w:styleId="UnresolvedMention">
    <w:name w:val="Unresolved Mention"/>
    <w:basedOn w:val="DefaultParagraphFont"/>
    <w:uiPriority w:val="99"/>
    <w:semiHidden/>
    <w:unhideWhenUsed/>
    <w:rsid w:val="00225F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927626">
      <w:bodyDiv w:val="1"/>
      <w:marLeft w:val="0"/>
      <w:marRight w:val="0"/>
      <w:marTop w:val="0"/>
      <w:marBottom w:val="0"/>
      <w:divBdr>
        <w:top w:val="none" w:sz="0" w:space="0" w:color="auto"/>
        <w:left w:val="none" w:sz="0" w:space="0" w:color="auto"/>
        <w:bottom w:val="none" w:sz="0" w:space="0" w:color="auto"/>
        <w:right w:val="none" w:sz="0" w:space="0" w:color="auto"/>
      </w:divBdr>
      <w:divsChild>
        <w:div w:id="1290864390">
          <w:marLeft w:val="0"/>
          <w:marRight w:val="0"/>
          <w:marTop w:val="0"/>
          <w:marBottom w:val="0"/>
          <w:divBdr>
            <w:top w:val="single" w:sz="2" w:space="0" w:color="D9D9E3"/>
            <w:left w:val="single" w:sz="2" w:space="0" w:color="D9D9E3"/>
            <w:bottom w:val="single" w:sz="2" w:space="0" w:color="D9D9E3"/>
            <w:right w:val="single" w:sz="2" w:space="0" w:color="D9D9E3"/>
          </w:divBdr>
          <w:divsChild>
            <w:div w:id="465665158">
              <w:marLeft w:val="0"/>
              <w:marRight w:val="0"/>
              <w:marTop w:val="0"/>
              <w:marBottom w:val="0"/>
              <w:divBdr>
                <w:top w:val="single" w:sz="2" w:space="0" w:color="D9D9E3"/>
                <w:left w:val="single" w:sz="2" w:space="0" w:color="D9D9E3"/>
                <w:bottom w:val="single" w:sz="2" w:space="0" w:color="D9D9E3"/>
                <w:right w:val="single" w:sz="2" w:space="0" w:color="D9D9E3"/>
              </w:divBdr>
              <w:divsChild>
                <w:div w:id="1653678617">
                  <w:marLeft w:val="0"/>
                  <w:marRight w:val="0"/>
                  <w:marTop w:val="0"/>
                  <w:marBottom w:val="0"/>
                  <w:divBdr>
                    <w:top w:val="single" w:sz="2" w:space="0" w:color="D9D9E3"/>
                    <w:left w:val="single" w:sz="2" w:space="0" w:color="D9D9E3"/>
                    <w:bottom w:val="single" w:sz="2" w:space="0" w:color="D9D9E3"/>
                    <w:right w:val="single" w:sz="2" w:space="0" w:color="D9D9E3"/>
                  </w:divBdr>
                  <w:divsChild>
                    <w:div w:id="1160002353">
                      <w:marLeft w:val="0"/>
                      <w:marRight w:val="0"/>
                      <w:marTop w:val="0"/>
                      <w:marBottom w:val="0"/>
                      <w:divBdr>
                        <w:top w:val="single" w:sz="2" w:space="0" w:color="D9D9E3"/>
                        <w:left w:val="single" w:sz="2" w:space="0" w:color="D9D9E3"/>
                        <w:bottom w:val="single" w:sz="2" w:space="0" w:color="D9D9E3"/>
                        <w:right w:val="single" w:sz="2" w:space="0" w:color="D9D9E3"/>
                      </w:divBdr>
                      <w:divsChild>
                        <w:div w:id="941763495">
                          <w:marLeft w:val="0"/>
                          <w:marRight w:val="0"/>
                          <w:marTop w:val="0"/>
                          <w:marBottom w:val="0"/>
                          <w:divBdr>
                            <w:top w:val="single" w:sz="2" w:space="0" w:color="D9D9E3"/>
                            <w:left w:val="single" w:sz="2" w:space="0" w:color="D9D9E3"/>
                            <w:bottom w:val="single" w:sz="2" w:space="0" w:color="D9D9E3"/>
                            <w:right w:val="single" w:sz="2" w:space="0" w:color="D9D9E3"/>
                          </w:divBdr>
                          <w:divsChild>
                            <w:div w:id="120920444">
                              <w:marLeft w:val="0"/>
                              <w:marRight w:val="0"/>
                              <w:marTop w:val="100"/>
                              <w:marBottom w:val="100"/>
                              <w:divBdr>
                                <w:top w:val="single" w:sz="2" w:space="0" w:color="D9D9E3"/>
                                <w:left w:val="single" w:sz="2" w:space="0" w:color="D9D9E3"/>
                                <w:bottom w:val="single" w:sz="2" w:space="0" w:color="D9D9E3"/>
                                <w:right w:val="single" w:sz="2" w:space="0" w:color="D9D9E3"/>
                              </w:divBdr>
                              <w:divsChild>
                                <w:div w:id="261304931">
                                  <w:marLeft w:val="0"/>
                                  <w:marRight w:val="0"/>
                                  <w:marTop w:val="0"/>
                                  <w:marBottom w:val="0"/>
                                  <w:divBdr>
                                    <w:top w:val="single" w:sz="2" w:space="0" w:color="D9D9E3"/>
                                    <w:left w:val="single" w:sz="2" w:space="0" w:color="D9D9E3"/>
                                    <w:bottom w:val="single" w:sz="2" w:space="0" w:color="D9D9E3"/>
                                    <w:right w:val="single" w:sz="2" w:space="0" w:color="D9D9E3"/>
                                  </w:divBdr>
                                  <w:divsChild>
                                    <w:div w:id="308825044">
                                      <w:marLeft w:val="0"/>
                                      <w:marRight w:val="0"/>
                                      <w:marTop w:val="0"/>
                                      <w:marBottom w:val="0"/>
                                      <w:divBdr>
                                        <w:top w:val="single" w:sz="2" w:space="0" w:color="D9D9E3"/>
                                        <w:left w:val="single" w:sz="2" w:space="0" w:color="D9D9E3"/>
                                        <w:bottom w:val="single" w:sz="2" w:space="0" w:color="D9D9E3"/>
                                        <w:right w:val="single" w:sz="2" w:space="0" w:color="D9D9E3"/>
                                      </w:divBdr>
                                      <w:divsChild>
                                        <w:div w:id="1276861971">
                                          <w:marLeft w:val="0"/>
                                          <w:marRight w:val="0"/>
                                          <w:marTop w:val="0"/>
                                          <w:marBottom w:val="0"/>
                                          <w:divBdr>
                                            <w:top w:val="single" w:sz="2" w:space="0" w:color="D9D9E3"/>
                                            <w:left w:val="single" w:sz="2" w:space="0" w:color="D9D9E3"/>
                                            <w:bottom w:val="single" w:sz="2" w:space="0" w:color="D9D9E3"/>
                                            <w:right w:val="single" w:sz="2" w:space="0" w:color="D9D9E3"/>
                                          </w:divBdr>
                                          <w:divsChild>
                                            <w:div w:id="231239770">
                                              <w:marLeft w:val="0"/>
                                              <w:marRight w:val="0"/>
                                              <w:marTop w:val="0"/>
                                              <w:marBottom w:val="0"/>
                                              <w:divBdr>
                                                <w:top w:val="single" w:sz="2" w:space="0" w:color="D9D9E3"/>
                                                <w:left w:val="single" w:sz="2" w:space="0" w:color="D9D9E3"/>
                                                <w:bottom w:val="single" w:sz="2" w:space="0" w:color="D9D9E3"/>
                                                <w:right w:val="single" w:sz="2" w:space="0" w:color="D9D9E3"/>
                                              </w:divBdr>
                                              <w:divsChild>
                                                <w:div w:id="1125853601">
                                                  <w:marLeft w:val="0"/>
                                                  <w:marRight w:val="0"/>
                                                  <w:marTop w:val="0"/>
                                                  <w:marBottom w:val="0"/>
                                                  <w:divBdr>
                                                    <w:top w:val="single" w:sz="2" w:space="0" w:color="D9D9E3"/>
                                                    <w:left w:val="single" w:sz="2" w:space="0" w:color="D9D9E3"/>
                                                    <w:bottom w:val="single" w:sz="2" w:space="0" w:color="D9D9E3"/>
                                                    <w:right w:val="single" w:sz="2" w:space="0" w:color="D9D9E3"/>
                                                  </w:divBdr>
                                                  <w:divsChild>
                                                    <w:div w:id="4421885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14475725">
          <w:marLeft w:val="0"/>
          <w:marRight w:val="0"/>
          <w:marTop w:val="0"/>
          <w:marBottom w:val="0"/>
          <w:divBdr>
            <w:top w:val="none" w:sz="0" w:space="0" w:color="auto"/>
            <w:left w:val="none" w:sz="0" w:space="0" w:color="auto"/>
            <w:bottom w:val="none" w:sz="0" w:space="0" w:color="auto"/>
            <w:right w:val="none" w:sz="0" w:space="0" w:color="auto"/>
          </w:divBdr>
        </w:div>
      </w:divsChild>
    </w:div>
    <w:div w:id="1215241671">
      <w:bodyDiv w:val="1"/>
      <w:marLeft w:val="0"/>
      <w:marRight w:val="0"/>
      <w:marTop w:val="0"/>
      <w:marBottom w:val="0"/>
      <w:divBdr>
        <w:top w:val="none" w:sz="0" w:space="0" w:color="auto"/>
        <w:left w:val="none" w:sz="0" w:space="0" w:color="auto"/>
        <w:bottom w:val="none" w:sz="0" w:space="0" w:color="auto"/>
        <w:right w:val="none" w:sz="0" w:space="0" w:color="auto"/>
      </w:divBdr>
    </w:div>
    <w:div w:id="1451627565">
      <w:bodyDiv w:val="1"/>
      <w:marLeft w:val="0"/>
      <w:marRight w:val="0"/>
      <w:marTop w:val="0"/>
      <w:marBottom w:val="0"/>
      <w:divBdr>
        <w:top w:val="none" w:sz="0" w:space="0" w:color="auto"/>
        <w:left w:val="none" w:sz="0" w:space="0" w:color="auto"/>
        <w:bottom w:val="none" w:sz="0" w:space="0" w:color="auto"/>
        <w:right w:val="none" w:sz="0" w:space="0" w:color="auto"/>
      </w:divBdr>
      <w:divsChild>
        <w:div w:id="24790490">
          <w:marLeft w:val="0"/>
          <w:marRight w:val="0"/>
          <w:marTop w:val="0"/>
          <w:marBottom w:val="0"/>
          <w:divBdr>
            <w:top w:val="single" w:sz="2" w:space="0" w:color="D9D9E3"/>
            <w:left w:val="single" w:sz="2" w:space="0" w:color="D9D9E3"/>
            <w:bottom w:val="single" w:sz="2" w:space="0" w:color="D9D9E3"/>
            <w:right w:val="single" w:sz="2" w:space="0" w:color="D9D9E3"/>
          </w:divBdr>
          <w:divsChild>
            <w:div w:id="1202210384">
              <w:marLeft w:val="0"/>
              <w:marRight w:val="0"/>
              <w:marTop w:val="0"/>
              <w:marBottom w:val="0"/>
              <w:divBdr>
                <w:top w:val="single" w:sz="2" w:space="0" w:color="D9D9E3"/>
                <w:left w:val="single" w:sz="2" w:space="0" w:color="D9D9E3"/>
                <w:bottom w:val="single" w:sz="2" w:space="0" w:color="D9D9E3"/>
                <w:right w:val="single" w:sz="2" w:space="0" w:color="D9D9E3"/>
              </w:divBdr>
              <w:divsChild>
                <w:div w:id="1762411603">
                  <w:marLeft w:val="0"/>
                  <w:marRight w:val="0"/>
                  <w:marTop w:val="0"/>
                  <w:marBottom w:val="0"/>
                  <w:divBdr>
                    <w:top w:val="single" w:sz="2" w:space="0" w:color="D9D9E3"/>
                    <w:left w:val="single" w:sz="2" w:space="0" w:color="D9D9E3"/>
                    <w:bottom w:val="single" w:sz="2" w:space="0" w:color="D9D9E3"/>
                    <w:right w:val="single" w:sz="2" w:space="0" w:color="D9D9E3"/>
                  </w:divBdr>
                  <w:divsChild>
                    <w:div w:id="1398045861">
                      <w:marLeft w:val="0"/>
                      <w:marRight w:val="0"/>
                      <w:marTop w:val="0"/>
                      <w:marBottom w:val="0"/>
                      <w:divBdr>
                        <w:top w:val="single" w:sz="2" w:space="0" w:color="D9D9E3"/>
                        <w:left w:val="single" w:sz="2" w:space="0" w:color="D9D9E3"/>
                        <w:bottom w:val="single" w:sz="2" w:space="0" w:color="D9D9E3"/>
                        <w:right w:val="single" w:sz="2" w:space="0" w:color="D9D9E3"/>
                      </w:divBdr>
                      <w:divsChild>
                        <w:div w:id="1839691703">
                          <w:marLeft w:val="0"/>
                          <w:marRight w:val="0"/>
                          <w:marTop w:val="0"/>
                          <w:marBottom w:val="0"/>
                          <w:divBdr>
                            <w:top w:val="single" w:sz="2" w:space="0" w:color="D9D9E3"/>
                            <w:left w:val="single" w:sz="2" w:space="0" w:color="D9D9E3"/>
                            <w:bottom w:val="single" w:sz="2" w:space="0" w:color="D9D9E3"/>
                            <w:right w:val="single" w:sz="2" w:space="0" w:color="D9D9E3"/>
                          </w:divBdr>
                          <w:divsChild>
                            <w:div w:id="1499538297">
                              <w:marLeft w:val="0"/>
                              <w:marRight w:val="0"/>
                              <w:marTop w:val="100"/>
                              <w:marBottom w:val="100"/>
                              <w:divBdr>
                                <w:top w:val="single" w:sz="2" w:space="0" w:color="D9D9E3"/>
                                <w:left w:val="single" w:sz="2" w:space="0" w:color="D9D9E3"/>
                                <w:bottom w:val="single" w:sz="2" w:space="0" w:color="D9D9E3"/>
                                <w:right w:val="single" w:sz="2" w:space="0" w:color="D9D9E3"/>
                              </w:divBdr>
                              <w:divsChild>
                                <w:div w:id="1084031782">
                                  <w:marLeft w:val="0"/>
                                  <w:marRight w:val="0"/>
                                  <w:marTop w:val="0"/>
                                  <w:marBottom w:val="0"/>
                                  <w:divBdr>
                                    <w:top w:val="single" w:sz="2" w:space="0" w:color="D9D9E3"/>
                                    <w:left w:val="single" w:sz="2" w:space="0" w:color="D9D9E3"/>
                                    <w:bottom w:val="single" w:sz="2" w:space="0" w:color="D9D9E3"/>
                                    <w:right w:val="single" w:sz="2" w:space="0" w:color="D9D9E3"/>
                                  </w:divBdr>
                                  <w:divsChild>
                                    <w:div w:id="1042023149">
                                      <w:marLeft w:val="0"/>
                                      <w:marRight w:val="0"/>
                                      <w:marTop w:val="0"/>
                                      <w:marBottom w:val="0"/>
                                      <w:divBdr>
                                        <w:top w:val="single" w:sz="2" w:space="0" w:color="D9D9E3"/>
                                        <w:left w:val="single" w:sz="2" w:space="0" w:color="D9D9E3"/>
                                        <w:bottom w:val="single" w:sz="2" w:space="0" w:color="D9D9E3"/>
                                        <w:right w:val="single" w:sz="2" w:space="0" w:color="D9D9E3"/>
                                      </w:divBdr>
                                      <w:divsChild>
                                        <w:div w:id="1685593682">
                                          <w:marLeft w:val="0"/>
                                          <w:marRight w:val="0"/>
                                          <w:marTop w:val="0"/>
                                          <w:marBottom w:val="0"/>
                                          <w:divBdr>
                                            <w:top w:val="single" w:sz="2" w:space="0" w:color="D9D9E3"/>
                                            <w:left w:val="single" w:sz="2" w:space="0" w:color="D9D9E3"/>
                                            <w:bottom w:val="single" w:sz="2" w:space="0" w:color="D9D9E3"/>
                                            <w:right w:val="single" w:sz="2" w:space="0" w:color="D9D9E3"/>
                                          </w:divBdr>
                                          <w:divsChild>
                                            <w:div w:id="529759680">
                                              <w:marLeft w:val="0"/>
                                              <w:marRight w:val="0"/>
                                              <w:marTop w:val="0"/>
                                              <w:marBottom w:val="0"/>
                                              <w:divBdr>
                                                <w:top w:val="single" w:sz="2" w:space="0" w:color="D9D9E3"/>
                                                <w:left w:val="single" w:sz="2" w:space="0" w:color="D9D9E3"/>
                                                <w:bottom w:val="single" w:sz="2" w:space="0" w:color="D9D9E3"/>
                                                <w:right w:val="single" w:sz="2" w:space="0" w:color="D9D9E3"/>
                                              </w:divBdr>
                                              <w:divsChild>
                                                <w:div w:id="1855146790">
                                                  <w:marLeft w:val="0"/>
                                                  <w:marRight w:val="0"/>
                                                  <w:marTop w:val="0"/>
                                                  <w:marBottom w:val="0"/>
                                                  <w:divBdr>
                                                    <w:top w:val="single" w:sz="2" w:space="0" w:color="D9D9E3"/>
                                                    <w:left w:val="single" w:sz="2" w:space="0" w:color="D9D9E3"/>
                                                    <w:bottom w:val="single" w:sz="2" w:space="0" w:color="D9D9E3"/>
                                                    <w:right w:val="single" w:sz="2" w:space="0" w:color="D9D9E3"/>
                                                  </w:divBdr>
                                                  <w:divsChild>
                                                    <w:div w:id="5075283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140565037">
          <w:marLeft w:val="0"/>
          <w:marRight w:val="0"/>
          <w:marTop w:val="0"/>
          <w:marBottom w:val="0"/>
          <w:divBdr>
            <w:top w:val="none" w:sz="0" w:space="0" w:color="auto"/>
            <w:left w:val="none" w:sz="0" w:space="0" w:color="auto"/>
            <w:bottom w:val="none" w:sz="0" w:space="0" w:color="auto"/>
            <w:right w:val="none" w:sz="0" w:space="0" w:color="auto"/>
          </w:divBdr>
        </w:div>
      </w:divsChild>
    </w:div>
    <w:div w:id="190980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58C09-7596-4B32-BE71-899D03208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Astorga</dc:creator>
  <cp:keywords/>
  <dc:description/>
  <cp:lastModifiedBy>DeAnne Morgan</cp:lastModifiedBy>
  <cp:revision>4</cp:revision>
  <cp:lastPrinted>2024-02-05T20:03:00Z</cp:lastPrinted>
  <dcterms:created xsi:type="dcterms:W3CDTF">2024-12-23T21:46:00Z</dcterms:created>
  <dcterms:modified xsi:type="dcterms:W3CDTF">2024-12-23T21:55:00Z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84db85b799c28db128a595132fb96be8c823e7530343d3ff4f6fc1e9cba551e5</vt:lpwstr>
  </property>
</Properties>
</file>